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Mayor’s Pride Reception 2026: Tickets and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 is preparing to welcome LGBTQ+ community members, allies and city leaders to the 8th Annual Mayor’s Pride Reception at City Hall on 8 October 2026. With tickets priced at $20 and proceeds supporting the Mayor’s Youth Scholarship Program, the evening offers celebration, connection and a practical way to back the city’s next generation.</w:t>
      </w:r>
      <w:r/>
    </w:p>
    <w:p>
      <w:pPr>
        <w:pStyle w:val="Heading2"/>
      </w:pPr>
      <w:r>
        <w:t>Essential Takeaways</w:t>
      </w:r>
      <w:r/>
      <w:r/>
    </w:p>
    <w:p>
      <w:pPr>
        <w:pStyle w:val="ListBullet"/>
        <w:spacing w:line="240" w:lineRule="auto"/>
        <w:ind w:left="720"/>
      </w:pPr>
      <w:r/>
      <w:r>
        <w:rPr>
          <w:b/>
        </w:rPr>
        <w:t>When and where:</w:t>
      </w:r>
      <w:r>
        <w:t xml:space="preserve"> Thursday, 8 October 2026, from 5pm to 9pm at Atlanta City Hall.</w:t>
      </w:r>
      <w:r/>
    </w:p>
    <w:p>
      <w:pPr>
        <w:pStyle w:val="ListBullet"/>
        <w:spacing w:line="240" w:lineRule="auto"/>
        <w:ind w:left="720"/>
      </w:pPr>
      <w:r/>
      <w:r>
        <w:rPr>
          <w:b/>
        </w:rPr>
        <w:t>Ticket price:</w:t>
      </w:r>
      <w:r>
        <w:t xml:space="preserve"> Admission is $20, with proceeds benefiting the Mayor’s Youth Scholarship Program.</w:t>
      </w:r>
      <w:r/>
    </w:p>
    <w:p>
      <w:pPr>
        <w:pStyle w:val="ListBullet"/>
        <w:spacing w:line="240" w:lineRule="auto"/>
        <w:ind w:left="720"/>
      </w:pPr>
      <w:r/>
      <w:r>
        <w:rPr>
          <w:b/>
        </w:rPr>
        <w:t>Who’s expected:</w:t>
      </w:r>
      <w:r>
        <w:t xml:space="preserve"> Community members, advocates, supporters, allies and city officials.</w:t>
      </w:r>
      <w:r/>
    </w:p>
    <w:p>
      <w:pPr>
        <w:pStyle w:val="ListBullet"/>
        <w:spacing w:line="240" w:lineRule="auto"/>
        <w:ind w:left="720"/>
      </w:pPr>
      <w:r/>
      <w:r>
        <w:rPr>
          <w:b/>
        </w:rPr>
        <w:t>Why it matters:</w:t>
      </w:r>
      <w:r>
        <w:t xml:space="preserve"> The reception combines LGBTQ+ visibility with investment in young people.</w:t>
      </w:r>
      <w:r/>
    </w:p>
    <w:p>
      <w:pPr>
        <w:pStyle w:val="ListBullet"/>
        <w:spacing w:line="240" w:lineRule="auto"/>
        <w:ind w:left="720"/>
      </w:pPr>
      <w:r/>
      <w:r>
        <w:rPr>
          <w:b/>
        </w:rPr>
        <w:t>Plan ahead:</w:t>
      </w:r>
      <w:r>
        <w:t xml:space="preserve"> Organisers say the popular event has a history of selling out.</w:t>
      </w:r>
      <w:r/>
      <w:r/>
    </w:p>
    <w:p>
      <w:pPr>
        <w:pStyle w:val="Heading2"/>
      </w:pPr>
      <w:r>
        <w:t>Atlanta’s Pride reception returns to City Hall</w:t>
      </w:r>
      <w:r/>
    </w:p>
    <w:p>
      <w:r/>
      <w:r>
        <w:t>The 8th Annual Mayor’s Pride Reception is set to turn Atlanta City Hall into a gathering place for LGBTQ+ residents, allies and civic leaders. The evening is designed to feel welcoming rather than overly formal, with conversation, recognition and a strong sense of community at its centre.</w:t>
      </w:r>
      <w:r/>
    </w:p>
    <w:p>
      <w:r/>
      <w:r>
        <w:t>According to the event listing, Mayor Andre Dickens will host the reception on Thursday, 8 October 2026. It’s a useful reminder that Pride events can be both celebratory and civic-minded, bringing visibility into one of the city’s most recognisable public buildings.</w:t>
      </w:r>
      <w:r/>
    </w:p>
    <w:p>
      <w:pPr>
        <w:pStyle w:val="Heading2"/>
      </w:pPr>
      <w:r>
        <w:t>A $20 ticket with a bigger purpose</w:t>
      </w:r>
      <w:r/>
    </w:p>
    <w:p>
      <w:r/>
      <w:r>
        <w:t>Admission costs $20, but the value of attending extends beyond the evening itself. Proceeds will support the Mayor’s Youth Scholarship Program, helping provide educational opportunities for Atlanta’s young people.</w:t>
      </w:r>
      <w:r/>
    </w:p>
    <w:p>
      <w:r/>
      <w:r>
        <w:t>That charitable link gives the reception a particularly appealing angle. Guests can enjoy an evening of community spirit while contributing to a programme focused on future leaders, which is rather more satisfying than simply leaving with a commemorative photo and a full inbox.</w:t>
      </w:r>
      <w:r/>
    </w:p>
    <w:p>
      <w:pPr>
        <w:pStyle w:val="Heading2"/>
      </w:pPr>
      <w:r>
        <w:t>What guests can expect on the night</w:t>
      </w:r>
      <w:r/>
    </w:p>
    <w:p>
      <w:r/>
      <w:r>
        <w:t>The reception will bring together advocates, supporters, community leaders and friends for an evening centred on unity, progress and inclusion. Event listings also point to an art-related element surrounding this year’s celebration, adding a creative layer to the programme.</w:t>
      </w:r>
      <w:r/>
    </w:p>
    <w:p>
      <w:r/>
      <w:r>
        <w:t>Details may develop closer to the date, so ticket holders should check the official event information for any updates. For now, the essential promise is clear: a friendly atmosphere, civic recognition and plenty of opportunities to connect with people who care about Atlanta’s LGBTQ+ community.</w:t>
      </w:r>
      <w:r/>
    </w:p>
    <w:p>
      <w:pPr>
        <w:pStyle w:val="Heading2"/>
      </w:pPr>
      <w:r>
        <w:t>How to plan your visit</w:t>
      </w:r>
      <w:r/>
    </w:p>
    <w:p>
      <w:r/>
      <w:r>
        <w:t>The reception runs from 5pm to 9pm at Atlanta City Hall, located at 55 Trinity Avenue, Atlanta, Georgia 30303. Arriving early could make sense, particularly for guests who want time to settle in, meet friends or avoid a last-minute scramble at the entrance.</w:t>
      </w:r>
      <w:r/>
    </w:p>
    <w:p>
      <w:r/>
      <w:r>
        <w:t>Tickets are available for $20, and organisers warn that the event traditionally sells out. If you’re considering going, buying ahead is the sensible move. It’s also worth checking travel and parking arrangements before setting off, as central Atlanta events can become busy quickly.</w:t>
      </w:r>
      <w:r/>
    </w:p>
    <w:p>
      <w:pPr>
        <w:pStyle w:val="Heading2"/>
      </w:pPr>
      <w:r>
        <w:t>A celebration with a civic message</w:t>
      </w:r>
      <w:r/>
    </w:p>
    <w:p>
      <w:r/>
      <w:r>
        <w:t>This year’s reception arrives amid broader conversations about access, representation and civic inclusion in Atlanta. Local reporting has highlighted efforts to make public life more welcoming and responsive, while Mayor Dickens has continued to receive attention for his civic leadership.</w:t>
      </w:r>
      <w:r/>
    </w:p>
    <w:p>
      <w:r/>
      <w:r>
        <w:t>That context makes the event feel bigger than a single evening. Pride receptions matter because they create a visible, shared moment, but their strongest impact often comes through what they support afterwards, including scholarships, youth development and a more connected city.</w:t>
      </w:r>
      <w:r/>
    </w:p>
    <w:p>
      <w:r/>
      <w:r>
        <w:t>It’s a warm, practical way to celebrate progress while keeping an eye on what still needs doing.</w:t>
      </w:r>
      <w:r/>
    </w:p>
    <w:p>
      <w:r/>
      <w:r>
        <w:t>Explore the reception details and consider booking early if you’d like to attend.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[3]</w:t>
        </w:r>
      </w:hyperlink>
      <w:r>
        <w:t xml:space="preserve">, </w:t>
      </w:r>
      <w:hyperlink r:id="rId15">
        <w:r>
          <w:rPr>
            <w:color w:val="0000EE"/>
            <w:u w:val="single"/>
          </w:rPr>
          <w:t>[7]</w:t>
        </w:r>
      </w:hyperlink>
      <w:r>
        <w:t xml:space="preserve">- Paragraph 9: </w:t>
      </w:r>
      <w:hyperlink r:id="rId12">
        <w:r>
          <w:rPr>
            <w:color w:val="0000EE"/>
            <w:u w:val="single"/>
          </w:rPr>
          <w:t>[5]</w:t>
        </w:r>
      </w:hyperlink>
      <w:r>
        <w:t xml:space="preserve">, </w:t>
      </w:r>
      <w:hyperlink r:id="rId15">
        <w:r>
          <w:rPr>
            <w:color w:val="0000EE"/>
            <w:u w:val="single"/>
          </w:rPr>
          <w:t>[7]</w:t>
        </w:r>
      </w:hyperlink>
      <w:r>
        <w:t xml:space="preserve">- Paragraph 10: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https://sandrarose.com/2026/10/8th-annual-mayors-pride-reception-in-atlanta/</w:t>
        </w:r>
      </w:hyperlink>
      <w:r>
        <w:t xml:space="preserve"> - Please view link - unable to able to access data</w:t>
      </w:r>
      <w:r/>
    </w:p>
    <w:p>
      <w:pPr>
        <w:pStyle w:val="ListNumber"/>
        <w:spacing w:line="240" w:lineRule="auto"/>
        <w:ind w:left="720"/>
      </w:pPr>
      <w:r/>
      <w:hyperlink r:id="rId10">
        <w:r>
          <w:rPr>
            <w:color w:val="0000EE"/>
            <w:u w:val="single"/>
          </w:rPr>
          <w:t>https://www.gayout.com/usa-canada/united-states/atlanta/events/8th-annual-mayor-s-pride-reception-art-reveal-2026-10-08</w:t>
        </w:r>
      </w:hyperlink>
      <w:r>
        <w:t xml:space="preserve"> - The 8th Annual Mayor’s Pride Reception in Atlanta is scheduled for October 8, 2026, at 5:00 PM at coalgbtq. This event celebrates art and community, featuring a special art reveal that showcases new works reflecting the vibrant spirit of Atlanta's LGBTQ+ community. Attendees can expect an elegant evening dedicated to art and pride, providing an opportunity to gather, appreciate local talent, and connect with fellow attendees in a welcoming atmosphere.</w:t>
      </w:r>
      <w:r/>
    </w:p>
    <w:p>
      <w:pPr>
        <w:pStyle w:val="ListNumber"/>
        <w:spacing w:line="240" w:lineRule="auto"/>
        <w:ind w:left="720"/>
      </w:pPr>
      <w:r/>
      <w:hyperlink r:id="rId14">
        <w:r>
          <w:rPr>
            <w:color w:val="0000EE"/>
            <w:u w:val="single"/>
          </w:rPr>
          <w:t>https://wisevoter.com/world/us/ga/atlanta/2026/10/07/rahming-reed-exhibit-atlanta-pride</w:t>
        </w:r>
      </w:hyperlink>
      <w:r>
        <w:t xml:space="preserve"> - Local artist Kiera Rahming-Reed is set to showcase her multimedia work at the 8th Annual Mayor's Pride Reception &amp; Art Exhibit in Atlanta on October 8, 2026. The event, taking place at Atlanta City Hall, aims to benefit the Mayor's Youth Scholarship Program. Rahming-Reed's participation highlights the work of a member of the 2026 GLAAD Equity in Media and Entertainment Initiative, supporting local youth educational funding through community-focused art engagement. Admission tickets are priced at $20 for the four-hour event.</w:t>
      </w:r>
      <w:r/>
    </w:p>
    <w:p>
      <w:pPr>
        <w:pStyle w:val="ListNumber"/>
        <w:spacing w:line="240" w:lineRule="auto"/>
        <w:ind w:left="720"/>
      </w:pPr>
      <w:r/>
      <w:hyperlink r:id="rId11">
        <w:r>
          <w:rPr>
            <w:color w:val="0000EE"/>
            <w:u w:val="single"/>
          </w:rPr>
          <w:t>https://www.gayout.com/usa-canada/united-states/atlanta/events/8th-annual-mayor-s-pride-reception-2026-10-08</w:t>
        </w:r>
      </w:hyperlink>
      <w:r>
        <w:t xml:space="preserve"> - The 8th Annual Mayor’s Pride Reception is scheduled for October 8, 2026, at 5:00 PM at coalgbtq in Atlanta. This event is part of the city's LGBTQ+ celebrations, offering a welcoming atmosphere for community members, allies, and city officials to connect and recognise progress. The reception aims to honour inclusivity and unity within Atlanta's diverse community.</w:t>
      </w:r>
      <w:r/>
    </w:p>
    <w:p>
      <w:pPr>
        <w:pStyle w:val="ListNumber"/>
        <w:spacing w:line="240" w:lineRule="auto"/>
        <w:ind w:left="720"/>
      </w:pPr>
      <w:r/>
      <w:hyperlink r:id="rId12">
        <w:r>
          <w:rPr>
            <w:color w:val="0000EE"/>
            <w:u w:val="single"/>
          </w:rPr>
          <w:t>https://www.atlantaga.gov/Home/Components/News/News/15608/1338</w:t>
        </w:r>
      </w:hyperlink>
      <w:r>
        <w:t xml:space="preserve"> - Atlanta Mayor Andre Dickens began his second term with a three-day Inauguration celebration from January 3 to 5, 2026. The event focused on service, faith, unity, and civic partnership, culminating in the official swearing-in of the Mayor, City Councilmembers, and other municipal officials. The inauguration aimed to reaffirm the city's commitment to moving Atlanta forward through community engagement and service.</w:t>
      </w:r>
      <w:r/>
    </w:p>
    <w:p>
      <w:pPr>
        <w:pStyle w:val="ListNumber"/>
        <w:spacing w:line="240" w:lineRule="auto"/>
        <w:ind w:left="720"/>
      </w:pPr>
      <w:r/>
      <w:hyperlink r:id="rId13">
        <w:r>
          <w:rPr>
            <w:color w:val="0000EE"/>
            <w:u w:val="single"/>
          </w:rPr>
          <w:t>https://www.gpb.org/news/2026/01/06/your-voices-matter-atlanta-leaders-promise-more-civic-inclusion-and-access-during</w:t>
        </w:r>
      </w:hyperlink>
      <w:r>
        <w:t xml:space="preserve"> - During the official inauguration for municipal judges, the city council, and the mayor on January 5, 2026, Atlanta leaders, including Mayor Andre Dickens, pledged to enhance civic inclusion and access. The ceremony, hosted at Georgia State University Convocation Hall, marked a commitment to greater community engagement and representation in Atlanta's governance.</w:t>
      </w:r>
      <w:r/>
    </w:p>
    <w:p>
      <w:pPr>
        <w:pStyle w:val="ListNumber"/>
        <w:spacing w:line="240" w:lineRule="auto"/>
        <w:ind w:left="720"/>
      </w:pPr>
      <w:r/>
      <w:hyperlink r:id="rId15">
        <w:r>
          <w:rPr>
            <w:color w:val="0000EE"/>
            <w:u w:val="single"/>
          </w:rPr>
          <w:t>https://atl.direct/mayor-andre-dickens-named-a-2026-public-official-of-the-year/</w:t>
        </w:r>
      </w:hyperlink>
      <w:r>
        <w:t xml:space="preserve"> - Mayor Andre Dickens was named one of Governing magazine’s 2026 Public Officials of the Year. The recognition highlights his focus on ensuring that Atlanta's growth benefits all residents, particularly those in underserved neighborhoods. Under his leadership, the city has made significant strides in affordable housing, youth employment, and public safety, reflecting a commitment to equitable development and community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andrarose.com/2026/10/8th-annual-mayors-pride-reception-in-atlanta/" TargetMode="External"/><Relationship Id="rId10" Type="http://schemas.openxmlformats.org/officeDocument/2006/relationships/hyperlink" Target="https://www.gayout.com/usa-canada/united-states/atlanta/events/8th-annual-mayor-s-pride-reception-art-reveal-2026-10-08" TargetMode="External"/><Relationship Id="rId11" Type="http://schemas.openxmlformats.org/officeDocument/2006/relationships/hyperlink" Target="https://www.gayout.com/usa-canada/united-states/atlanta/events/8th-annual-mayor-s-pride-reception-2026-10-08" TargetMode="External"/><Relationship Id="rId12" Type="http://schemas.openxmlformats.org/officeDocument/2006/relationships/hyperlink" Target="https://www.atlantaga.gov/Home/Components/News/News/15608/1338" TargetMode="External"/><Relationship Id="rId13" Type="http://schemas.openxmlformats.org/officeDocument/2006/relationships/hyperlink" Target="https://www.gpb.org/news/2026/01/06/your-voices-matter-atlanta-leaders-promise-more-civic-inclusion-and-access-during" TargetMode="External"/><Relationship Id="rId14" Type="http://schemas.openxmlformats.org/officeDocument/2006/relationships/hyperlink" Target="https://wisevoter.com/world/us/ga/atlanta/2026/10/07/rahming-reed-exhibit-atlanta-pride" TargetMode="External"/><Relationship Id="rId15" Type="http://schemas.openxmlformats.org/officeDocument/2006/relationships/hyperlink" Target="https://atl.direct/mayor-andre-dickens-named-a-2026-public-official-of-the-ye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