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All’s Fair Season 2 Trailer Details and Cast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getting a fresh look at All’s Fair season 2, with the glossy legal drama returning alongside new cast members, a bigger ensemble and plenty of high-fashion energy. The trailer suggests more courtroom intrigue, personal fallout and unexpected appearances, giving curious viewers a reason to reconsider this much-discussed streaming sequel.</w:t>
      </w:r>
      <w:r/>
    </w:p>
    <w:p>
      <w:pPr>
        <w:pStyle w:val="Heading2"/>
      </w:pPr>
      <w:r>
        <w:t>Essential Takeaways</w:t>
      </w:r>
      <w:r/>
      <w:r/>
    </w:p>
    <w:p>
      <w:pPr>
        <w:pStyle w:val="ListBullet"/>
        <w:spacing w:line="240" w:lineRule="auto"/>
        <w:ind w:left="720"/>
      </w:pPr>
      <w:r/>
      <w:r>
        <w:rPr>
          <w:b/>
        </w:rPr>
        <w:t>Season two is confirmed:</w:t>
      </w:r>
      <w:r>
        <w:t xml:space="preserve"> The legal drama is returning for another run of episodes.</w:t>
      </w:r>
      <w:r/>
    </w:p>
    <w:p>
      <w:pPr>
        <w:pStyle w:val="ListBullet"/>
        <w:spacing w:line="240" w:lineRule="auto"/>
        <w:ind w:left="720"/>
      </w:pPr>
      <w:r/>
      <w:r>
        <w:rPr>
          <w:b/>
        </w:rPr>
        <w:t>The ensemble is expanding:</w:t>
      </w:r>
      <w:r>
        <w:t xml:space="preserve"> New faces and surprise appearances are expected to shake up the firm.</w:t>
      </w:r>
      <w:r/>
    </w:p>
    <w:p>
      <w:pPr>
        <w:pStyle w:val="ListBullet"/>
        <w:spacing w:line="240" w:lineRule="auto"/>
        <w:ind w:left="720"/>
      </w:pPr>
      <w:r/>
      <w:r>
        <w:rPr>
          <w:b/>
        </w:rPr>
        <w:t>The trailer raises the stakes:</w:t>
      </w:r>
      <w:r>
        <w:t xml:space="preserve"> The preview points towards bigger professional and personal conflicts.</w:t>
      </w:r>
      <w:r/>
    </w:p>
    <w:p>
      <w:pPr>
        <w:pStyle w:val="ListBullet"/>
        <w:spacing w:line="240" w:lineRule="auto"/>
        <w:ind w:left="720"/>
      </w:pPr>
      <w:r/>
      <w:r>
        <w:rPr>
          <w:b/>
        </w:rPr>
        <w:t>Fashion remains part of the appeal:</w:t>
      </w:r>
      <w:r>
        <w:t xml:space="preserve"> Red-carpet glamour and polished styling are firmly on the agenda.</w:t>
      </w:r>
      <w:r/>
    </w:p>
    <w:p>
      <w:pPr>
        <w:pStyle w:val="ListBullet"/>
        <w:spacing w:line="240" w:lineRule="auto"/>
        <w:ind w:left="720"/>
      </w:pPr>
      <w:r/>
      <w:r>
        <w:rPr>
          <w:b/>
        </w:rPr>
        <w:t>It could win over doubters:</w:t>
      </w:r>
      <w:r>
        <w:t xml:space="preserve"> Even sceptical viewers may be tempted by the season's livelier cast mix.</w:t>
      </w:r>
      <w:r/>
      <w:r/>
    </w:p>
    <w:p>
      <w:pPr>
        <w:pStyle w:val="Heading2"/>
      </w:pPr>
      <w:r>
        <w:t>The new trailer is glossy, busy and surprisingly intriguing</w:t>
      </w:r>
      <w:r/>
    </w:p>
    <w:p>
      <w:r/>
      <w:r>
        <w:t>The first thing that stands out in the All’s Fair season 2 trailer is its confidence. Everything looks polished, from the sharp tailoring to the immaculate offices, while the central legal team appears ready for another round of power struggles.</w:t>
      </w:r>
      <w:r/>
    </w:p>
    <w:p>
      <w:r/>
      <w:r>
        <w:t>According to TV Insider, the new season continues to centre on the show's high-profile legal world, with its returning cast facing fresh complications. The trailer also hints at bigger emotional stakes, which may give the series more texture than its sleek surface initially suggests.</w:t>
      </w:r>
      <w:r/>
    </w:p>
    <w:p>
      <w:r/>
      <w:r>
        <w:t>That glossy presentation is very much part of the package. All’s Fair has never looked like a quiet, paperwork-heavy courtroom procedural, and this preview doubles down on its expensive, dramatic style.</w:t>
      </w:r>
      <w:r/>
    </w:p>
    <w:p>
      <w:pPr>
        <w:pStyle w:val="Heading2"/>
      </w:pPr>
      <w:r>
        <w:t>More cast members could change the show's rhythm</w:t>
      </w:r>
      <w:r/>
    </w:p>
    <w:p>
      <w:r/>
      <w:r>
        <w:t>The most eye-catching detail is the growing cast. Reports from TVLine and Vital Thrills point to a broader ensemble for season two, creating more opportunities for rivalries, alliances and occasional scene-stealing interruptions.</w:t>
      </w:r>
      <w:r/>
    </w:p>
    <w:p>
      <w:r/>
      <w:r>
        <w:t>The arrival of several drag performers has also sparked interest. It’s an unexpected twist for a legal drama, but potentially a smart one. Their presence could bring the show a sharper sense of spectacle, humour and personality, rather than leaving every scene to the established leads.</w:t>
      </w:r>
      <w:r/>
    </w:p>
    <w:p>
      <w:r/>
      <w:r>
        <w:t>For viewers who found the first season a little too controlled, that extra energy may be welcome. A larger cast can be messy, of course, but mess is often where television becomes fun.</w:t>
      </w:r>
      <w:r/>
    </w:p>
    <w:p>
      <w:pPr>
        <w:pStyle w:val="Heading2"/>
      </w:pPr>
      <w:r>
        <w:t>What can viewers expect from season two?</w:t>
      </w:r>
      <w:r/>
    </w:p>
    <w:p>
      <w:r/>
      <w:r>
        <w:t>The available details suggest that the new episodes will build on the firm's internal tensions while introducing fresh professional challenges. UPI reported on the season two trailer, while TV Insider has outlined further cast and story information surrounding the return.</w:t>
      </w:r>
      <w:r/>
    </w:p>
    <w:p>
      <w:r/>
      <w:r>
        <w:t>That means viewers can expect the familiar ingredients: ambitious lawyers, expensive clothes, bruised egos and cases that appear to carry consequences well beyond the courtroom. The appeal is less about strict legal realism and more about watching powerful people attempt to keep control.</w:t>
      </w:r>
      <w:r/>
    </w:p>
    <w:p>
      <w:r/>
      <w:r>
        <w:t>If you're approaching All’s Fair season 2 as a serious courtroom series, its heightened tone may test your patience. But if you want glossy television with a large cast and a taste for melodrama, the formula could prove more entertaining than expected.</w:t>
      </w:r>
      <w:r/>
    </w:p>
    <w:p>
      <w:pPr>
        <w:pStyle w:val="Heading2"/>
      </w:pPr>
      <w:r>
        <w:t>The fashion is still doing plenty of heavy lifting</w:t>
      </w:r>
      <w:r/>
    </w:p>
    <w:p>
      <w:r/>
      <w:r>
        <w:t>There’s no escaping the show's visual identity. The styling is sleek, deliberate and occasionally so polished that the clothes seem to arrive with their own supporting roles.</w:t>
      </w:r>
      <w:r/>
    </w:p>
    <w:p>
      <w:r/>
      <w:r>
        <w:t>The wider promotional campaign has leaned into that glamour, with key art and trailer material emphasising the show's star power. Vital Thrills and TVLine both highlight the scale of the returning production, reinforcing the sense that season two is aiming to feel bigger rather than quieter.</w:t>
      </w:r>
      <w:r/>
    </w:p>
    <w:p>
      <w:r/>
      <w:r>
        <w:t>That matters because All’s Fair is as much a fashion-and-celebrity watch as it is a legal drama. For some viewers, the pleasure lies in the silhouettes, entrances and dramatic glances just as much as the plot.</w:t>
      </w:r>
      <w:r/>
    </w:p>
    <w:p>
      <w:pPr>
        <w:pStyle w:val="Heading2"/>
      </w:pPr>
      <w:r>
        <w:t>Should sceptical viewers give it another chance?</w:t>
      </w:r>
      <w:r/>
    </w:p>
    <w:p>
      <w:r/>
      <w:r>
        <w:t>Possibly, but expectations are everything. The trailer doesn't suggest a restrained reinvention; it promises more of the same heightened world, now with additional faces and more elaborate complications.</w:t>
      </w:r>
      <w:r/>
    </w:p>
    <w:p>
      <w:r/>
      <w:r>
        <w:t>According to TVLine, the series remains anchored by its established stars, while the new additions broaden its appeal. That could help the show find a stronger balance between familiar drama and new surprises.</w:t>
      </w:r>
      <w:r/>
    </w:p>
    <w:p>
      <w:r/>
      <w:r>
        <w:t>The best reason to keep an eye on season two may be its unpredictability. A show that looks this polished can sometimes feel overly managed, but an unusual guest appearance or an eccentric subplot might be exactly what gives it bite. Sometimes television doesn't need to be sensible to be entertaining.</w:t>
      </w:r>
      <w:r/>
    </w:p>
    <w:p>
      <w:r/>
      <w:r>
        <w:t>All’s Fair season 2 looks ready to bring more glamour, conflict and wonderfully excessive drama.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[4]</w:t>
        </w:r>
      </w:hyperlink>
      <w:r>
        <w:t xml:space="preserve">, </w:t>
      </w:r>
      <w:hyperlink r:id="rId11">
        <w:r>
          <w:rPr>
            <w:color w:val="0000EE"/>
            <w:u w:val="single"/>
          </w:rPr>
          <w:t>[7]</w:t>
        </w:r>
      </w:hyperlink>
      <w:r>
        <w:t xml:space="preserve">- Paragraph 5: </w:t>
      </w:r>
      <w:hyperlink r:id="rId13">
        <w:r>
          <w:rPr>
            <w:color w:val="0000EE"/>
            <w:u w:val="single"/>
          </w:rPr>
          <w:t>[5]</w:t>
        </w:r>
      </w:hyperlink>
      <w:r>
        <w:t xml:space="preserve">, </w:t>
      </w:r>
      <w:hyperlink r:id="rId11">
        <w:r>
          <w:rPr>
            <w:color w:val="0000EE"/>
            <w:u w:val="single"/>
          </w:rPr>
          <w:t>[7]</w:t>
        </w:r>
      </w:hyperlink>
      <w:r>
        <w:t xml:space="preserve">- Paragraph 6: </w:t>
      </w:r>
      <w:hyperlink r:id="rId12">
        <w:r>
          <w:rPr>
            <w:color w:val="0000EE"/>
            <w:u w:val="single"/>
          </w:rPr>
          <w:t>[2]</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[2]</w:t>
        </w:r>
      </w:hyperlink>
      <w:r>
        <w:t xml:space="preserve">, </w:t>
      </w:r>
      <w:hyperlink r:id="rId10">
        <w:r>
          <w:rPr>
            <w:color w:val="0000EE"/>
            <w:u w:val="single"/>
          </w:rPr>
          <w:t>[4]</w:t>
        </w:r>
      </w:hyperlink>
      <w:r>
        <w:t xml:space="preserve">- Paragraph 11: </w:t>
      </w:r>
      <w:hyperlink r:id="rId13">
        <w:r>
          <w:rPr>
            <w:color w:val="0000EE"/>
            <w:u w:val="single"/>
          </w:rPr>
          <w:t>[5]</w:t>
        </w:r>
      </w:hyperlink>
      <w:r>
        <w:t xml:space="preserve">, </w:t>
      </w:r>
      <w:hyperlink r:id="rId11">
        <w:r>
          <w:rPr>
            <w:color w:val="0000EE"/>
            <w:u w:val="single"/>
          </w:rPr>
          <w:t>[7]</w:t>
        </w:r>
      </w:hyperlink>
      <w:r>
        <w:t xml:space="preserve">- Paragraph 12: </w:t>
      </w:r>
      <w:hyperlink r:id="rId10">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https://www.autostraddle.com/no-filter-a-first-look-at-alls-fair-season-2-if-thats-something-you-want-for-some-reason/?utm_source=rss&amp;utm_medium=rss&amp;utm_campaign=no-filter-a-first-look-at-alls-fair-season-2-if-thats-something-you-want-for-some-reason</w:t>
        </w:r>
      </w:hyperlink>
      <w:r>
        <w:t xml:space="preserve"> - Please view link - unable to able to access data</w:t>
      </w:r>
      <w:r/>
    </w:p>
    <w:p>
      <w:pPr>
        <w:pStyle w:val="ListNumber"/>
        <w:spacing w:line="240" w:lineRule="auto"/>
        <w:ind w:left="720"/>
      </w:pPr>
      <w:r/>
      <w:hyperlink r:id="rId12">
        <w:r>
          <w:rPr>
            <w:color w:val="0000EE"/>
            <w:u w:val="single"/>
          </w:rPr>
          <w:t>https://www.upi.com/Entertainment_News/TV/2026/10/07/alls-fair-season-2-trailer/3981791392866/</w:t>
        </w:r>
      </w:hyperlink>
      <w:r>
        <w:t xml:space="preserve"> - Kim Kardashian, Sarah Paulson, and Glenn Close return in the trailer for 'All's Fair' Season 2, a campy legal drama created by Ryan Murphy. The series follows Allura, Liberty, and Emerald, founders of the all-women law firm Grant, Ronson &amp; Green, as they tackle new high-profile divorce cases while contending with their sociopathic former colleague Carrington 'Carr' Lane (Paulson) and mentor Dina Standish (Close). The season premieres on November 4 on Hulu and Disney+. (</w:t>
      </w:r>
      <w:hyperlink r:id="rId15">
        <w:r>
          <w:rPr>
            <w:color w:val="0000EE"/>
            <w:u w:val="single"/>
          </w:rPr>
          <w:t>upi.com</w:t>
        </w:r>
      </w:hyperlink>
      <w:r>
        <w:t>)</w:t>
      </w:r>
      <w:r/>
    </w:p>
    <w:p>
      <w:pPr>
        <w:pStyle w:val="ListNumber"/>
        <w:spacing w:line="240" w:lineRule="auto"/>
        <w:ind w:left="720"/>
      </w:pPr>
      <w:r/>
      <w:hyperlink r:id="rId16">
        <w:r>
          <w:rPr>
            <w:color w:val="0000EE"/>
            <w:u w:val="single"/>
          </w:rPr>
          <w:t>https://alls-fair.fandom.com/wiki/Season_Two</w:t>
        </w:r>
      </w:hyperlink>
      <w:r>
        <w:t xml:space="preserve"> - The Fandom wiki provides details on 'All's Fair' Season 2, including the cast and production information. The season stars Kim Kardashian as Allura Grant, Naomi Watts as Liberty Ronson, Niecy Nash as Emerald Greene, Teyana Taylor as Milan, Matthew Noszka as Chase Monroe, Sarah Paulson as Carrington Lane, and Glenn Close as Dina Standish. The season was announced on November 24, 2025, with episodes and premiere dates to be announced. (</w:t>
      </w:r>
      <w:hyperlink r:id="rId17">
        <w:r>
          <w:rPr>
            <w:color w:val="0000EE"/>
            <w:u w:val="single"/>
          </w:rPr>
          <w:t>alls-fair.fandom.com</w:t>
        </w:r>
      </w:hyperlink>
      <w:r>
        <w:t>)</w:t>
      </w:r>
      <w:r/>
    </w:p>
    <w:p>
      <w:pPr>
        <w:pStyle w:val="ListNumber"/>
        <w:spacing w:line="240" w:lineRule="auto"/>
        <w:ind w:left="720"/>
      </w:pPr>
      <w:r/>
      <w:hyperlink r:id="rId10">
        <w:r>
          <w:rPr>
            <w:color w:val="0000EE"/>
            <w:u w:val="single"/>
          </w:rPr>
          <w:t>https://www.tvinsider.com/1227957/alls-fair-season-2-plot-cast-premiere-date-trailer-details/</w:t>
        </w:r>
      </w:hyperlink>
      <w:r>
        <w:t xml:space="preserve"> - TV Insider reports that 'All's Fair' Season 2 is set to premiere in November 2026, with an exact release date yet to be announced. The cast includes Kim Kardashian, Naomi Watts, Niecy Nash, Glenn Close, Sarah Paulson, and Matthew Noszka. America's Next Top Model winner Nyle DiMarco has joined the cast in a recurring role, with details about his character kept under wraps. (</w:t>
      </w:r>
      <w:hyperlink r:id="rId18">
        <w:r>
          <w:rPr>
            <w:color w:val="0000EE"/>
            <w:u w:val="single"/>
          </w:rPr>
          <w:t>tvinsider.com</w:t>
        </w:r>
      </w:hyperlink>
      <w:r>
        <w:t>)</w:t>
      </w:r>
      <w:r/>
    </w:p>
    <w:p>
      <w:pPr>
        <w:pStyle w:val="ListNumber"/>
        <w:spacing w:line="240" w:lineRule="auto"/>
        <w:ind w:left="720"/>
      </w:pPr>
      <w:r/>
      <w:hyperlink r:id="rId13">
        <w:r>
          <w:rPr>
            <w:color w:val="0000EE"/>
            <w:u w:val="single"/>
          </w:rPr>
          <w:t>https://www.vitalthrills.com/alls-fair-season-2-trailer-and-key-art-debut/</w:t>
        </w:r>
      </w:hyperlink>
      <w:r>
        <w:t xml:space="preserve"> - Vital Thrills announces the official trailer and key art for 'All's Fair' Season 2, continuing Ryan Murphy's legal comedy series. The season premieres on November 4 with three episodes on Hulu and Disney+ for bundle subscribers in the US and on Disney+ internationally. The series stars Kim Kardashian, Naomi Watts, Niecy Nash-Betts, Teyana Taylor, Matthew Noszka, and Cauã Reymond, with Sarah Paulson and Glenn Close. (</w:t>
      </w:r>
      <w:hyperlink r:id="rId19">
        <w:r>
          <w:rPr>
            <w:color w:val="0000EE"/>
            <w:u w:val="single"/>
          </w:rPr>
          <w:t>vitalthrills.com</w:t>
        </w:r>
      </w:hyperlink>
      <w:r>
        <w:t>)</w:t>
      </w:r>
      <w:r/>
    </w:p>
    <w:p>
      <w:pPr>
        <w:pStyle w:val="ListNumber"/>
        <w:spacing w:line="240" w:lineRule="auto"/>
        <w:ind w:left="720"/>
      </w:pPr>
      <w:r/>
      <w:hyperlink r:id="rId14">
        <w:r>
          <w:rPr>
            <w:color w:val="0000EE"/>
            <w:u w:val="single"/>
          </w:rPr>
          <w:t>https://wisevoter.com/world/us/2026/10/07/alls-fair-season-two-trailer-released</w:t>
        </w:r>
      </w:hyperlink>
      <w:r>
        <w:t xml:space="preserve"> - Wisevoter reports on the release of the trailer for 'All's Fair' Season 2, featuring stars Glenn Close and Sarah Paulson. The trailer highlights a dramatic moment between lead characters Dina Standish and Carrington Lane. The series, created by Ryan Murphy, has gained a cult following despite initial critical reception, with Season 2 set to premiere on November 4. (</w:t>
      </w:r>
      <w:hyperlink r:id="rId20">
        <w:r>
          <w:rPr>
            <w:color w:val="0000EE"/>
            <w:u w:val="single"/>
          </w:rPr>
          <w:t>wisevoter.com</w:t>
        </w:r>
      </w:hyperlink>
      <w:r>
        <w:t>)</w:t>
      </w:r>
      <w:r/>
    </w:p>
    <w:p>
      <w:pPr>
        <w:pStyle w:val="ListNumber"/>
        <w:spacing w:line="240" w:lineRule="auto"/>
        <w:ind w:left="720"/>
      </w:pPr>
      <w:r/>
      <w:hyperlink r:id="rId11">
        <w:r>
          <w:rPr>
            <w:color w:val="0000EE"/>
            <w:u w:val="single"/>
          </w:rPr>
          <w:t>https://www.tvline.com/2280111/alls-fair-season-2-release-date-trailer-kim-kardashian-hulu/</w:t>
        </w:r>
      </w:hyperlink>
      <w:r>
        <w:t xml:space="preserve"> - TVLine reports that 'All's Fair' Season 2 is set to premiere on Hulu with a three-episode release on Wednesday, November 4. The trailer reveals Sarah Paulson's character, Carrington Lane, continuing her mission to destroy the law firm from the inside. The first season ended with Dina (Glenn Close) being taken away in handcuffs, charged with the murder of the man who assaulted Emerald (Niecy Nash-Betts) at a club. (</w:t>
      </w:r>
      <w:hyperlink r:id="rId21">
        <w:r>
          <w:rPr>
            <w:color w:val="0000EE"/>
            <w:u w:val="single"/>
          </w:rPr>
          <w:t>tvline.com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no-filter-a-first-look-at-alls-fair-season-2-if-thats-something-you-want-for-some-reason/?utm_source=rss&amp;utm_medium=rss&amp;utm_campaign=no-filter-a-first-look-at-alls-fair-season-2-if-thats-something-you-want-for-some-reason" TargetMode="External"/><Relationship Id="rId10" Type="http://schemas.openxmlformats.org/officeDocument/2006/relationships/hyperlink" Target="https://www.tvinsider.com/1227957/alls-fair-season-2-plot-cast-premiere-date-trailer-details/" TargetMode="External"/><Relationship Id="rId11" Type="http://schemas.openxmlformats.org/officeDocument/2006/relationships/hyperlink" Target="https://www.tvline.com/2280111/alls-fair-season-2-release-date-trailer-kim-kardashian-hulu/" TargetMode="External"/><Relationship Id="rId12" Type="http://schemas.openxmlformats.org/officeDocument/2006/relationships/hyperlink" Target="https://www.upi.com/Entertainment_News/TV/2026/10/07/alls-fair-season-2-trailer/3981791392866/" TargetMode="External"/><Relationship Id="rId13" Type="http://schemas.openxmlformats.org/officeDocument/2006/relationships/hyperlink" Target="https://www.vitalthrills.com/alls-fair-season-2-trailer-and-key-art-debut/" TargetMode="External"/><Relationship Id="rId14" Type="http://schemas.openxmlformats.org/officeDocument/2006/relationships/hyperlink" Target="https://wisevoter.com/world/us/2026/10/07/alls-fair-season-two-trailer-released" TargetMode="External"/><Relationship Id="rId15" Type="http://schemas.openxmlformats.org/officeDocument/2006/relationships/hyperlink" Target="https://www.upi.com/Entertainment_News/TV/2026/10/07/alls-fair-season-2-trailer/3981791392866/?utm_source=openai" TargetMode="External"/><Relationship Id="rId16" Type="http://schemas.openxmlformats.org/officeDocument/2006/relationships/hyperlink" Target="https://alls-fair.fandom.com/wiki/Season_Two" TargetMode="External"/><Relationship Id="rId17" Type="http://schemas.openxmlformats.org/officeDocument/2006/relationships/hyperlink" Target="https://alls-fair.fandom.com/wiki/Season_Two?utm_source=openai" TargetMode="External"/><Relationship Id="rId18" Type="http://schemas.openxmlformats.org/officeDocument/2006/relationships/hyperlink" Target="https://www.tvinsider.com/1227957/alls-fair-season-2-plot-cast-premiere-date-trailer-details/?utm_source=openai" TargetMode="External"/><Relationship Id="rId19" Type="http://schemas.openxmlformats.org/officeDocument/2006/relationships/hyperlink" Target="https://www.vitalthrills.com/alls-fair-season-2-trailer-and-key-art-debut/?utm_source=openai" TargetMode="External"/><Relationship Id="rId20" Type="http://schemas.openxmlformats.org/officeDocument/2006/relationships/hyperlink" Target="https://wisevoter.com/world/us/2026/10/07/alls-fair-season-two-trailer-released?utm_source=openai" TargetMode="External"/><Relationship Id="rId21" Type="http://schemas.openxmlformats.org/officeDocument/2006/relationships/hyperlink" Target="https://www.tvline.com/2280111/alls-fair-season-2-release-date-trailer-kim-kardashian-hulu/?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