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Luke Evans’ Comments on Being Gay and Woke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Luke Evans’ comments on being gay and “woke” have reignited debate about sexuality, privacy and career opportunities in Hollywood. The Welsh actor’s remarks, and the reaction they triggered online, show how openly LGBTQ+ performers can still face uncomfortable questions about casting, public identity and equality in the entertainment industry.</w:t>
      </w:r>
      <w:r/>
    </w:p>
    <w:p>
      <w:pPr>
        <w:pStyle w:val="Heading2"/>
      </w:pPr>
      <w:r>
        <w:t>Essential Takeaways</w:t>
      </w:r>
      <w:r/>
      <w:r/>
    </w:p>
    <w:p>
      <w:pPr>
        <w:pStyle w:val="ListBullet"/>
        <w:spacing w:line="240" w:lineRule="auto"/>
        <w:ind w:left="720"/>
      </w:pPr>
      <w:r/>
      <w:r>
        <w:rPr>
          <w:b/>
        </w:rPr>
        <w:t>Evans described a difficult path:</w:t>
      </w:r>
      <w:r>
        <w:t xml:space="preserve"> He said being openly gay while working at a high level in film wasn’t always easy.</w:t>
      </w:r>
      <w:r/>
    </w:p>
    <w:p>
      <w:pPr>
        <w:pStyle w:val="ListBullet"/>
        <w:spacing w:line="240" w:lineRule="auto"/>
        <w:ind w:left="720"/>
      </w:pPr>
      <w:r/>
      <w:r>
        <w:rPr>
          <w:b/>
        </w:rPr>
        <w:t>The debate centres on interpretation:</w:t>
      </w:r>
      <w:r>
        <w:t xml:space="preserve"> His “woke” comments were understood by some as criticism, although he later reaffirmed his support for equality.</w:t>
      </w:r>
      <w:r/>
    </w:p>
    <w:p>
      <w:pPr>
        <w:pStyle w:val="ListBullet"/>
        <w:spacing w:line="240" w:lineRule="auto"/>
        <w:ind w:left="720"/>
      </w:pPr>
      <w:r/>
      <w:r>
        <w:rPr>
          <w:b/>
        </w:rPr>
        <w:t>Fans raised career concerns:</w:t>
      </w:r>
      <w:r>
        <w:t xml:space="preserve"> Online commenters questioned whether sexuality can still influence an actor’s opportunities.</w:t>
      </w:r>
      <w:r/>
    </w:p>
    <w:p>
      <w:pPr>
        <w:pStyle w:val="ListBullet"/>
        <w:spacing w:line="240" w:lineRule="auto"/>
        <w:ind w:left="720"/>
      </w:pPr>
      <w:r/>
      <w:r>
        <w:rPr>
          <w:b/>
        </w:rPr>
        <w:t>Privacy remains personal:</w:t>
      </w:r>
      <w:r>
        <w:t xml:space="preserve"> The discussion also acknowledged that nobody should be pressured to disclose their sexuality.</w:t>
      </w:r>
      <w:r/>
    </w:p>
    <w:p>
      <w:pPr>
        <w:pStyle w:val="ListBullet"/>
        <w:spacing w:line="240" w:lineRule="auto"/>
        <w:ind w:left="720"/>
      </w:pPr>
      <w:r/>
      <w:r>
        <w:rPr>
          <w:b/>
        </w:rPr>
        <w:t>The wider conversation continues:</w:t>
      </w:r>
      <w:r>
        <w:t xml:space="preserve"> Evans’ recent work and public reflections have kept him in the spotlight.</w:t>
      </w:r>
      <w:r/>
      <w:r/>
    </w:p>
    <w:p>
      <w:pPr>
        <w:pStyle w:val="Heading2"/>
      </w:pPr>
      <w:r>
        <w:t>Luke Evans’ comments have reopened an old Hollywood question</w:t>
      </w:r>
      <w:r/>
    </w:p>
    <w:p>
      <w:r/>
      <w:r>
        <w:t>The sharpest part of the discussion isn’t simply what Luke Evans said about being gay or “woke”. It’s why the subject still feels so charged. For an openly gay actor who has worked across major films, television and theatre, even a comment about differing opinions can quickly become a referendum on representation.</w:t>
      </w:r>
      <w:r/>
    </w:p>
    <w:p>
      <w:r/>
      <w:r>
        <w:t>Evans has previously spoken about being one of the few openly gay performers working at his level. That experience gives his comments added weight, particularly when audiences are already sensitive to the barriers LGBTQ+ actors may face. According to Reality Tea, the actor said it wasn’t easy being the only person who was out for a considerable period while taking on prominent film roles.</w:t>
      </w:r>
      <w:r/>
    </w:p>
    <w:p>
      <w:r/>
      <w:r>
        <w:t>There’s also an emotional sting to the wider debate. Fans aren’t just discussing one celebrity interview; they’re asking whether an actor’s private life can still shape the parts they’re offered. That’s a difficult question to answer neatly, but it’s one Hollywood hasn’t escaped.</w:t>
      </w:r>
      <w:r/>
    </w:p>
    <w:p>
      <w:pPr>
        <w:pStyle w:val="Heading2"/>
      </w:pPr>
      <w:r>
        <w:t>What did Luke Evans mean by “woke”?</w:t>
      </w:r>
      <w:r/>
    </w:p>
    <w:p>
      <w:r/>
      <w:r>
        <w:t>The word “woke” has become a verbal tripwire. Depending on who’s listening, it can mean awareness of discrimination, criticism of political correctness or simply support for social equality. That ambiguity helps explain why Evans’ comments attracted such a strong response.</w:t>
      </w:r>
      <w:r/>
    </w:p>
    <w:p>
      <w:r/>
      <w:r>
        <w:t>His later clarification was central. Evans said he considered himself woke and remained committed to equality and people facing discrimination. As reported by Reality Tea, the dispute appeared to be less about his stated values than about how his remarks on differences within the gay community were interpreted.</w:t>
      </w:r>
      <w:r/>
    </w:p>
    <w:p>
      <w:r/>
      <w:r>
        <w:t>That distinction matters. LGBTQ+ people aren’t a political monolith, and disagreement doesn’t automatically mean a rejection of equality. At the same time, public figures know that tone and context can disappear rapidly online. One short clip or sentence can end up carrying a much larger meaning than intended.</w:t>
      </w:r>
      <w:r/>
    </w:p>
    <w:p>
      <w:pPr>
        <w:pStyle w:val="Heading2"/>
      </w:pPr>
      <w:r>
        <w:t>Fans are questioning whether coming out can affect a career</w:t>
      </w:r>
      <w:r/>
    </w:p>
    <w:p>
      <w:r/>
      <w:r>
        <w:t>The online response became especially pointed when fans suggested Evans might have enjoyed a different career trajectory if he had remained private or had been straight. Other commenters made similar claims about openly gay actors including Matt Bomer, while Jonathan Bailey’s name was raised in speculation about major future roles.</w:t>
      </w:r>
      <w:r/>
    </w:p>
    <w:p>
      <w:r/>
      <w:r>
        <w:t>These are opinions rather than proof, and it’s important not to turn fan theory into established fact. Still, the anxiety behind them is understandable. Casting has historically been shaped by stereotypes, market assumptions and narrow ideas about who can play a romantic lead, action hero or cultural icon.</w:t>
      </w:r>
      <w:r/>
    </w:p>
    <w:p>
      <w:r/>
      <w:r>
        <w:t>The debate also reflects a shift in audience expectations. Viewers increasingly want authentic representation, but they don’t want performers treated as public property. As one strand of the discussion recognised, coming out should be a personal choice, not a professional obligation.</w:t>
      </w:r>
      <w:r/>
    </w:p>
    <w:p>
      <w:pPr>
        <w:pStyle w:val="Heading2"/>
      </w:pPr>
      <w:r>
        <w:t>His Hollywood experience adds important context</w:t>
      </w:r>
      <w:r/>
    </w:p>
    <w:p>
      <w:r/>
      <w:r>
        <w:t>Evans’ comments have landed alongside renewed interest in his earlier experiences, including discussion around his involvement with Beauty and the Beast. Online users revisited claims that conversations about his sexuality became intrusive and hostile, showing how quickly a performer’s work can be overshadowed by speculation about their identity.</w:t>
      </w:r>
      <w:r/>
    </w:p>
    <w:p>
      <w:r/>
      <w:r>
        <w:t>His recent public profile has also included emotionally resonant projects and reflections connected with Rocky Horror and Tim Curry. Reality Tea’s related coverage shows how Evans has continued to attract attention not only for his acting, but for the personal meaning attached to his performances and career journey.</w:t>
      </w:r>
      <w:r/>
    </w:p>
    <w:p>
      <w:r/>
      <w:r>
        <w:t>That combination can be both powerful and exhausting. An openly gay actor may help audiences feel seen, yet still find that interviews repeatedly return to sexuality rather than craft. Representation is valuable, but so is allowing performers to be more than the label attached to them.</w:t>
      </w:r>
      <w:r/>
    </w:p>
    <w:p>
      <w:pPr>
        <w:pStyle w:val="Heading2"/>
      </w:pPr>
      <w:r>
        <w:t>The conversation needs more nuance, not louder sides</w:t>
      </w:r>
      <w:r/>
    </w:p>
    <w:p>
      <w:r/>
      <w:r>
        <w:t>The most useful takeaway from the Luke Evans controversy is that several truths can exist at once. An actor can support equality while disagreeing with aspects of contemporary political language. Fans can celebrate an openly gay performer while recognising that other people deserve privacy. And Hollywood can have made progress while still carrying old prejudices.</w:t>
      </w:r>
      <w:r/>
    </w:p>
    <w:p>
      <w:r/>
      <w:r>
        <w:t>Online reactions often flatten those distinctions because outrage travels faster than context. Yet the questions raised here are worth taking seriously: who gets to define an actor’s public identity, how much disclosure is fair, and whether audiences are judging performances through assumptions about sexuality?</w:t>
      </w:r>
      <w:r/>
    </w:p>
    <w:p>
      <w:r/>
      <w:r>
        <w:t>Evans’ comments may fade from the headlines, but the underlying issue won’t disappear so easily. For many viewers, the hope is simple: that talent, rather than identity or fear of it, will decide who gets the next great role.</w:t>
      </w:r>
      <w:r/>
    </w:p>
    <w:p>
      <w:r/>
      <w:r>
        <w:t>A more thoughtful conversation could be the most meaningful result of 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https://www.realitytea.com/2026/10/06/luke-evans-take-on-being-gay-and-woke-has-people-talking/</w:t>
        </w:r>
      </w:hyperlink>
      <w:r>
        <w:t xml:space="preserve"> - Please view link - unable to able to access data</w:t>
      </w:r>
      <w:r/>
    </w:p>
    <w:p>
      <w:pPr>
        <w:pStyle w:val="ListNumber"/>
        <w:spacing w:line="240" w:lineRule="auto"/>
        <w:ind w:left="720"/>
      </w:pPr>
      <w:r/>
      <w:hyperlink r:id="rId9">
        <w:r>
          <w:rPr>
            <w:color w:val="0000EE"/>
            <w:u w:val="single"/>
          </w:rPr>
          <w:t>https://www.realitytea.com/2026/10/06/luke-evans-take-on-being-gay-and-woke-has-people-talking/</w:t>
        </w:r>
      </w:hyperlink>
      <w:r>
        <w:t xml:space="preserve"> - Luke Evans has sparked fresh discussion about his comments on being gay and 'woke.' The actor recently discussed sexuality, Hollywood, and differing personal opinions. His remarks also prompted strong reactions across Reddit.</w:t>
      </w:r>
      <w:r/>
    </w:p>
    <w:p>
      <w:pPr>
        <w:pStyle w:val="ListNumber"/>
        <w:spacing w:line="240" w:lineRule="auto"/>
        <w:ind w:left="720"/>
      </w:pPr>
      <w:r/>
      <w:hyperlink r:id="rId11">
        <w:r>
          <w:rPr>
            <w:color w:val="0000EE"/>
            <w:u w:val="single"/>
          </w:rPr>
          <w:t>https://www.realitytea.com/2026/09/11/luke-evans-tim-curry-final-letter-response/</w:t>
        </w:r>
      </w:hyperlink>
      <w:r>
        <w:t xml:space="preserve"> - Luke Evans revealed that Tim Curry responded to his letter while the actor was seriously ill. Evans recalled Curry's response during a recent appearance. The actor also shared the last impact Curry had on his career.</w:t>
      </w:r>
      <w:r/>
    </w:p>
    <w:p>
      <w:pPr>
        <w:pStyle w:val="ListNumber"/>
        <w:spacing w:line="240" w:lineRule="auto"/>
        <w:ind w:left="720"/>
      </w:pPr>
      <w:r/>
      <w:hyperlink r:id="rId10">
        <w:r>
          <w:rPr>
            <w:color w:val="0000EE"/>
            <w:u w:val="single"/>
          </w:rPr>
          <w:t>https://www.realitytea.com/2026/07/24/luke-evans-rocky-horror-corset-oxygen-tanks/</w:t>
        </w:r>
      </w:hyperlink>
      <w:r>
        <w:t xml:space="preserve"> - Luke Evans has discovered that Broadway glamour sometimes comes with an unexpected side of oxygen tanks. The actor recently revealed that his eye-catching costume for The Rocky Horror Show leaves him gasping for breath between musical numbers.</w:t>
      </w:r>
      <w:r/>
    </w:p>
    <w:p>
      <w:pPr>
        <w:pStyle w:val="ListNumber"/>
        <w:spacing w:line="240" w:lineRule="auto"/>
        <w:ind w:left="720"/>
      </w:pPr>
      <w:r/>
      <w:hyperlink r:id="rId14">
        <w:r>
          <w:rPr>
            <w:color w:val="0000EE"/>
            <w:u w:val="single"/>
          </w:rPr>
          <w:t>https://www.realitytea.com/2026/08/26/luke-evans-shares-emotional-final-letter-to-tim-curry-rocky-horror/</w:t>
        </w:r>
      </w:hyperlink>
      <w:r>
        <w:t xml:space="preserve"> - Luke Evans is remembering Tim Curry with a letter he wrote before the actor's death. Evans recently played Dr. Frank-N-Furter, the role Curry made famous in The Rocky Horror Show. Curry died at his Los Angeles home on Aug. 25 at age 80. Evans shared the letter on Instagram.</w:t>
      </w:r>
      <w:r/>
    </w:p>
    <w:p>
      <w:pPr>
        <w:pStyle w:val="ListNumber"/>
        <w:spacing w:line="240" w:lineRule="auto"/>
        <w:ind w:left="720"/>
      </w:pPr>
      <w:r/>
      <w:hyperlink r:id="rId13">
        <w:r>
          <w:rPr>
            <w:color w:val="0000EE"/>
            <w:u w:val="single"/>
          </w:rPr>
          <w:t>https://www.realitytea.com/2026/09/02/joe-biden-son-hunter-gay-comment-podcast/</w:t>
        </w:r>
      </w:hyperlink>
      <w:r>
        <w:t xml:space="preserve"> - Joe Biden's son, Hunter Biden, joked about his sexuality during a recent podcast appearance, telling host Luke Beasley that he is 'a little bit' gay. The exchange quickly turned into a running gag, with Biden putting a percentage on the claim, revising it, and then circling back to the subject before the interview ended.</w:t>
      </w:r>
      <w:r/>
    </w:p>
    <w:p>
      <w:pPr>
        <w:pStyle w:val="ListNumber"/>
        <w:spacing w:line="240" w:lineRule="auto"/>
        <w:ind w:left="720"/>
      </w:pPr>
      <w:r/>
      <w:hyperlink r:id="rId12">
        <w:r>
          <w:rPr>
            <w:color w:val="0000EE"/>
            <w:u w:val="single"/>
          </w:rPr>
          <w:t>https://www.realitytea.com/2023/06/27/andy-cohen-defended-by-fans-after-pride-video-goes-viral/</w:t>
        </w:r>
      </w:hyperlink>
      <w:r>
        <w:t xml:space="preserve"> - A video of Andy Cohen celebrating Pride went viral, leading to widespread coverage on social media. Many commenters took issue with the existence of the video, with some defending Cohen and others criticizing the act of filming people without their consent.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ealitytea.com/2026/10/06/luke-evans-take-on-being-gay-and-woke-has-people-talking/" TargetMode="External"/><Relationship Id="rId10" Type="http://schemas.openxmlformats.org/officeDocument/2006/relationships/hyperlink" Target="https://www.realitytea.com/2026/07/24/luke-evans-rocky-horror-corset-oxygen-tanks/" TargetMode="External"/><Relationship Id="rId11" Type="http://schemas.openxmlformats.org/officeDocument/2006/relationships/hyperlink" Target="https://www.realitytea.com/2026/09/11/luke-evans-tim-curry-final-letter-response/" TargetMode="External"/><Relationship Id="rId12" Type="http://schemas.openxmlformats.org/officeDocument/2006/relationships/hyperlink" Target="https://www.realitytea.com/2023/06/27/andy-cohen-defended-by-fans-after-pride-video-goes-viral/" TargetMode="External"/><Relationship Id="rId13" Type="http://schemas.openxmlformats.org/officeDocument/2006/relationships/hyperlink" Target="https://www.realitytea.com/2026/09/02/joe-biden-son-hunter-gay-comment-podcast/" TargetMode="External"/><Relationship Id="rId14" Type="http://schemas.openxmlformats.org/officeDocument/2006/relationships/hyperlink" Target="https://www.realitytea.com/2026/08/26/luke-evans-shares-emotional-final-letter-to-tim-curry-rocky-horr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