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Taipei Gay Bar Raid Sparks Protest Over LGBTQ+ Rights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Around 100 people have protested in Taipei after police raided Commander D, a gay bar in Wanhua, raising fresh questions about police conduct, public-decency laws and the city’s LGBTQ+ reputation. The incident matters in Taiwan, where marriage equality and one of Asia’s biggest Pride celebrations have made inclusion a point of national pride.</w:t>
      </w:r>
      <w:r/>
    </w:p>
    <w:p>
      <w:pPr>
        <w:pStyle w:val="Heading2"/>
      </w:pPr>
      <w:r>
        <w:t>Essential Takeaways</w:t>
      </w:r>
      <w:r/>
      <w:r/>
    </w:p>
    <w:p>
      <w:pPr>
        <w:pStyle w:val="ListBullet"/>
        <w:spacing w:line="240" w:lineRule="auto"/>
        <w:ind w:left="720"/>
      </w:pPr>
      <w:r/>
      <w:r>
        <w:rPr>
          <w:b/>
        </w:rPr>
        <w:t>The raid:</w:t>
      </w:r>
      <w:r>
        <w:t xml:space="preserve"> Police questioned 51 people and arrested the bar owner after a complaint linked to public-decency rules.</w:t>
      </w:r>
      <w:r/>
    </w:p>
    <w:p>
      <w:pPr>
        <w:pStyle w:val="ListBullet"/>
        <w:spacing w:line="240" w:lineRule="auto"/>
        <w:ind w:left="720"/>
      </w:pPr>
      <w:r/>
      <w:r>
        <w:rPr>
          <w:b/>
        </w:rPr>
        <w:t>The protest:</w:t>
      </w:r>
      <w:r>
        <w:t xml:space="preserve"> About 100 LGBTQ+ community members and supporters gathered in Taipei the following day.</w:t>
      </w:r>
      <w:r/>
    </w:p>
    <w:p>
      <w:pPr>
        <w:pStyle w:val="ListBullet"/>
        <w:spacing w:line="240" w:lineRule="auto"/>
        <w:ind w:left="720"/>
      </w:pPr>
      <w:r/>
      <w:r>
        <w:rPr>
          <w:b/>
        </w:rPr>
        <w:t>The allegations:</w:t>
      </w:r>
      <w:r>
        <w:t xml:space="preserve"> Protesters criticised officers’ behaviour, including an alleged exchange involving a wheelchair user.</w:t>
      </w:r>
      <w:r/>
    </w:p>
    <w:p>
      <w:pPr>
        <w:pStyle w:val="ListBullet"/>
        <w:spacing w:line="240" w:lineRule="auto"/>
        <w:ind w:left="720"/>
      </w:pPr>
      <w:r/>
      <w:r>
        <w:rPr>
          <w:b/>
        </w:rPr>
        <w:t>The political response:</w:t>
      </w:r>
      <w:r>
        <w:t xml:space="preserve"> Mayor Chiang Wan-an expressed regret and reaffirmed Taipei’s commitment to equal rights.</w:t>
      </w:r>
      <w:r/>
    </w:p>
    <w:p>
      <w:pPr>
        <w:pStyle w:val="ListBullet"/>
        <w:spacing w:line="240" w:lineRule="auto"/>
        <w:ind w:left="720"/>
      </w:pPr>
      <w:r/>
      <w:r>
        <w:rPr>
          <w:b/>
        </w:rPr>
        <w:t>The wider context:</w:t>
      </w:r>
      <w:r>
        <w:t xml:space="preserve"> Taiwan legalised same-sex marriage in 2019 and remains a regional LGBTQ+ rights leader.</w:t>
      </w:r>
      <w:r/>
      <w:r/>
    </w:p>
    <w:p>
      <w:pPr>
        <w:pStyle w:val="Heading2"/>
      </w:pPr>
      <w:r>
        <w:t>A police raid quickly became a public reckoning</w:t>
      </w:r>
      <w:r/>
    </w:p>
    <w:p>
      <w:r/>
      <w:r>
        <w:t xml:space="preserve">The confrontation began at Commander D, a gay bar in Taipei’s Wanhua district, where officers arrived after a complaint alleging a possible breach of Article 83 of Taiwan’s Social Order Maintenance Act. The law restricts public nudity and lascivious behaviour in public or publicly accessible places, creating room for debate over how it should be applied in nightlife venues. Taiwan Plus reported that the raid led to 51 people being taken in for questioning, while the bar’s owner was arrested. </w:t>
      </w:r>
      <w:hyperlink r:id="rId9">
        <w:r>
          <w:rPr>
            <w:color w:val="0000EE"/>
            <w:u w:val="single"/>
          </w:rPr>
          <w:t>[2]</w:t>
        </w:r>
      </w:hyperlink>
      <w:r/>
    </w:p>
    <w:p>
      <w:r/>
      <w:r>
        <w:t xml:space="preserve">For those inside, the experience was anything but routine. One detainee, identified by the family name Wen, told Reuters that officers had entered violently and described the incident as frightening. That account helped turn a disputed enforcement action into a broader conversation about dignity, safety and whether LGBTQ+ venues are being treated fairly. </w:t>
      </w:r>
      <w:hyperlink r:id="rId10">
        <w:r>
          <w:rPr>
            <w:color w:val="0000EE"/>
            <w:u w:val="single"/>
          </w:rPr>
          <w:t>[3]</w:t>
        </w:r>
      </w:hyperlink>
      <w:r/>
    </w:p>
    <w:p>
      <w:pPr>
        <w:pStyle w:val="Heading2"/>
      </w:pPr>
      <w:r>
        <w:t>Protesters say the alleged conduct crossed a line</w:t>
      </w:r>
      <w:r/>
    </w:p>
    <w:p>
      <w:r/>
      <w:r>
        <w:t xml:space="preserve">The next day, roughly 100 members of Taipei’s LGBTQ+ community and their supporters took to the streets. Protesters were not only challenging the raid itself but also allegations about officers’ conduct during it, according to coverage from Taiwan Plus. </w:t>
      </w:r>
      <w:hyperlink r:id="rId9">
        <w:r>
          <w:rPr>
            <w:color w:val="0000EE"/>
            <w:u w:val="single"/>
          </w:rPr>
          <w:t>[4]</w:t>
        </w:r>
      </w:hyperlink>
      <w:r/>
    </w:p>
    <w:p>
      <w:r/>
      <w:r>
        <w:t xml:space="preserve">One video reportedly showed an officer asking a wheelchair user in a toilet how disabled people manage to have sex there. The allegation has intensified anger because it combines concerns about police power with disability discrimination and sexual humiliation. Taipei Times reported that protesters questioned whether a city that presents itself as progressive can tolerate such behaviour. </w:t>
      </w:r>
      <w:hyperlink r:id="rId11">
        <w:r>
          <w:rPr>
            <w:color w:val="0000EE"/>
            <w:u w:val="single"/>
          </w:rPr>
          <w:t>[5]</w:t>
        </w:r>
      </w:hyperlink>
      <w:r/>
    </w:p>
    <w:p>
      <w:pPr>
        <w:pStyle w:val="Heading2"/>
      </w:pPr>
      <w:r>
        <w:t>Why Taiwan’s reputation makes this story particularly sensitive</w:t>
      </w:r>
      <w:r/>
    </w:p>
    <w:p>
      <w:r/>
      <w:r>
        <w:t xml:space="preserve">Taiwan has long been viewed as one of Asia’s most LGBTQ+-friendly societies. Same-sex marriage became legal in 2019, making Taiwan the first jurisdiction in Asia to introduce marriage equality, while Taipei’s annual Pride event draws large crowds from across the region. </w:t>
      </w:r>
      <w:hyperlink r:id="rId12">
        <w:r>
          <w:rPr>
            <w:color w:val="0000EE"/>
            <w:u w:val="single"/>
          </w:rPr>
          <w:t>[6]</w:t>
        </w:r>
      </w:hyperlink>
      <w:r/>
    </w:p>
    <w:p>
      <w:r/>
      <w:r>
        <w:t xml:space="preserve">That progress raises expectations. A city can celebrate colourful floats, packed streets and international visitors during Pride, but inclusion has to extend into quieter, less glamorous moments too, including encounters with police and the interpretation of public-order laws. As one political critic argued on Facebook, Taipei’s diversity should not appear only on parade day. </w:t>
      </w:r>
      <w:hyperlink r:id="rId11">
        <w:r>
          <w:rPr>
            <w:color w:val="0000EE"/>
            <w:u w:val="single"/>
          </w:rPr>
          <w:t>[5]</w:t>
        </w:r>
      </w:hyperlink>
      <w:r/>
    </w:p>
    <w:p>
      <w:pPr>
        <w:pStyle w:val="Heading2"/>
      </w:pPr>
      <w:r>
        <w:t>The mayor has moved to reassure the community</w:t>
      </w:r>
      <w:r/>
    </w:p>
    <w:p>
      <w:r/>
      <w:r>
        <w:t xml:space="preserve">Mayor Chiang Wan-an said he regretted the incident and described Taipei as diverse, inclusive and friendly. He also said the city government must protect equal rights for everyone, a response aimed at calming public concern while questions about the raid remain. </w:t>
      </w:r>
      <w:hyperlink r:id="rId9">
        <w:r>
          <w:rPr>
            <w:color w:val="0000EE"/>
            <w:u w:val="single"/>
          </w:rPr>
          <w:t>[2]</w:t>
        </w:r>
      </w:hyperlink>
      <w:r/>
    </w:p>
    <w:p>
      <w:r/>
      <w:r>
        <w:t xml:space="preserve">The statement matters politically as well as symbolically. Taipei is preparing for another major Pride season, and any suggestion that LGBTQ+ residents feel unsafe in their own venues risks undermining the city’s carefully built international image. Taipei Times reported that calls for accountability have placed pressure on officials to explain what happened and how similar incidents will be handled. </w:t>
      </w:r>
      <w:hyperlink r:id="rId12">
        <w:r>
          <w:rPr>
            <w:color w:val="0000EE"/>
            <w:u w:val="single"/>
          </w:rPr>
          <w:t>[6]</w:t>
        </w:r>
      </w:hyperlink>
      <w:r/>
    </w:p>
    <w:p>
      <w:pPr>
        <w:pStyle w:val="Heading2"/>
      </w:pPr>
      <w:r>
        <w:t>What happens next could matter beyond one bar</w:t>
      </w:r>
      <w:r/>
    </w:p>
    <w:p>
      <w:r/>
      <w:r>
        <w:t xml:space="preserve">The immediate issue is whether the allegations about police behaviour are investigated transparently and whether the public-decency provision was applied appropriately. Clear findings would help distinguish legitimate enforcement from an overreach that left people feeling targeted, particularly in a venue serving a marginalised community. </w:t>
      </w:r>
      <w:hyperlink r:id="rId10">
        <w:r>
          <w:rPr>
            <w:color w:val="0000EE"/>
            <w:u w:val="single"/>
          </w:rPr>
          <w:t>[3]</w:t>
        </w:r>
      </w:hyperlink>
      <w:r/>
    </w:p>
    <w:p>
      <w:r/>
      <w:r>
        <w:t xml:space="preserve">For LGBTQ+ residents, the promise of equal rights is measured in ordinary experiences: entering a bar without fear, being treated respectfully during questioning and knowing that complaints will be taken seriously. Taipei’s reputation was built through landmark legal change, but trust is maintained one encounter at a time. </w:t>
      </w:r>
      <w:hyperlink r:id="rId9">
        <w:r>
          <w:rPr>
            <w:color w:val="0000EE"/>
            <w:u w:val="single"/>
          </w:rPr>
          <w:t>[7]</w:t>
        </w:r>
      </w:hyperlink>
      <w:r/>
    </w:p>
    <w:p>
      <w:r/>
      <w:r>
        <w:t>It's a small bar raid with a much bigger question attached: what does inclusion look like when the cameras are gone?</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10">
        <w:r>
          <w:rPr>
            <w:color w:val="0000EE"/>
            <w:u w:val="single"/>
          </w:rPr>
          <w:t>[3]</w:t>
        </w:r>
      </w:hyperlink>
      <w:r>
        <w:t xml:space="preserve">- Paragraph 3: </w:t>
      </w:r>
      <w:hyperlink r:id="rId9">
        <w:r>
          <w:rPr>
            <w:color w:val="0000EE"/>
            <w:u w:val="single"/>
          </w:rPr>
          <w:t>[4]</w:t>
        </w:r>
      </w:hyperlink>
      <w:r>
        <w:t xml:space="preserve">- Paragraph 4: </w:t>
      </w:r>
      <w:hyperlink r:id="rId11">
        <w:r>
          <w:rPr>
            <w:color w:val="0000EE"/>
            <w:u w:val="single"/>
          </w:rPr>
          <w:t>[5]</w:t>
        </w:r>
      </w:hyperlink>
      <w:r>
        <w:t xml:space="preserve">- Paragraph 5: </w:t>
      </w:r>
      <w:hyperlink r:id="rId12">
        <w:r>
          <w:rPr>
            <w:color w:val="0000EE"/>
            <w:u w:val="single"/>
          </w:rPr>
          <w:t>[6]</w:t>
        </w:r>
      </w:hyperlink>
      <w:r>
        <w:t xml:space="preserve">- Paragraph 6: </w:t>
      </w:r>
      <w:hyperlink r:id="rId11">
        <w:r>
          <w:rPr>
            <w:color w:val="0000EE"/>
            <w:u w:val="single"/>
          </w:rPr>
          <w:t>[5]</w:t>
        </w:r>
      </w:hyperlink>
      <w:r>
        <w:t xml:space="preserve">- Paragraph 7: </w:t>
      </w:r>
      <w:hyperlink r:id="rId9">
        <w:r>
          <w:rPr>
            <w:color w:val="0000EE"/>
            <w:u w:val="single"/>
          </w:rPr>
          <w:t>[2]</w:t>
        </w:r>
      </w:hyperlink>
      <w:r>
        <w:t xml:space="preserve">- Paragraph 8: </w:t>
      </w:r>
      <w:hyperlink r:id="rId12">
        <w:r>
          <w:rPr>
            <w:color w:val="0000EE"/>
            <w:u w:val="single"/>
          </w:rPr>
          <w:t>[6]</w:t>
        </w:r>
      </w:hyperlink>
      <w:r>
        <w:t xml:space="preserve">- Paragraph 9: </w:t>
      </w:r>
      <w:hyperlink r:id="rId10">
        <w:r>
          <w:rPr>
            <w:color w:val="0000EE"/>
            <w:u w:val="single"/>
          </w:rPr>
          <w:t>[3]</w:t>
        </w:r>
      </w:hyperlink>
      <w:r>
        <w:t xml:space="preserve">- Paragraph 10: </w:t>
      </w:r>
      <w:hyperlink r:id="rId9">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https://www.attitude.co.uk/news/protests-erupt-in-taipei-after-police-raid-gay-bar-536314/</w:t>
        </w:r>
      </w:hyperlink>
      <w:r>
        <w:t xml:space="preserve"> - Please view link - unable to able to access data</w:t>
      </w:r>
      <w:r/>
    </w:p>
    <w:p>
      <w:pPr>
        <w:pStyle w:val="ListNumber"/>
        <w:spacing w:line="240" w:lineRule="auto"/>
        <w:ind w:left="720"/>
      </w:pPr>
      <w:r/>
      <w:hyperlink r:id="rId9">
        <w:r>
          <w:rPr>
            <w:color w:val="0000EE"/>
            <w:u w:val="single"/>
          </w:rPr>
          <w:t>https://www.taiwanplus.com/news/taiwan-news/lgbtq/261005017/protest-erupts-over-alleged-police-misconduct-in-taipei-gay-bar-raid</w:t>
        </w:r>
      </w:hyperlink>
      <w:r>
        <w:t xml:space="preserve"> - Protesters and LGBTQ+ rights advocates marched through Taipei’s Wanhua District to protest a controversial police raid on 'Commander D,' a local BDSM gay bar. Authorities took 52 individuals into custody on suspicion of sex offenses following complaints regarding minors, but demonstrators are calling out police officers for failing to show search warrants, forcing the bar manager to kneel, and making derogatory remarks toward patrons with disabilities. In response, rights groups including the Taiwan Tongzhi Hotline Association called for clear spot-check guidelines and the immediate release of bodycam footage. Taipei Mayor Chiang Wan-an has apologized over the incident, pledging rigorous administrative reviews and mandatory police training to prevent future discrimination. The Democratic Progressive Party's Taipei mayoral candidate Puma Shen says a careful inspection of the enforcement process is needed. (</w:t>
      </w:r>
      <w:hyperlink r:id="rId14">
        <w:r>
          <w:rPr>
            <w:color w:val="0000EE"/>
            <w:u w:val="single"/>
          </w:rPr>
          <w:t>taiwanplus.com</w:t>
        </w:r>
      </w:hyperlink>
      <w:r>
        <w:t>)</w:t>
      </w:r>
      <w:r/>
    </w:p>
    <w:p>
      <w:pPr>
        <w:pStyle w:val="ListNumber"/>
        <w:spacing w:line="240" w:lineRule="auto"/>
        <w:ind w:left="720"/>
      </w:pPr>
      <w:r/>
      <w:hyperlink r:id="rId10">
        <w:r>
          <w:rPr>
            <w:color w:val="0000EE"/>
            <w:u w:val="single"/>
          </w:rPr>
          <w:t>https://www.taipeitimes.com/News/taiwan/archives/2026/10/05/2003865418</w:t>
        </w:r>
      </w:hyperlink>
      <w:r>
        <w:t xml:space="preserve"> - Civic groups yesterday protested what they called the police’s excessively forceful raid on a Taipei gay bar on Saturday, calling on police to apologize, protect marginalized groups and stop stigmatizing LGBTQ culture. Police from Taipei’s Wanhua Precinct on Saturday afternoon raided the bar Commander D under a warrant following alleged reports of nudity and indecent behavior. At the protest held near Ximending’s Red House yesterday, the civic groups referred to witnesses who called the raid “heavy-handed,” saying that officers refused to show a warrant, ordered people not to talk or use their phones, behaved arrogantly, insulted LGBTQ people and detained dozens of people in for questioning. (</w:t>
      </w:r>
      <w:hyperlink r:id="rId15">
        <w:r>
          <w:rPr>
            <w:color w:val="0000EE"/>
            <w:u w:val="single"/>
          </w:rPr>
          <w:t>taipeitimes.com</w:t>
        </w:r>
      </w:hyperlink>
      <w:r>
        <w:t>)</w:t>
      </w:r>
      <w:r/>
    </w:p>
    <w:p>
      <w:pPr>
        <w:pStyle w:val="ListNumber"/>
        <w:spacing w:line="240" w:lineRule="auto"/>
        <w:ind w:left="720"/>
      </w:pPr>
      <w:r/>
      <w:hyperlink r:id="rId9">
        <w:r>
          <w:rPr>
            <w:color w:val="0000EE"/>
            <w:u w:val="single"/>
          </w:rPr>
          <w:t>https://www.taiwanplus.com/news/taiwan-news/lgbtq/261005017/protest-erupts-over-alleged-police-misconduct-in-taipei-gay-bar-raid</w:t>
        </w:r>
      </w:hyperlink>
      <w:r>
        <w:t xml:space="preserve"> - Protesters and LGBTQ+ rights advocates marched through Taipei’s Wanhua District to protest a controversial police raid on 'Commander D,' a local BDSM gay bar. Authorities took 52 individuals into custody on suspicion of sex offenses following complaints regarding minors, but demonstrators are calling out police officers for failing to show search warrants, forcing the bar manager to kneel, and making derogatory remarks toward patrons with disabilities. In response, rights groups including the Taiwan Tongzhi Hotline Association called for clear spot-check guidelines and the immediate release of bodycam footage. Taipei Mayor Chiang Wan-an has apologized over the incident, pledging rigorous administrative reviews and mandatory police training to prevent future discrimination. The Democratic Progressive Party's Taipei mayoral candidate Puma Shen says a careful inspection of the enforcement process is needed. (</w:t>
      </w:r>
      <w:hyperlink r:id="rId14">
        <w:r>
          <w:rPr>
            <w:color w:val="0000EE"/>
            <w:u w:val="single"/>
          </w:rPr>
          <w:t>taiwanplus.com</w:t>
        </w:r>
      </w:hyperlink>
      <w:r>
        <w:t>)</w:t>
      </w:r>
      <w:r/>
    </w:p>
    <w:p>
      <w:pPr>
        <w:pStyle w:val="ListNumber"/>
        <w:spacing w:line="240" w:lineRule="auto"/>
        <w:ind w:left="720"/>
      </w:pPr>
      <w:r/>
      <w:hyperlink r:id="rId11">
        <w:r>
          <w:rPr>
            <w:color w:val="0000EE"/>
            <w:u w:val="single"/>
          </w:rPr>
          <w:t>https://www.taipeitimes.com/News/taiwan/archives/2026/10/05/2003865440</w:t>
        </w:r>
      </w:hyperlink>
      <w:r>
        <w:t xml:space="preserve"> - Taipei Mayor Chiang Wan-an defended the city’s inclusivity and said police behavior would be reviewed following a raid of a gay bar on Saturday that sparked protests for discrimination, misconduct and excessive use of force. Police from Taipei’s Wanhua Precinct raided Commander D in Ximending on Saturday afternoon, citing a complaint alleging the bar might be breaching public decency laws. They took 51 people in for questioning and arrested the owner. After reviewing body camera footage, the Taipei Police Department today said that four officers used inappropriate language and have each been given two demerits. The lead investigator was given one demerit, while Wanhua Precinct director Chen Yung-hua voluntarily requested disciplinary action and has been given two demerits, the department said. (</w:t>
      </w:r>
      <w:hyperlink r:id="rId16">
        <w:r>
          <w:rPr>
            <w:color w:val="0000EE"/>
            <w:u w:val="single"/>
          </w:rPr>
          <w:t>taipeitimes.com</w:t>
        </w:r>
      </w:hyperlink>
      <w:r>
        <w:t>)</w:t>
      </w:r>
      <w:r/>
    </w:p>
    <w:p>
      <w:pPr>
        <w:pStyle w:val="ListNumber"/>
        <w:spacing w:line="240" w:lineRule="auto"/>
        <w:ind w:left="720"/>
      </w:pPr>
      <w:r/>
      <w:hyperlink r:id="rId12">
        <w:r>
          <w:rPr>
            <w:color w:val="0000EE"/>
            <w:u w:val="single"/>
          </w:rPr>
          <w:t>https://www.taipeitimes.com/News/front/archives/2026/10/06/2003865463</w:t>
        </w:r>
      </w:hyperlink>
      <w:r>
        <w:t xml:space="preserve"> - Taipei holds its main Pride event later this month, the largest in East Asia. Taipei police on Saturday afternoon raided the Commander D bar, citing a complaint alleging the bar might be breaching public decency laws. They took 51 people in for questioning and arrested the owner. Chiang, who has previously attended Taipei Pride, said regardless of age, gender, sexual orientation, identity, ethnicity or beliefs, the government must ensure everyone in Taipei has equal rights. Taipei Police Commissioner Lin Yen-tien said that six officers had been disciplined over misconduct during the raid. Four officers were found to have used inappropriate language during the raid and each received two reprimands, while the lead investigator at the scene was given a demerit for failing to promptly stop the remarks. (</w:t>
      </w:r>
      <w:hyperlink r:id="rId17">
        <w:r>
          <w:rPr>
            <w:color w:val="0000EE"/>
            <w:u w:val="single"/>
          </w:rPr>
          <w:t>taipeitimes.com</w:t>
        </w:r>
      </w:hyperlink>
      <w:r>
        <w:t>)</w:t>
      </w:r>
      <w:r/>
    </w:p>
    <w:p>
      <w:pPr>
        <w:pStyle w:val="ListNumber"/>
        <w:spacing w:line="240" w:lineRule="auto"/>
        <w:ind w:left="720"/>
      </w:pPr>
      <w:r/>
      <w:hyperlink r:id="rId9">
        <w:r>
          <w:rPr>
            <w:color w:val="0000EE"/>
            <w:u w:val="single"/>
          </w:rPr>
          <w:t>https://www.taiwanplus.com/news/taiwan-news/lgbtq/261005017/protest-erupts-over-alleged-police-misconduct-in-taipei-gay-bar-raid</w:t>
        </w:r>
      </w:hyperlink>
      <w:r>
        <w:t xml:space="preserve"> - Protesters and LGBTQ+ rights advocates marched through Taipei’s Wanhua District to protest a controversial police raid on 'Commander D,' a local BDSM gay bar. Authorities took 52 individuals into custody on suspicion of sex offenses following complaints regarding minors, but demonstrators are calling out police officers for failing to show search warrants, forcing the bar manager to kneel, and making derogatory remarks toward patrons with disabilities. In response, rights groups including the Taiwan Tongzhi Hotline Association called for clear spot-check guidelines and the immediate release of bodycam footage. Taipei Mayor Chiang Wan-an has apologized over the incident, pledging rigorous administrative reviews and mandatory police training to prevent future discrimination. The Democratic Progressive Party's Taipei mayoral candidate Puma Shen says a careful inspection of the enforcement process is needed. (</w:t>
      </w:r>
      <w:hyperlink r:id="rId14">
        <w:r>
          <w:rPr>
            <w:color w:val="0000EE"/>
            <w:u w:val="single"/>
          </w:rPr>
          <w:t>taiwanplus.com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aiwanplus.com/news/taiwan-news/lgbtq/261005017/protest-erupts-over-alleged-police-misconduct-in-taipei-gay-bar-raid" TargetMode="External"/><Relationship Id="rId10" Type="http://schemas.openxmlformats.org/officeDocument/2006/relationships/hyperlink" Target="https://www.taipeitimes.com/News/taiwan/archives/2026/10/05/2003865418" TargetMode="External"/><Relationship Id="rId11" Type="http://schemas.openxmlformats.org/officeDocument/2006/relationships/hyperlink" Target="https://www.taipeitimes.com/News/taiwan/archives/2026/10/05/2003865440" TargetMode="External"/><Relationship Id="rId12" Type="http://schemas.openxmlformats.org/officeDocument/2006/relationships/hyperlink" Target="https://www.taipeitimes.com/News/front/archives/2026/10/06/2003865463" TargetMode="External"/><Relationship Id="rId13" Type="http://schemas.openxmlformats.org/officeDocument/2006/relationships/hyperlink" Target="https://www.attitude.co.uk/news/protests-erupt-in-taipei-after-police-raid-gay-bar-536314/" TargetMode="External"/><Relationship Id="rId14" Type="http://schemas.openxmlformats.org/officeDocument/2006/relationships/hyperlink" Target="https://www.taiwanplus.com/news/taiwan-news/lgbtq/261005017/protest-erupts-over-alleged-police-misconduct-in-taipei-gay-bar-raid?utm_source=openai" TargetMode="External"/><Relationship Id="rId15" Type="http://schemas.openxmlformats.org/officeDocument/2006/relationships/hyperlink" Target="https://www.taipeitimes.com/News/taiwan/archives/2026/10/05/2003865418?utm_source=openai" TargetMode="External"/><Relationship Id="rId16" Type="http://schemas.openxmlformats.org/officeDocument/2006/relationships/hyperlink" Target="https://www.taipeitimes.com/News/taiwan/archives/2026/10/05/2003865440?utm_source=openai" TargetMode="External"/><Relationship Id="rId17" Type="http://schemas.openxmlformats.org/officeDocument/2006/relationships/hyperlink" Target="https://www.taipeitimes.com/News/front/archives/2026/10/06/2003865463?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