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Murray Hill’s New Memoir Offers Queer Joy, Survival and Showbiz</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discovering Murray Hill’s new memoir, </w:t>
      </w:r>
      <w:r>
        <w:rPr>
          <w:b/>
          <w:i/>
        </w:rPr>
        <w:t>Showbiz! My Life as a Middle-aged Man</w:t>
      </w:r>
      <w:r>
        <w:rPr>
          <w:b/>
        </w:rPr>
        <w:t>, a candid, comic account of growing up in a difficult home, finding queer community and turning pain into performance. Published by Gallery Books, the book blends sharp observations with a warm, unmistakably theatrical spirit.</w:t>
      </w:r>
      <w:r/>
    </w:p>
    <w:p>
      <w:pPr>
        <w:pStyle w:val="Heading2"/>
      </w:pPr>
      <w:r>
        <w:t>Essential Takeaways</w:t>
      </w:r>
      <w:r/>
      <w:r/>
    </w:p>
    <w:p>
      <w:pPr>
        <w:pStyle w:val="ListBullet"/>
        <w:spacing w:line="240" w:lineRule="auto"/>
        <w:ind w:left="720"/>
      </w:pPr>
      <w:r/>
      <w:r>
        <w:rPr>
          <w:b/>
        </w:rPr>
        <w:t>A debut memoir:</w:t>
      </w:r>
      <w:r>
        <w:t xml:space="preserve"> </w:t>
      </w:r>
      <w:r>
        <w:rPr>
          <w:i/>
        </w:rPr>
        <w:t>Showbiz!</w:t>
      </w:r>
      <w:r>
        <w:t xml:space="preserve"> follows Murray Hill’s life, comedy career and evolving sense of identity.</w:t>
      </w:r>
      <w:r/>
    </w:p>
    <w:p>
      <w:pPr>
        <w:pStyle w:val="ListBullet"/>
        <w:spacing w:line="240" w:lineRule="auto"/>
        <w:ind w:left="720"/>
      </w:pPr>
      <w:r/>
      <w:r>
        <w:rPr>
          <w:b/>
        </w:rPr>
        <w:t>Pain behind the punchlines:</w:t>
      </w:r>
      <w:r>
        <w:t xml:space="preserve"> The book explores abuse, depression, alcohol misuse and recovery.</w:t>
      </w:r>
      <w:r/>
    </w:p>
    <w:p>
      <w:pPr>
        <w:pStyle w:val="ListBullet"/>
        <w:spacing w:line="240" w:lineRule="auto"/>
        <w:ind w:left="720"/>
      </w:pPr>
      <w:r/>
      <w:r>
        <w:rPr>
          <w:b/>
        </w:rPr>
        <w:t>Queer reinvention:</w:t>
      </w:r>
      <w:r>
        <w:t xml:space="preserve"> New York nightlife helped Hill create a persona and community on his own terms.</w:t>
      </w:r>
      <w:r/>
    </w:p>
    <w:p>
      <w:pPr>
        <w:pStyle w:val="ListBullet"/>
        <w:spacing w:line="240" w:lineRule="auto"/>
        <w:ind w:left="720"/>
      </w:pPr>
      <w:r/>
      <w:r>
        <w:rPr>
          <w:b/>
        </w:rPr>
        <w:t>A familiar screen presence:</w:t>
      </w:r>
      <w:r>
        <w:t xml:space="preserve"> Fans of Fred Rococo in </w:t>
      </w:r>
      <w:r>
        <w:rPr>
          <w:i/>
        </w:rPr>
        <w:t>Somebody Somewhere</w:t>
      </w:r>
      <w:r>
        <w:t xml:space="preserve"> will recognise the same generous, mischievous energy.</w:t>
      </w:r>
      <w:r/>
    </w:p>
    <w:p>
      <w:pPr>
        <w:pStyle w:val="ListBullet"/>
        <w:spacing w:line="240" w:lineRule="auto"/>
        <w:ind w:left="720"/>
      </w:pPr>
      <w:r/>
      <w:r>
        <w:rPr>
          <w:b/>
        </w:rPr>
        <w:t>A personal message:</w:t>
      </w:r>
      <w:r>
        <w:t xml:space="preserve"> Hill argues for being seen as a whole person, rather than reduced to a label.</w:t>
      </w:r>
      <w:r/>
      <w:r/>
    </w:p>
    <w:p>
      <w:pPr>
        <w:pStyle w:val="Heading2"/>
      </w:pPr>
      <w:r>
        <w:t>Murray Hill turns survival into a show</w:t>
      </w:r>
      <w:r/>
    </w:p>
    <w:p>
      <w:r/>
      <w:r>
        <w:t xml:space="preserve">Murray Hill has spent decades making audiences laugh, but </w:t>
      </w:r>
      <w:r>
        <w:rPr>
          <w:i/>
        </w:rPr>
        <w:t>Showbiz!</w:t>
      </w:r>
      <w:r>
        <w:t xml:space="preserve"> reveals the quieter story behind the bright lights and quick-fire jokes. The memoir traces how a painful childhood, complicated feelings about identity and a long relationship with performance shaped the comic he became.</w:t>
      </w:r>
      <w:r/>
    </w:p>
    <w:p>
      <w:r/>
      <w:r>
        <w:t>According to publisher and bookseller listings, the book is positioned as a story of survival, reinvention and joy. That combination gives it a little more emotional weight than a conventional backstage memoir. The jokes may arrive in a sharp suit, but the experiences underneath are bruising and deeply human.</w:t>
      </w:r>
      <w:r/>
    </w:p>
    <w:p>
      <w:r/>
      <w:r>
        <w:t>Hill writes about growing up in a conservative New England environment marked by abuse. Old comedy programmes and celebrity memoirs became a kind of escape hatch, offering the young performer a glimpse of lives that could be rebuilt through imagination, wit and nerve.</w:t>
      </w:r>
      <w:r/>
    </w:p>
    <w:p>
      <w:pPr>
        <w:pStyle w:val="Heading2"/>
      </w:pPr>
      <w:r>
        <w:t>From queer nightlife to a life in character</w:t>
      </w:r>
      <w:r/>
    </w:p>
    <w:p>
      <w:r/>
      <w:r>
        <w:t>New York offered Hill something his early life couldn't: room to experiment. The city's nightlife culture allowed him to choose a name, develop a persona and step into a version of himself that felt expansive rather than confined.</w:t>
      </w:r>
      <w:r/>
    </w:p>
    <w:p>
      <w:r/>
      <w:r>
        <w:t>That process is central to the memoir's appeal. Rather than presenting identity as a neat journey with a tidy conclusion, Hill describes it as something lived, tested and occasionally questioned in public. It's messy, funny and sometimes exhausting, which is precisely what makes the story feel recognisable.</w:t>
      </w:r>
      <w:r/>
    </w:p>
    <w:p>
      <w:r/>
      <w:r>
        <w:t xml:space="preserve">Book listings from Goodreads and Oblong Books describe </w:t>
      </w:r>
      <w:r>
        <w:rPr>
          <w:i/>
        </w:rPr>
        <w:t>Showbiz!</w:t>
      </w:r>
      <w:r>
        <w:t xml:space="preserve"> as a memoir of Hill's career and personal journey. For readers interested in queer memoirs, comedy writing or stories about chosen family, that broad mix could be the book's strongest draw.</w:t>
      </w:r>
      <w:r/>
    </w:p>
    <w:p>
      <w:pPr>
        <w:pStyle w:val="Heading2"/>
      </w:pPr>
      <w:r>
        <w:t>The serious story behind the comic timing</w:t>
      </w:r>
      <w:r/>
    </w:p>
    <w:p>
      <w:r/>
      <w:r>
        <w:t>Hill is open about using alcohol to escape difficult memories and mask depression. That drinking eventually became a mental health crisis, bringing the memoir's central theme into sharper focus: joy isn't always a personality trait. Sometimes it's a practice, and sometimes it's something a person has to fight to reclaim.</w:t>
      </w:r>
      <w:r/>
    </w:p>
    <w:p>
      <w:r/>
      <w:r>
        <w:t>The book doesn't treat recovery as a glossy transformation. Support from friends and community plays a major role, suggesting that survival is rarely a solo performance, however polished the stage act may look.</w:t>
      </w:r>
      <w:r/>
    </w:p>
    <w:p>
      <w:r/>
      <w:r>
        <w:t>Kirkus Reviews and Publishers Weekly are among the trade sources listing the title, while Blackstone Library provides audiobook information. That format may suit Hill's material particularly well. A comic memoir read with the author's own timing can make even the pauses, reversals and dry asides land with extra force.</w:t>
      </w:r>
      <w:r/>
    </w:p>
    <w:p>
      <w:pPr>
        <w:pStyle w:val="Heading2"/>
      </w:pPr>
      <w:r>
        <w:t>What Hill says about gender, labels and being seen</w:t>
      </w:r>
      <w:r/>
    </w:p>
    <w:p>
      <w:r/>
      <w:r>
        <w:t>One of the memoir's most compelling threads is Hill's frustration with being categorised before being understood. He writes about being misread, questioned and labelled, while also acknowledging the importance of language that helps younger generations describe a wider range of gender identities.</w:t>
      </w:r>
      <w:r/>
    </w:p>
    <w:p>
      <w:r/>
      <w:r>
        <w:t>The tension is deliberately unresolved. Hill identifies with the queer community and discusses being a trans man, yet resists the idea that a label should become the first or most important fact about him. His preferred answer, in essence, is that he's simply Murray.</w:t>
      </w:r>
      <w:r/>
    </w:p>
    <w:p>
      <w:r/>
      <w:r>
        <w:t>That perspective will resonate with readers who have felt flattened by introductions that turn a person into a descriptor. It also explains why Hill's humour matters. A well-timed joke can puncture awkwardness, but it can also create a moment of recognition for people who are tired of being treated as a puzzle.</w:t>
      </w:r>
      <w:r/>
    </w:p>
    <w:p>
      <w:pPr>
        <w:pStyle w:val="Heading2"/>
      </w:pPr>
      <w:r>
        <w:t xml:space="preserve">Why fans of </w:t>
      </w:r>
      <w:r>
        <w:rPr>
          <w:i/>
        </w:rPr>
        <w:t>Somebody Somewhere</w:t>
      </w:r>
      <w:r>
        <w:t xml:space="preserve"> may want the book</w:t>
      </w:r>
      <w:r/>
    </w:p>
    <w:p>
      <w:r/>
      <w:r>
        <w:t>Hill's television role as Fred Rococo brought his particular blend of camp, confidence and kindness to a wider audience. The character's humour isn't just decorative. It becomes a way to challenge assumptions while making space for people who may not often see themselves represented with affection.</w:t>
      </w:r>
      <w:r/>
    </w:p>
    <w:p>
      <w:r/>
      <w:r>
        <w:t>The memoir offers the chance to explore that sensibility beyond the sitcom frame. Readers get the performer, the persona and the person behind both, with the boundaries between them left intentionally fluid.</w:t>
      </w:r>
      <w:r/>
    </w:p>
    <w:p>
      <w:r/>
      <w:r>
        <w:t xml:space="preserve">For anyone searching for a queer memoir about identity, recovery and reinvention, </w:t>
      </w:r>
      <w:r>
        <w:rPr>
          <w:i/>
        </w:rPr>
        <w:t>Showbiz!</w:t>
      </w:r>
      <w:r>
        <w:t xml:space="preserve"> looks like an inviting choice. It promises laughter, certainly, but also the more lasting pleasure of watching someone build a life that finally feels like their own.</w:t>
      </w:r>
      <w:r/>
    </w:p>
    <w:p>
      <w:r/>
      <w:r>
        <w:t>It's a bright, funny reminder that joy can be both a punchline and a form of survival.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https://www.queerty.com/murray-hill-book-excerpt-20261006/</w:t>
        </w:r>
      </w:hyperlink>
      <w:r>
        <w:t xml:space="preserve"> - Please view link - unable to able to access data</w:t>
      </w:r>
      <w:r/>
    </w:p>
    <w:p>
      <w:pPr>
        <w:pStyle w:val="ListNumber"/>
        <w:spacing w:line="240" w:lineRule="auto"/>
        <w:ind w:left="720"/>
      </w:pPr>
      <w:r/>
      <w:hyperlink r:id="rId10">
        <w:r>
          <w:rPr>
            <w:color w:val="0000EE"/>
            <w:u w:val="single"/>
          </w:rPr>
          <w:t>https://www.goodreads.com/book/show/248283649-showbiz</w:t>
        </w:r>
      </w:hyperlink>
      <w:r>
        <w:t xml:space="preserve"> - An overview of Murray Hill's memoir, 'Showbiz! My Life as a Middle-Aged Man', detailing his journey from a conservative New England upbringing to becoming a trailblazing comic in New York City. The book delves into his experiences with abuse, depression, and his path to self-discovery and reinvention through comedy. It also highlights his role as Fred Rococo in HBO's 'Somebody, Somewhere'. (</w:t>
      </w:r>
      <w:hyperlink r:id="rId16">
        <w:r>
          <w:rPr>
            <w:color w:val="0000EE"/>
            <w:u w:val="single"/>
          </w:rPr>
          <w:t>goodreads.com</w:t>
        </w:r>
      </w:hyperlink>
      <w:r>
        <w:t>)</w:t>
      </w:r>
      <w:r/>
    </w:p>
    <w:p>
      <w:pPr>
        <w:pStyle w:val="ListNumber"/>
        <w:spacing w:line="240" w:lineRule="auto"/>
        <w:ind w:left="720"/>
      </w:pPr>
      <w:r/>
      <w:hyperlink r:id="rId11">
        <w:r>
          <w:rPr>
            <w:color w:val="0000EE"/>
            <w:u w:val="single"/>
          </w:rPr>
          <w:t>https://www.kirkusreviews.com/book-reviews/murray-hill/showbiz/</w:t>
        </w:r>
      </w:hyperlink>
      <w:r>
        <w:t xml:space="preserve"> - A review of Murray Hill's memoir, 'Showbiz! My Life as a Middle-Aged Man', published by Kirkus Reviews. The review discusses Hill's background as a drag king, actor, comedian, and former mayoral candidate, and provides insights into the content and themes of the book. (</w:t>
      </w:r>
      <w:hyperlink r:id="rId17">
        <w:r>
          <w:rPr>
            <w:color w:val="0000EE"/>
            <w:u w:val="single"/>
          </w:rPr>
          <w:t>kirkusreviews.com</w:t>
        </w:r>
      </w:hyperlink>
      <w:r>
        <w:t>)</w:t>
      </w:r>
      <w:r/>
    </w:p>
    <w:p>
      <w:pPr>
        <w:pStyle w:val="ListNumber"/>
        <w:spacing w:line="240" w:lineRule="auto"/>
        <w:ind w:left="720"/>
      </w:pPr>
      <w:r/>
      <w:hyperlink r:id="rId12">
        <w:r>
          <w:rPr>
            <w:color w:val="0000EE"/>
            <w:u w:val="single"/>
          </w:rPr>
          <w:t>https://www.blackstonelibrary.com/showbiz</w:t>
        </w:r>
      </w:hyperlink>
      <w:r>
        <w:t xml:space="preserve"> - Information about the audiobook version of Murray Hill's memoir, 'Showbiz! My Life as a Middle-Aged Man', available from Blackstone Audio. The audiobook is narrated by Murray Hill himself and is set for release on October 6, 2026. (</w:t>
      </w:r>
      <w:hyperlink r:id="rId18">
        <w:r>
          <w:rPr>
            <w:color w:val="0000EE"/>
            <w:u w:val="single"/>
          </w:rPr>
          <w:t>blackstonelibrary.com</w:t>
        </w:r>
      </w:hyperlink>
      <w:r>
        <w:t>)</w:t>
      </w:r>
      <w:r/>
    </w:p>
    <w:p>
      <w:pPr>
        <w:pStyle w:val="ListNumber"/>
        <w:spacing w:line="240" w:lineRule="auto"/>
        <w:ind w:left="720"/>
      </w:pPr>
      <w:r/>
      <w:hyperlink r:id="rId14">
        <w:r>
          <w:rPr>
            <w:color w:val="0000EE"/>
            <w:u w:val="single"/>
          </w:rPr>
          <w:t>https://books.google.com/books/about/Showbiz.html?hl=en&amp;id=uBXf0QEACAAJ&amp;output=html_text</w:t>
        </w:r>
      </w:hyperlink>
      <w:r>
        <w:t xml:space="preserve"> - A Google Books entry for Murray Hill's memoir, 'Showbiz! My Life as a Middle-Aged Man', providing details about the book's content, themes, and publication information. The book is set to be published on October 6, 2026, and is available for pre-order. (</w:t>
      </w:r>
      <w:hyperlink r:id="rId19">
        <w:r>
          <w:rPr>
            <w:color w:val="0000EE"/>
            <w:u w:val="single"/>
          </w:rPr>
          <w:t>books.google.com</w:t>
        </w:r>
      </w:hyperlink>
      <w:r>
        <w:t>)</w:t>
      </w:r>
      <w:r/>
    </w:p>
    <w:p>
      <w:pPr>
        <w:pStyle w:val="ListNumber"/>
        <w:spacing w:line="240" w:lineRule="auto"/>
        <w:ind w:left="720"/>
      </w:pPr>
      <w:r/>
      <w:hyperlink r:id="rId13">
        <w:r>
          <w:rPr>
            <w:color w:val="0000EE"/>
            <w:u w:val="single"/>
          </w:rPr>
          <w:t>https://www.publishersweekly.com/9781668053706</w:t>
        </w:r>
      </w:hyperlink>
      <w:r>
        <w:t xml:space="preserve"> - A review of Murray Hill's memoir, 'Showbiz! My Life as a Middle-Aged Man', published by Publishers Weekly. The review discusses Hill's early life, struggles with addiction, and his journey to sobriety, highlighting the book's candid and humorous narrative. (</w:t>
      </w:r>
      <w:hyperlink r:id="rId20">
        <w:r>
          <w:rPr>
            <w:color w:val="0000EE"/>
            <w:u w:val="single"/>
          </w:rPr>
          <w:t>publishersweekly.com</w:t>
        </w:r>
      </w:hyperlink>
      <w:r>
        <w:t>)</w:t>
      </w:r>
      <w:r/>
    </w:p>
    <w:p>
      <w:pPr>
        <w:pStyle w:val="ListNumber"/>
        <w:spacing w:line="240" w:lineRule="auto"/>
        <w:ind w:left="720"/>
      </w:pPr>
      <w:r/>
      <w:hyperlink r:id="rId15">
        <w:r>
          <w:rPr>
            <w:color w:val="0000EE"/>
            <w:u w:val="single"/>
          </w:rPr>
          <w:t>https://oblongbooks.com/book/9781668053706</w:t>
        </w:r>
      </w:hyperlink>
      <w:r>
        <w:t xml:space="preserve"> - A listing for Murray Hill's memoir, 'Showbiz! My Life as a Middle-Aged Man', available for pre-order at Oblong Books. The page provides details about the book's publication date, publisher, and ISBN, as well as a brief description of the book's content. (</w:t>
      </w:r>
      <w:hyperlink r:id="rId21">
        <w:r>
          <w:rPr>
            <w:color w:val="0000EE"/>
            <w:u w:val="single"/>
          </w:rPr>
          <w:t>oblongbooks.com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murray-hill-book-excerpt-20261006/" TargetMode="External"/><Relationship Id="rId10" Type="http://schemas.openxmlformats.org/officeDocument/2006/relationships/hyperlink" Target="https://www.goodreads.com/book/show/248283649-showbiz" TargetMode="External"/><Relationship Id="rId11" Type="http://schemas.openxmlformats.org/officeDocument/2006/relationships/hyperlink" Target="https://www.kirkusreviews.com/book-reviews/murray-hill/showbiz/" TargetMode="External"/><Relationship Id="rId12" Type="http://schemas.openxmlformats.org/officeDocument/2006/relationships/hyperlink" Target="https://www.blackstonelibrary.com/showbiz" TargetMode="External"/><Relationship Id="rId13" Type="http://schemas.openxmlformats.org/officeDocument/2006/relationships/hyperlink" Target="https://www.publishersweekly.com/9781668053706" TargetMode="External"/><Relationship Id="rId14" Type="http://schemas.openxmlformats.org/officeDocument/2006/relationships/hyperlink" Target="https://books.google.com/books/about/Showbiz.html?hl=en&amp;id=uBXf0QEACAAJ&amp;output=html_text" TargetMode="External"/><Relationship Id="rId15" Type="http://schemas.openxmlformats.org/officeDocument/2006/relationships/hyperlink" Target="https://oblongbooks.com/book/9781668053706" TargetMode="External"/><Relationship Id="rId16" Type="http://schemas.openxmlformats.org/officeDocument/2006/relationships/hyperlink" Target="https://www.goodreads.com/book/show/248283649-showbiz?utm_source=openai" TargetMode="External"/><Relationship Id="rId17" Type="http://schemas.openxmlformats.org/officeDocument/2006/relationships/hyperlink" Target="https://www.kirkusreviews.com/book-reviews/murray-hill/showbiz/?utm_source=openai" TargetMode="External"/><Relationship Id="rId18" Type="http://schemas.openxmlformats.org/officeDocument/2006/relationships/hyperlink" Target="https://www.blackstonelibrary.com/showbiz?utm_source=openai" TargetMode="External"/><Relationship Id="rId19" Type="http://schemas.openxmlformats.org/officeDocument/2006/relationships/hyperlink" Target="https://books.google.com/books/about/Showbiz.html?hl=en&amp;id=uBXf0QEACAAJ&amp;output=html_text&amp;utm_source=openai" TargetMode="External"/><Relationship Id="rId20" Type="http://schemas.openxmlformats.org/officeDocument/2006/relationships/hyperlink" Target="https://www.publishersweekly.com/9781668053706?utm_source=openai" TargetMode="External"/><Relationship Id="rId21" Type="http://schemas.openxmlformats.org/officeDocument/2006/relationships/hyperlink" Target="https://oblongbooks.com/book/978166805370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