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Luke Evans clarifies his “woke” comments after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Luke Evans is pushing back against headlines sparked by his comments about gay identity and political awareness, saying his words were simplified and confirming that he considers himself woke. The actor’s clarification has reopened a wider conversation about individuality, activism and the assumptions often attached to LGBTQ+ public figures.</w:t>
      </w:r>
      <w:r/>
    </w:p>
    <w:p>
      <w:pPr>
        <w:pStyle w:val="Heading2"/>
      </w:pPr>
      <w:r>
        <w:t>Essential Takeaways</w:t>
      </w:r>
      <w:r/>
      <w:r/>
    </w:p>
    <w:p>
      <w:pPr>
        <w:pStyle w:val="ListBullet"/>
        <w:spacing w:line="240" w:lineRule="auto"/>
        <w:ind w:left="720"/>
      </w:pPr>
      <w:r/>
      <w:r>
        <w:rPr>
          <w:b/>
        </w:rPr>
        <w:t>The original remark:</w:t>
      </w:r>
      <w:r>
        <w:t xml:space="preserve"> Evans said being gay doesn't automatically mean someone is woke.</w:t>
      </w:r>
      <w:r/>
    </w:p>
    <w:p>
      <w:pPr>
        <w:pStyle w:val="ListBullet"/>
        <w:spacing w:line="240" w:lineRule="auto"/>
        <w:ind w:left="720"/>
      </w:pPr>
      <w:r/>
      <w:r>
        <w:rPr>
          <w:b/>
        </w:rPr>
        <w:t>His clarification:</w:t>
      </w:r>
      <w:r>
        <w:t xml:space="preserve"> He says he considers himself woke when that means recognising injustice and supporting threatened rights.</w:t>
      </w:r>
      <w:r/>
    </w:p>
    <w:p>
      <w:pPr>
        <w:pStyle w:val="ListBullet"/>
        <w:spacing w:line="240" w:lineRule="auto"/>
        <w:ind w:left="720"/>
      </w:pPr>
      <w:r/>
      <w:r>
        <w:rPr>
          <w:b/>
        </w:rPr>
        <w:t>The wider point:</w:t>
      </w:r>
      <w:r>
        <w:t xml:space="preserve"> Evans stressed that LGBTQ+ people don't all share identical political views.</w:t>
      </w:r>
      <w:r/>
    </w:p>
    <w:p>
      <w:pPr>
        <w:pStyle w:val="ListBullet"/>
        <w:spacing w:line="240" w:lineRule="auto"/>
        <w:ind w:left="720"/>
      </w:pPr>
      <w:r/>
      <w:r>
        <w:rPr>
          <w:b/>
        </w:rPr>
        <w:t>Why it matters:</w:t>
      </w:r>
      <w:r>
        <w:t xml:space="preserve"> The dispute highlights how interview snippets can quickly become headline controversy.</w:t>
      </w:r>
      <w:r/>
      <w:r/>
    </w:p>
    <w:p>
      <w:pPr>
        <w:pStyle w:val="Heading2"/>
      </w:pPr>
      <w:r>
        <w:t>One sentence sparked a much bigger debate</w:t>
      </w:r>
      <w:r/>
    </w:p>
    <w:p>
      <w:r/>
      <w:r>
        <w:t>The controversy began after Evans discussed the relationship between sexuality and political outlook in an interview with The Telegraph. He argued that being gay is only one part of a person's identity, and that people within the same community can hold very different opinions.</w:t>
      </w:r>
      <w:r/>
    </w:p>
    <w:p>
      <w:r/>
      <w:r>
        <w:t>That may sound straightforward, but the phrase “gay” and “woke” was always likely to attract attention. In an online news cycle built around short, striking lines, nuance can disappear rather quickly.</w:t>
      </w:r>
      <w:r/>
    </w:p>
    <w:p>
      <w:r/>
      <w:r>
        <w:t>Coverage from PinkNews and Queerty focused on the tension between Evans' comments and the expectations sometimes placed on gay actors to represent a single political position. It's a familiar problem: audiences want public figures to be consistent, while real people are usually more complicated than a headline allows.</w:t>
      </w:r>
      <w:r/>
    </w:p>
    <w:p>
      <w:pPr>
        <w:pStyle w:val="Heading2"/>
      </w:pPr>
      <w:r>
        <w:t>Evans says he was misunderstood</w:t>
      </w:r>
      <w:r/>
    </w:p>
    <w:p>
      <w:r/>
      <w:r>
        <w:t>Following the reaction, Evans addressed the issue on his Instagram Story. He said parts of the interview had been paraphrased in a way that didn't accurately convey his meaning.</w:t>
      </w:r>
      <w:r/>
    </w:p>
    <w:p>
      <w:r/>
      <w:r>
        <w:t>The actor explained that he absolutely considers himself woke, defining the term through awareness of injustice, concern for others and a willingness to defend people whose rights are under threat. Reports from The Pink Times and PinkNews noted that he also reaffirmed his long-standing support for equality and protection from discrimination.</w:t>
      </w:r>
      <w:r/>
    </w:p>
    <w:p>
      <w:r/>
      <w:r>
        <w:t>That clarification changes the tone considerably. Rather than rejecting activism, Evans appears to have been making a point about difference within the LGBTQ+ community. It's less a political retreat than an argument against assuming that one identity automatically dictates every belief.</w:t>
      </w:r>
      <w:r/>
    </w:p>
    <w:p>
      <w:pPr>
        <w:pStyle w:val="Heading2"/>
      </w:pPr>
      <w:r>
        <w:t>Why the wording proved so combustible</w:t>
      </w:r>
      <w:r/>
    </w:p>
    <w:p>
      <w:r/>
      <w:r>
        <w:t>“Woke” remains a politically loaded word, and its meaning varies sharply depending on who's using it. For some, it describes social awareness and solidarity; for others, it has become a criticism of progressive politics.</w:t>
      </w:r>
      <w:r/>
    </w:p>
    <w:p>
      <w:r/>
      <w:r>
        <w:t>Radio coverage from WFMD and Fox News framed Evans' remarks as a challenge to the idea that gay people must fit a particular political stereotype. That interpretation helps explain why the story travelled beyond entertainment news, even though it began with a discussion about the actor's personal views.</w:t>
      </w:r>
      <w:r/>
    </w:p>
    <w:p>
      <w:r/>
      <w:r>
        <w:t>There’s also a broader issue at play. Public figures from minority communities are often expected to speak as representatives, but communities aren't monolithic. Evans' comments underline an obvious truth that can still feel surprisingly absent from public debate: LGBTQ+ people disagree with one another, just like everyone else.</w:t>
      </w:r>
      <w:r/>
    </w:p>
    <w:p>
      <w:pPr>
        <w:pStyle w:val="Heading2"/>
      </w:pPr>
      <w:r>
        <w:t>A reminder that identity isn't a political script</w:t>
      </w:r>
      <w:r/>
    </w:p>
    <w:p>
      <w:r/>
      <w:r>
        <w:t>Evans' position is particularly notable because he has spoken openly about his sexuality and has publicly supported equality. PinkNews has also covered his experiences as a gay actor, including the pressures that can accompany coming out and working in Hollywood.</w:t>
      </w:r>
      <w:r/>
    </w:p>
    <w:p>
      <w:r/>
      <w:r>
        <w:t>That background gives his latest clarification more context. He isn't presenting himself as detached from LGBTQ+ issues; he's saying that solidarity doesn't require every person to hold identical views on society, culture or politics.</w:t>
      </w:r>
      <w:r/>
    </w:p>
    <w:p>
      <w:r/>
      <w:r>
        <w:t>For readers trying to make sense of the dispute, the practical lesson is simple: look for the full statement rather than relying on a clipped phrase. The difference between “being gay doesn't make you woke” and “I don't support equality” is substantial, even if a fast-moving headline makes them appear connected.</w:t>
      </w:r>
      <w:r/>
    </w:p>
    <w:p>
      <w:pPr>
        <w:pStyle w:val="Heading2"/>
      </w:pPr>
      <w:r>
        <w:t>What happens next?</w:t>
      </w:r>
      <w:r/>
    </w:p>
    <w:p>
      <w:r/>
      <w:r>
        <w:t>Evans has now made his position clear: he says he believes in equality, compassion and standing up against discrimination. Whether that settles the debate is another matter, particularly online, where clarification often circulates less widely than the original controversy.</w:t>
      </w:r>
      <w:r/>
    </w:p>
    <w:p>
      <w:r/>
      <w:r>
        <w:t>Still, the episode offers a useful pause. A celebrity's identity may shape their experiences, but it doesn't write their entire political biography. As Evans' comments show, room for disagreement can exist alongside a firm commitment to protecting people's rights.</w:t>
      </w:r>
      <w:r/>
    </w:p>
    <w:p>
      <w:r/>
      <w:r>
        <w:t>It's a small distinction, but an important one in any conversation about representation.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https://www.justjared.com/2026/10/06/luke-evans-clarifies-his-gay-woke-comments-amid-backlash-reveals-if-hes-woke-himself/</w:t>
        </w:r>
      </w:hyperlink>
      <w:r>
        <w:t xml:space="preserve"> - Please view link - unable to able to access data</w:t>
      </w:r>
      <w:r/>
    </w:p>
    <w:p>
      <w:pPr>
        <w:pStyle w:val="ListNumber"/>
        <w:spacing w:line="240" w:lineRule="auto"/>
        <w:ind w:left="720"/>
      </w:pPr>
      <w:r/>
      <w:hyperlink r:id="rId10">
        <w:r>
          <w:rPr>
            <w:color w:val="0000EE"/>
            <w:u w:val="single"/>
          </w:rPr>
          <w:t>https://www.thepinknews.com/2026/10/06/luke-evans-woke-gay-telegraph-interview/</w:t>
        </w:r>
      </w:hyperlink>
      <w:r>
        <w:t xml:space="preserve"> - Luke Evans has responded to recent headlines stemming from his interview with The Telegraph, where he stated, 'Just because you are gay yourself doesn’t mean you have to be woke.' He clarified that he considers himself 'woke,' meaning aware of injustice and standing up for those whose rights are threatened. Evans emphasized that while people may have differing views, there should be room for conversation and understanding, and his commitment to equality and compassion remains unchanged. (</w:t>
      </w:r>
      <w:hyperlink r:id="rId16">
        <w:r>
          <w:rPr>
            <w:color w:val="0000EE"/>
            <w:u w:val="single"/>
          </w:rPr>
          <w:t>thepinknews.com</w:t>
        </w:r>
      </w:hyperlink>
      <w:r>
        <w:t>)</w:t>
      </w:r>
      <w:r/>
    </w:p>
    <w:p>
      <w:pPr>
        <w:pStyle w:val="ListNumber"/>
        <w:spacing w:line="240" w:lineRule="auto"/>
        <w:ind w:left="720"/>
      </w:pPr>
      <w:r/>
      <w:hyperlink r:id="rId11">
        <w:r>
          <w:rPr>
            <w:color w:val="0000EE"/>
            <w:u w:val="single"/>
          </w:rPr>
          <w:t>https://www.queerty.com/luke-evans-clarifies-his-woke-stance-after-interviewer-probes-him-on-gay-actors-and-politics-20261005/</w:t>
        </w:r>
      </w:hyperlink>
      <w:r>
        <w:t xml:space="preserve"> - In an interview with The Telegraph, Luke Evans discussed his upcoming role in the TV drama 'The Party' and addressed questions about the political expectations of gay individuals. He stated, 'Just because you are gay yourself doesn’t mean you have to be woke,' highlighting that opinions on society and life differ among individuals. Evans also touched upon the pressures of being an out actor in Hollywood, noting that it wasn't easy being the only one who was out for quite a long time. (</w:t>
      </w:r>
      <w:hyperlink r:id="rId17">
        <w:r>
          <w:rPr>
            <w:color w:val="0000EE"/>
            <w:u w:val="single"/>
          </w:rPr>
          <w:t>queerty.com</w:t>
        </w:r>
      </w:hyperlink>
      <w:r>
        <w:t>)</w:t>
      </w:r>
      <w:r/>
    </w:p>
    <w:p>
      <w:pPr>
        <w:pStyle w:val="ListNumber"/>
        <w:spacing w:line="240" w:lineRule="auto"/>
        <w:ind w:left="720"/>
      </w:pPr>
      <w:r/>
      <w:hyperlink r:id="rId12">
        <w:r>
          <w:rPr>
            <w:color w:val="0000EE"/>
            <w:u w:val="single"/>
          </w:rPr>
          <w:t>https://www.wfmd.com/2026/10/04/actor-luke-evans-bucks-political-stereotype-about-being-gay-says-not-everyone-needs-to-be-woke/</w:t>
        </w:r>
      </w:hyperlink>
      <w:r>
        <w:t xml:space="preserve"> - Actor Luke Evans rejected the assumption that gay people should hold 'woke' political views in an interview published on October 2. He stated, 'Just because you are gay yourself doesn’t mean you have to be woke,' emphasizing that sexuality does not determine a person's broader beliefs. Evans also discussed his experience playing straight roles in his career, stating that he has played mostly straight macho roles and loved it, sending out a message that who you are and who you love has no relevance to your talent. (</w:t>
      </w:r>
      <w:hyperlink r:id="rId18">
        <w:r>
          <w:rPr>
            <w:color w:val="0000EE"/>
            <w:u w:val="single"/>
          </w:rPr>
          <w:t>wfmd.com</w:t>
        </w:r>
      </w:hyperlink>
      <w:r>
        <w:t>)</w:t>
      </w:r>
      <w:r/>
    </w:p>
    <w:p>
      <w:pPr>
        <w:pStyle w:val="ListNumber"/>
        <w:spacing w:line="240" w:lineRule="auto"/>
        <w:ind w:left="720"/>
      </w:pPr>
      <w:r/>
      <w:hyperlink r:id="rId14">
        <w:r>
          <w:rPr>
            <w:color w:val="0000EE"/>
            <w:u w:val="single"/>
          </w:rPr>
          <w:t>https://www.thepinktimes.com/article/luke-evans-pushes-back-on-headlines-after-interview-on-politics-acting-and-wokeness/</w:t>
        </w:r>
      </w:hyperlink>
      <w:r>
        <w:t xml:space="preserve"> - Luke Evans has moved to clear up comments from an interview with The Telegraph that sparked headlines about politics, 'wokeness,' and casting. The actor was promoting his upcoming TV drama 'The Party,' in which he plays a married political journalist who is secretly gay. In the interview, Evans stated that sexuality does not determine a person’s politics and rejected the idea that all gay people think alike. He also argued that actors should be able to play roles outside their own sexuality. (</w:t>
      </w:r>
      <w:hyperlink r:id="rId19">
        <w:r>
          <w:rPr>
            <w:color w:val="0000EE"/>
            <w:u w:val="single"/>
          </w:rPr>
          <w:t>thepinktimes.com</w:t>
        </w:r>
      </w:hyperlink>
      <w:r>
        <w:t>)</w:t>
      </w:r>
      <w:r/>
    </w:p>
    <w:p>
      <w:pPr>
        <w:pStyle w:val="ListNumber"/>
        <w:spacing w:line="240" w:lineRule="auto"/>
        <w:ind w:left="720"/>
      </w:pPr>
      <w:r/>
      <w:hyperlink r:id="rId13">
        <w:r>
          <w:rPr>
            <w:color w:val="0000EE"/>
            <w:u w:val="single"/>
          </w:rPr>
          <w:t>https://www.foxnews.com/media/actor-luke-evans-bucks-political-stereotype-about-being-gay-says-not-everyone-needs-woke/</w:t>
        </w:r>
      </w:hyperlink>
      <w:r>
        <w:t xml:space="preserve"> - Hollywood actor Luke Evans rejected the assumption that gay people should hold 'woke' political views in an interview published on October 2. He stated, 'Just because you are gay yourself doesn’t mean you have to be woke,' emphasizing that sexuality does not determine a person's broader beliefs. Evans also discussed his experience playing straight roles in his career, stating that he has played mostly straight macho roles and loved it, sending out a message that who you are and who you love has no relevance to your talent. (</w:t>
      </w:r>
      <w:hyperlink r:id="rId20">
        <w:r>
          <w:rPr>
            <w:color w:val="0000EE"/>
            <w:u w:val="single"/>
          </w:rPr>
          <w:t>foxnews.com</w:t>
        </w:r>
      </w:hyperlink>
      <w:r>
        <w:t>)</w:t>
      </w:r>
      <w:r/>
    </w:p>
    <w:p>
      <w:pPr>
        <w:pStyle w:val="ListNumber"/>
        <w:spacing w:line="240" w:lineRule="auto"/>
        <w:ind w:left="720"/>
      </w:pPr>
      <w:r/>
      <w:hyperlink r:id="rId15">
        <w:r>
          <w:rPr>
            <w:color w:val="0000EE"/>
            <w:u w:val="single"/>
          </w:rPr>
          <w:t>https://www.thepinknews.com/2026/10/05/luke-evans-hollywood-actors-gay-coming-out/</w:t>
        </w:r>
      </w:hyperlink>
      <w:r>
        <w:t xml:space="preserve"> - Luke Evans has said being gay does not automatically mean you must be politically progressive, as he weighed in on stereotypes about LGBTQ+ people and the debate over who should play gay roles. In the Telegraph interview, the 47-year-old Welsh actor said: 'Just because you are gay yourself doesn’t mean you have to be woke.' Evans added: 'Your sexuality is one part of who you are, but our opinions on society and life differ in every single person. I’ve got very woke gay friends and very unwoke gay friends. We don’t all agree on the same thing.' (</w:t>
      </w:r>
      <w:hyperlink r:id="rId21">
        <w:r>
          <w:rPr>
            <w:color w:val="0000EE"/>
            <w:u w:val="single"/>
          </w:rPr>
          <w:t>thepinknews.com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ustjared.com/2026/10/06/luke-evans-clarifies-his-gay-woke-comments-amid-backlash-reveals-if-hes-woke-himself/" TargetMode="External"/><Relationship Id="rId10" Type="http://schemas.openxmlformats.org/officeDocument/2006/relationships/hyperlink" Target="https://www.thepinknews.com/2026/10/06/luke-evans-woke-gay-telegraph-interview/" TargetMode="External"/><Relationship Id="rId11" Type="http://schemas.openxmlformats.org/officeDocument/2006/relationships/hyperlink" Target="https://www.queerty.com/luke-evans-clarifies-his-woke-stance-after-interviewer-probes-him-on-gay-actors-and-politics-20261005/" TargetMode="External"/><Relationship Id="rId12" Type="http://schemas.openxmlformats.org/officeDocument/2006/relationships/hyperlink" Target="https://www.wfmd.com/2026/10/04/actor-luke-evans-bucks-political-stereotype-about-being-gay-says-not-everyone-needs-to-be-woke/" TargetMode="External"/><Relationship Id="rId13" Type="http://schemas.openxmlformats.org/officeDocument/2006/relationships/hyperlink" Target="https://www.foxnews.com/media/actor-luke-evans-bucks-political-stereotype-about-being-gay-says-not-everyone-needs-woke/" TargetMode="External"/><Relationship Id="rId14" Type="http://schemas.openxmlformats.org/officeDocument/2006/relationships/hyperlink" Target="https://www.thepinktimes.com/article/luke-evans-pushes-back-on-headlines-after-interview-on-politics-acting-and-wokeness/" TargetMode="External"/><Relationship Id="rId15" Type="http://schemas.openxmlformats.org/officeDocument/2006/relationships/hyperlink" Target="https://www.thepinknews.com/2026/10/05/luke-evans-hollywood-actors-gay-coming-out/" TargetMode="External"/><Relationship Id="rId16" Type="http://schemas.openxmlformats.org/officeDocument/2006/relationships/hyperlink" Target="https://www.thepinknews.com/2026/10/06/luke-evans-woke-gay-telegraph-interview/?utm_source=openai" TargetMode="External"/><Relationship Id="rId17" Type="http://schemas.openxmlformats.org/officeDocument/2006/relationships/hyperlink" Target="https://www.queerty.com/luke-evans-clarifies-his-woke-stance-after-interviewer-probes-him-on-gay-actors-and-politics-20261005/?utm_source=openai" TargetMode="External"/><Relationship Id="rId18" Type="http://schemas.openxmlformats.org/officeDocument/2006/relationships/hyperlink" Target="https://www.wfmd.com/2026/10/04/actor-luke-evans-bucks-political-stereotype-about-being-gay-says-not-everyone-needs-to-be-woke/?utm_source=openai" TargetMode="External"/><Relationship Id="rId19" Type="http://schemas.openxmlformats.org/officeDocument/2006/relationships/hyperlink" Target="https://www.thepinktimes.com/article/luke-evans-pushes-back-on-headlines-after-interview-on-politics-acting-and-wokeness/?utm_source=openai" TargetMode="External"/><Relationship Id="rId20" Type="http://schemas.openxmlformats.org/officeDocument/2006/relationships/hyperlink" Target="https://www.foxnews.com/media/actor-luke-evans-bucks-political-stereotype-about-being-gay-says-not-everyone-needs-woke/?utm_source=openai" TargetMode="External"/><Relationship Id="rId21" Type="http://schemas.openxmlformats.org/officeDocument/2006/relationships/hyperlink" Target="https://www.thepinknews.com/2026/10/05/luke-evans-hollywood-actors-gay-coming-ou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