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Jason Collins’ NBA legacy and the fight for LGBTQ+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and educators are remembering Jason Collins, the former NBA centre who became the first openly gay active player in a major US men’s professional sports league. His story, now being highlighted during LGBTQ+ History Month, matters because it links elite sport with visibility, courage and the everyday importance of being able to live honestly.</w:t>
      </w:r>
      <w:r/>
    </w:p>
    <w:p>
      <w:pPr>
        <w:pStyle w:val="Heading2"/>
      </w:pPr>
      <w:r>
        <w:t>Essential Takeaways</w:t>
      </w:r>
      <w:r/>
      <w:r/>
    </w:p>
    <w:p>
      <w:pPr>
        <w:pStyle w:val="ListBullet"/>
        <w:spacing w:line="240" w:lineRule="auto"/>
        <w:ind w:left="720"/>
      </w:pPr>
      <w:r/>
      <w:r>
        <w:rPr>
          <w:b/>
        </w:rPr>
        <w:t>A sporting first:</w:t>
      </w:r>
      <w:r>
        <w:t xml:space="preserve"> Collins became the first openly gay active player in any of the four major US men’s professional sports leagues.</w:t>
      </w:r>
      <w:r/>
    </w:p>
    <w:p>
      <w:pPr>
        <w:pStyle w:val="ListBullet"/>
        <w:spacing w:line="240" w:lineRule="auto"/>
        <w:ind w:left="720"/>
      </w:pPr>
      <w:r/>
      <w:r>
        <w:rPr>
          <w:b/>
        </w:rPr>
        <w:t>A serious basketball career:</w:t>
      </w:r>
      <w:r>
        <w:t xml:space="preserve"> He played for several NBA teams after entering the league as a first-round pick in 2001.</w:t>
      </w:r>
      <w:r/>
    </w:p>
    <w:p>
      <w:pPr>
        <w:pStyle w:val="ListBullet"/>
        <w:spacing w:line="240" w:lineRule="auto"/>
        <w:ind w:left="720"/>
      </w:pPr>
      <w:r/>
      <w:r>
        <w:rPr>
          <w:b/>
        </w:rPr>
        <w:t>A meaningful jersey number:</w:t>
      </w:r>
      <w:r>
        <w:t xml:space="preserve"> His No. 98 was a tribute to Matthew Shepard, whose murder became a symbol of anti-gay hate violence.</w:t>
      </w:r>
      <w:r/>
    </w:p>
    <w:p>
      <w:pPr>
        <w:pStyle w:val="ListBullet"/>
        <w:spacing w:line="240" w:lineRule="auto"/>
        <w:ind w:left="720"/>
      </w:pPr>
      <w:r/>
      <w:r>
        <w:rPr>
          <w:b/>
        </w:rPr>
        <w:t>A wider legacy:</w:t>
      </w:r>
      <w:r>
        <w:t xml:space="preserve"> Collins’ decision helped make LGBTQ+ visibility in professional sport impossible to ignore.</w:t>
      </w:r>
      <w:r/>
    </w:p>
    <w:p>
      <w:pPr>
        <w:pStyle w:val="ListBullet"/>
        <w:spacing w:line="240" w:lineRule="auto"/>
        <w:ind w:left="720"/>
      </w:pPr>
      <w:r/>
      <w:r>
        <w:rPr>
          <w:b/>
        </w:rPr>
        <w:t>A lasting classroom resource:</w:t>
      </w:r>
      <w:r>
        <w:t xml:space="preserve"> NYSUT says its commemorative poster is available as a downloadable PDF, with limited print copies for members.</w:t>
      </w:r>
      <w:r/>
      <w:r/>
    </w:p>
    <w:p>
      <w:pPr>
        <w:pStyle w:val="Heading2"/>
      </w:pPr>
      <w:r>
        <w:t>Why Jason Collins’ breakthrough still resonates</w:t>
      </w:r>
      <w:r/>
    </w:p>
    <w:p>
      <w:r/>
      <w:r>
        <w:t>Jason Collins wasn’t simply a headline-maker who happened to play basketball. He was a durable, defensive-minded centre who built a lengthy NBA career, then used his platform to challenge one of sport’s most persistent assumptions: that athletes must hide part of themselves to belong.</w:t>
      </w:r>
      <w:r/>
    </w:p>
    <w:p>
      <w:r/>
      <w:r>
        <w:t>The NBA reported that Collins died aged 47 after a battle with brain cancer. His death has prompted renewed reflection on the significance of his 2013 announcement, particularly because he was still an active professional player when he came out.</w:t>
      </w:r>
      <w:r/>
    </w:p>
    <w:p>
      <w:r/>
      <w:r>
        <w:t>That timing made the moment especially powerful. Collins wasn’t speaking from the safety of retirement; he was stepping forward while still competing at the highest level.</w:t>
      </w:r>
      <w:r/>
    </w:p>
    <w:p>
      <w:pPr>
        <w:pStyle w:val="Heading2"/>
      </w:pPr>
      <w:r>
        <w:t>From California courts to the NBA</w:t>
      </w:r>
      <w:r/>
    </w:p>
    <w:p>
      <w:r/>
      <w:r>
        <w:t>Collins’ route to professional basketball began in California, where he and his twin brother, Jarron, won two state titles. He also set a high-school career rebounding record, giving an early glimpse of the physical presence that would later define his game.</w:t>
      </w:r>
      <w:r/>
    </w:p>
    <w:p>
      <w:r/>
      <w:r>
        <w:t>At Stanford, Collins developed into a respected Pac-10 player despite an injury during his first year. CBS Sports’ coverage of his life and career noted the importance of that college foundation before he was selected in the first round of the 2001 NBA Draft.</w:t>
      </w:r>
      <w:r/>
    </w:p>
    <w:p>
      <w:r/>
      <w:r>
        <w:t>He was quickly traded to the New Jersey Nets, where he became part of a team that reached consecutive NBA Finals. Later stops included Memphis, Minnesota, Atlanta, Boston and Washington. It wasn't a glamorous, single-club story, but it was a substantial professional career built on screens, rebounds and unflashy defensive work.</w:t>
      </w:r>
      <w:r/>
    </w:p>
    <w:p>
      <w:pPr>
        <w:pStyle w:val="Heading2"/>
      </w:pPr>
      <w:r>
        <w:t>The announcement that changed sports culture</w:t>
      </w:r>
      <w:r/>
    </w:p>
    <w:p>
      <w:r/>
      <w:r>
        <w:t>On 29 April 2013, Collins publicly announced that he was gay. He said he hoped his decision would encourage other people to live more openly, a message that travelled well beyond basketball.</w:t>
      </w:r>
      <w:r/>
    </w:p>
    <w:p>
      <w:r/>
      <w:r>
        <w:t>The context mattered. At that point, openly gay athletes were still rare in the biggest US men’s sports leagues, and many fans had never seen a current player discuss sexuality without apology or euphemism. Collins’ announcement therefore became both personal news and a cultural turning point.</w:t>
      </w:r>
      <w:r/>
    </w:p>
    <w:p>
      <w:r/>
      <w:r>
        <w:t>His No. 98 jersey also carried a deliberate message. It honoured Matthew Shepard, the University of Wyoming student murdered in 1998 in a notorious anti-gay hate crime. That detail gave Collins’ public identity an additional layer of remembrance and solidarity.</w:t>
      </w:r>
      <w:r/>
    </w:p>
    <w:p>
      <w:pPr>
        <w:pStyle w:val="Heading2"/>
      </w:pPr>
      <w:r>
        <w:t>Why representation in sport matters</w:t>
      </w:r>
      <w:r/>
    </w:p>
    <w:p>
      <w:r/>
      <w:r>
        <w:t>Sport often presents itself as a meritocracy, but belonging isn't only about performance. Teammates, supporters and young people watching from the stands also need to see that LGBTQ+ identities have a place in locker rooms, schools and professional competition.</w:t>
      </w:r>
      <w:r/>
    </w:p>
    <w:p>
      <w:r/>
      <w:r>
        <w:t>The NBA’s account of Collins’ death described him as a barrier-breaker whose influence extended beyond the court. CBS Sports likewise framed his coming out as a landmark moment for professional sport, showing how a single athlete’s honesty can alter the conversation for those who follow.</w:t>
      </w:r>
      <w:r/>
    </w:p>
    <w:p>
      <w:r/>
      <w:r>
        <w:t>There’s also a practical educational value. NYSUT’s poster initiative places Collins’ story in a format that teachers and pupils can use to discuss equality, courage and the history of LGBTQ+ rights. A poster may seem modest, but visible reminders can start conversations that otherwise never happen.</w:t>
      </w:r>
      <w:r/>
    </w:p>
    <w:p>
      <w:pPr>
        <w:pStyle w:val="Heading2"/>
      </w:pPr>
      <w:r>
        <w:t>A legacy bigger than one statistic</w:t>
      </w:r>
      <w:r/>
    </w:p>
    <w:p>
      <w:r/>
      <w:r>
        <w:t>Collins retired from the NBA in 2014 as a member of the Brooklyn Nets. By then, his playing career had already become inseparable from his public legacy, though the two should be viewed together rather than in competition.</w:t>
      </w:r>
      <w:r/>
    </w:p>
    <w:p>
      <w:r/>
      <w:r>
        <w:t>He was an accomplished athlete before he became a historic figure, and he became a historic figure without ceasing to be an athlete. That combination is what makes his story endure: the quiet grind of a professional career alongside one unusually brave public decision.</w:t>
      </w:r>
      <w:r/>
    </w:p>
    <w:p>
      <w:r/>
      <w:r>
        <w:t>For younger fans, Collins’ example may feel like part of sports history. For those who remember the moment, it still carries a sharper emotional edge. Sometimes progress begins with one person deciding that concealment has become heavier than honesty.</w:t>
      </w:r>
      <w:r/>
    </w:p>
    <w:p>
      <w:r/>
      <w:r>
        <w:t>It's a legacy of skill, visibility and courage that still belongs in the classroom and on the court.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[4]</w:t>
        </w:r>
      </w:hyperlink>
      <w:r>
        <w:t xml:space="preserve">, </w:t>
      </w:r>
      <w:hyperlink r:id="rId11">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1">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1">
        <w:r>
          <w:rPr>
            <w:color w:val="0000EE"/>
            <w:u w:val="single"/>
          </w:rPr>
          <w:t>[3]</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1">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https://www.nysut.org/news/2026/october/lgbtq-history-month</w:t>
        </w:r>
      </w:hyperlink>
      <w:r>
        <w:t xml:space="preserve"> - Please view link - unable to able to access data</w:t>
      </w:r>
      <w:r/>
    </w:p>
    <w:p>
      <w:pPr>
        <w:pStyle w:val="ListNumber"/>
        <w:spacing w:line="240" w:lineRule="auto"/>
        <w:ind w:left="720"/>
      </w:pPr>
      <w:r/>
      <w:hyperlink r:id="rId10">
        <w:r>
          <w:rPr>
            <w:color w:val="0000EE"/>
            <w:u w:val="single"/>
          </w:rPr>
          <w:t>https://www.nba.com/news/jason-collins-obit-dies-47-brain-cancer</w:t>
        </w:r>
      </w:hyperlink>
      <w:r>
        <w:t xml:space="preserve"> - Jason Collins, the NBA's first openly gay player, passed away at 47 after an eight-month battle with an aggressive form of brain cancer. He spent 13 years in the league, playing for six different franchises. Collins publicly came out as gay in 2013, becoming a trailblazer for inclusion and equality in professional sports. His family expressed gratitude for the support received during his illness and highlighted his inspirational impact on those who knew him and admired him from afar.</w:t>
      </w:r>
      <w:r/>
    </w:p>
    <w:p>
      <w:pPr>
        <w:pStyle w:val="ListNumber"/>
        <w:spacing w:line="240" w:lineRule="auto"/>
        <w:ind w:left="720"/>
      </w:pPr>
      <w:r/>
      <w:hyperlink r:id="rId11">
        <w:r>
          <w:rPr>
            <w:color w:val="0000EE"/>
            <w:u w:val="single"/>
          </w:rPr>
          <w:t>https://www.cbssports.com/nba/news/jason-collins-dies-nba-first-openly-gay-player/</w:t>
        </w:r>
      </w:hyperlink>
      <w:r>
        <w:t xml:space="preserve"> - Jason Collins, the first openly gay NBA player, died of brain cancer at 47. He announced his diagnosis of stage 4 glioblastoma in December. Collins, a 7-foot center, played for six different teams across 13 seasons, disclosing his diagnosis of stage 4 glioblastoma in December. He publicly came out as gay in 2013 and became a symbol of courage and authenticity in sports. His announcement was met with widespread support from fellow athletes, politicians, and advocacy groups.</w:t>
      </w:r>
      <w:r/>
    </w:p>
    <w:p>
      <w:pPr>
        <w:pStyle w:val="ListNumber"/>
        <w:spacing w:line="240" w:lineRule="auto"/>
        <w:ind w:left="720"/>
      </w:pPr>
      <w:r/>
      <w:hyperlink r:id="rId11">
        <w:r>
          <w:rPr>
            <w:color w:val="0000EE"/>
            <w:u w:val="single"/>
          </w:rPr>
          <w:t>https://www.cbssports.com/nba/news/jason-collins-dies-nba-first-openly-gay-player/</w:t>
        </w:r>
      </w:hyperlink>
      <w:r>
        <w:t xml:space="preserve"> - Jason Collins, the first openly gay NBA player, died of brain cancer at 47. He announced his diagnosis of stage 4 glioblastoma in December. Collins, a 7-foot center, played for six different teams across 13 seasons, disclosing his diagnosis of stage 4 glioblastoma in December. He publicly came out as gay in 2013 and became a symbol of courage and authenticity in sports. His announcement was met with widespread support from fellow athletes, politicians, and advocacy groups.</w:t>
      </w:r>
      <w:r/>
    </w:p>
    <w:p>
      <w:pPr>
        <w:pStyle w:val="ListNumber"/>
        <w:spacing w:line="240" w:lineRule="auto"/>
        <w:ind w:left="720"/>
      </w:pPr>
      <w:r/>
      <w:hyperlink r:id="rId11">
        <w:r>
          <w:rPr>
            <w:color w:val="0000EE"/>
            <w:u w:val="single"/>
          </w:rPr>
          <w:t>https://www.cbssports.com/nba/news/jason-collins-dies-nba-first-openly-gay-player/</w:t>
        </w:r>
      </w:hyperlink>
      <w:r>
        <w:t xml:space="preserve"> - Jason Collins, the first openly gay NBA player, died of brain cancer at 47. He announced his diagnosis of stage 4 glioblastoma in December. Collins, a 7-foot center, played for six different teams across 13 seasons, disclosing his diagnosis of stage 4 glioblastoma in December. He publicly came out as gay in 2013 and became a symbol of courage and authenticity in sports. His announcement was met with widespread support from fellow athletes, politicians, and advocacy groups.</w:t>
      </w:r>
      <w:r/>
    </w:p>
    <w:p>
      <w:pPr>
        <w:pStyle w:val="ListNumber"/>
        <w:spacing w:line="240" w:lineRule="auto"/>
        <w:ind w:left="720"/>
      </w:pPr>
      <w:r/>
      <w:hyperlink r:id="rId11">
        <w:r>
          <w:rPr>
            <w:color w:val="0000EE"/>
            <w:u w:val="single"/>
          </w:rPr>
          <w:t>https://www.cbssports.com/nba/news/jason-collins-dies-nba-first-openly-gay-player/</w:t>
        </w:r>
      </w:hyperlink>
      <w:r>
        <w:t xml:space="preserve"> - Jason Collins, the first openly gay NBA player, died of brain cancer at 47. He announced his diagnosis of stage 4 glioblastoma in December. Collins, a 7-foot center, played for six different teams across 13 seasons, disclosing his diagnosis of stage 4 glioblastoma in December. He publicly came out as gay in 2013 and became a symbol of courage and authenticity in sports. His announcement was met with widespread support from fellow athletes, politicians, and advocacy groups.</w:t>
      </w:r>
      <w:r/>
    </w:p>
    <w:p>
      <w:pPr>
        <w:pStyle w:val="ListNumber"/>
        <w:spacing w:line="240" w:lineRule="auto"/>
        <w:ind w:left="720"/>
      </w:pPr>
      <w:r/>
      <w:hyperlink r:id="rId11">
        <w:r>
          <w:rPr>
            <w:color w:val="0000EE"/>
            <w:u w:val="single"/>
          </w:rPr>
          <w:t>https://www.cbssports.com/nba/news/jason-collins-dies-nba-first-openly-gay-player/</w:t>
        </w:r>
      </w:hyperlink>
      <w:r>
        <w:t xml:space="preserve"> - Jason Collins, the first openly gay NBA player, died of brain cancer at 47. He announced his diagnosis of stage 4 glioblastoma in December. Collins, a 7-foot center, played for six different teams across 13 seasons, disclosing his diagnosis of stage 4 glioblastoma in December. He publicly came out as gay in 2013 and became a symbol of courage and authenticity in sports. His announcement was met with widespread support from fellow athletes, politicians, and advocacy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sut.org/news/2026/october/lgbtq-history-month" TargetMode="External"/><Relationship Id="rId10" Type="http://schemas.openxmlformats.org/officeDocument/2006/relationships/hyperlink" Target="https://www.nba.com/news/jason-collins-obit-dies-47-brain-cancer" TargetMode="External"/><Relationship Id="rId11" Type="http://schemas.openxmlformats.org/officeDocument/2006/relationships/hyperlink" Target="https://www.cbssports.com/nba/news/jason-collins-dies-nba-first-openly-gay-play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