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Prizma Builds Queer Student Community in Luxembourg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Students are turning to Prizma for friendship, support and practical opportunities at the University of Luxembourg, where queer young people can otherwise face isolation, costly travel and uncertainty about work. The student-led group offers welcoming events, campaigns for institutional change and links to Rainbow Career Day, helping community feel closer and more attainable.</w:t>
      </w:r>
      <w:r/>
    </w:p>
    <w:p>
      <w:pPr>
        <w:pStyle w:val="Heading2"/>
      </w:pPr>
      <w:r>
        <w:t>Essential Takeaways</w:t>
      </w:r>
      <w:r/>
      <w:r/>
    </w:p>
    <w:p>
      <w:pPr>
        <w:pStyle w:val="ListBullet"/>
        <w:spacing w:line="240" w:lineRule="auto"/>
        <w:ind w:left="720"/>
      </w:pPr>
      <w:r/>
      <w:r>
        <w:rPr>
          <w:b/>
        </w:rPr>
        <w:t>A local lifeline:</w:t>
      </w:r>
      <w:r>
        <w:t xml:space="preserve"> Prizma creates queer-friendly connection in southern Luxembourg, away from the capital's pricier venues.</w:t>
      </w:r>
      <w:r/>
    </w:p>
    <w:p>
      <w:pPr>
        <w:pStyle w:val="ListBullet"/>
        <w:spacing w:line="240" w:lineRule="auto"/>
        <w:ind w:left="720"/>
      </w:pPr>
      <w:r/>
      <w:r>
        <w:rPr>
          <w:b/>
        </w:rPr>
        <w:t>Simple ways to meet:</w:t>
      </w:r>
      <w:r>
        <w:t xml:space="preserve"> Board-game evenings, picnics and discussions make socialising feel relaxed rather than intimidating.</w:t>
      </w:r>
      <w:r/>
    </w:p>
    <w:p>
      <w:pPr>
        <w:pStyle w:val="ListBullet"/>
        <w:spacing w:line="240" w:lineRule="auto"/>
        <w:ind w:left="720"/>
      </w:pPr>
      <w:r/>
      <w:r>
        <w:rPr>
          <w:b/>
        </w:rPr>
        <w:t>Change beyond events:</w:t>
      </w:r>
      <w:r>
        <w:t xml:space="preserve"> The group works with the university on inclusion, including improvements for students changing their names in IT systems.</w:t>
      </w:r>
      <w:r/>
    </w:p>
    <w:p>
      <w:pPr>
        <w:pStyle w:val="ListBullet"/>
        <w:spacing w:line="240" w:lineRule="auto"/>
        <w:ind w:left="720"/>
      </w:pPr>
      <w:r/>
      <w:r>
        <w:rPr>
          <w:b/>
        </w:rPr>
        <w:t>Careers matter too:</w:t>
      </w:r>
      <w:r>
        <w:t xml:space="preserve"> Rainbow Career Day connects queer students with employers and healthier workplace prospects.</w:t>
      </w:r>
      <w:r/>
    </w:p>
    <w:p>
      <w:pPr>
        <w:pStyle w:val="ListBullet"/>
        <w:spacing w:line="240" w:lineRule="auto"/>
        <w:ind w:left="720"/>
      </w:pPr>
      <w:r/>
      <w:r>
        <w:rPr>
          <w:b/>
        </w:rPr>
        <w:t>Support can be practical:</w:t>
      </w:r>
      <w:r>
        <w:t xml:space="preserve"> Community helps students facing financial pressure, isolation and difficulty finding internships.</w:t>
      </w:r>
      <w:r/>
      <w:r/>
    </w:p>
    <w:p>
      <w:pPr>
        <w:pStyle w:val="Heading2"/>
      </w:pPr>
      <w:r>
        <w:t>Why Prizma matters to queer students</w:t>
      </w:r>
      <w:r/>
    </w:p>
    <w:p>
      <w:r/>
      <w:r>
        <w:t>Making friends in Luxembourg isn't always straightforward. For students juggling lectures, assignments and the awkward business of building an adult life, finding a welcoming circle can feel like another unpaid module.</w:t>
      </w:r>
      <w:r/>
    </w:p>
    <w:p>
      <w:r/>
      <w:r>
        <w:t>That pressure can be sharper for queer students, particularly when community venues are concentrated in Luxembourg City and come with travel or spending costs. Prizma offers a more accessible alternative at the University of Luxembourg, creating a place where students and staff can meet without needing a big budget or a carefully rehearsed introduction. The University of Luxembourg lists the group among its student associations supporting LGBT+ life on campus. (According to the University of Luxembourg's student association information.)</w:t>
      </w:r>
      <w:r/>
    </w:p>
    <w:p>
      <w:r/>
      <w:r>
        <w:t>The result is deliberately ordinary in the best possible way: people can chat, eat, play and return the following week. Sometimes belonging starts with a board game and a packet of snacks, rather than a grand campaign.</w:t>
      </w:r>
      <w:r/>
    </w:p>
    <w:p>
      <w:pPr>
        <w:pStyle w:val="Heading2"/>
      </w:pPr>
      <w:r>
        <w:t>From student idea to campus community</w:t>
      </w:r>
      <w:r/>
    </w:p>
    <w:p>
      <w:r/>
      <w:r>
        <w:t>Prizma was founded in 2019 by queer students who wanted stronger connections in the south of the country. Its work has since combined social activity with advocacy, giving members both a friendly meeting point and a route into wider conversations about rights and inclusion.</w:t>
      </w:r>
      <w:r/>
    </w:p>
    <w:p>
      <w:r/>
      <w:r>
        <w:t>The association's events are designed to lower the social stakes. A picnic or round-table discussion gives newcomers something to focus on, while regular gatherings make it easier to recognise familiar faces. The University of Luxembourg has described Prizma as a student-led group helping foster belonging, underlining how much campus life depends on communities built by students themselves.</w:t>
      </w:r>
      <w:r/>
    </w:p>
    <w:p>
      <w:r/>
      <w:r>
        <w:t>That approach also connects Prizma with established organisations including Cigale and Rosa Lëtzebuerg. It means a small campus association can stay close to everyday student concerns while still engaging with Luxembourg's broader queer rights network.</w:t>
      </w:r>
      <w:r/>
    </w:p>
    <w:p>
      <w:pPr>
        <w:pStyle w:val="Heading2"/>
      </w:pPr>
      <w:r>
        <w:t>Inclusion has to work in the admin system, too</w:t>
      </w:r>
      <w:r/>
    </w:p>
    <w:p>
      <w:r/>
      <w:r>
        <w:t>A safe community isn't only about warm conversations. It also depends on whether everyday university systems respect people as they identify themselves.</w:t>
      </w:r>
      <w:r/>
    </w:p>
    <w:p>
      <w:r/>
      <w:r>
        <w:t>Prizma has been working with the university's Gender Equality Office to improve the process for students changing their names in internal IT systems. Administrative changes can sound dry, but seeing the right name in emails, portals and records can make a meaningful difference to someone's sense of safety and recognition.</w:t>
      </w:r>
      <w:r/>
    </w:p>
    <w:p>
      <w:r/>
      <w:r>
        <w:t>Large institutions rarely turn quickly, especially when changes affect systems used by thousands of people. Still, the project points to a useful truth: inclusion is measured not only by posters or policies, but by the small digital and administrative details students encounter every day. The university's LGBT+ student information reflects this wider effort to make support easier to find.</w:t>
      </w:r>
      <w:r/>
    </w:p>
    <w:p>
      <w:pPr>
        <w:pStyle w:val="Heading2"/>
      </w:pPr>
      <w:r>
        <w:t>Why careers are part of the conversation</w:t>
      </w:r>
      <w:r/>
    </w:p>
    <w:p>
      <w:r/>
      <w:r>
        <w:t>For queer students, the challenge doesn't end when the timetable does. Entering the job market can bring concerns about discrimination, workplace culture and financial stability, while the wider cost of studying may push some students to combine several jobs.</w:t>
      </w:r>
      <w:r/>
    </w:p>
    <w:p>
      <w:r/>
      <w:r>
        <w:t>Internships are particularly important, yet a difficult search can put degrees and future plans under strain. That's why Prizma has supported Rainbow Career Day, an event focused on connecting students and jobseekers with employers and opportunities. Luxembourg's employment agency and the Diversity Charter have both promoted the event as a meeting point for organisations and talent.</w:t>
      </w:r>
      <w:r/>
    </w:p>
    <w:p>
      <w:r/>
      <w:r>
        <w:t>The format is refreshingly practical. Rather than treating inclusion as a slogan, it gives attendees a chance to ask questions, explore employers and think about what a genuinely healthy workplace might look like. For someone entering work with limited support, that first conversation can be a confidence boost.</w:t>
      </w:r>
      <w:r/>
    </w:p>
    <w:p>
      <w:pPr>
        <w:pStyle w:val="Heading2"/>
      </w:pPr>
      <w:r>
        <w:t>A small association with a wider reach</w:t>
      </w:r>
      <w:r/>
    </w:p>
    <w:p>
      <w:r/>
      <w:r>
        <w:t>Rainbow Career Day also shows how local student initiatives can connect with national efforts. Event listings describe a space where companies can engage with diverse candidates, while related Rainbow Career Day information highlights the importance of professional networks for LGBT+ people.</w:t>
      </w:r>
      <w:r/>
    </w:p>
    <w:p>
      <w:r/>
      <w:r>
        <w:t>For Prizma, the wider goal is not to create a separate world on campus. It's to make university life, employment and public participation more open to people who may already be carrying extra uncertainty. The most effective work often looks modest from the outside: a welcoming event, a corrected name, a useful contact or an employer who understands the value of a respectful workplace.</w:t>
      </w:r>
      <w:r/>
    </w:p>
    <w:p>
      <w:r/>
      <w:r>
        <w:t>And that may be Prizma's clearest contribution. It makes connection feel less like something students must discover by luck and more like something an institution and its community can help build.</w:t>
      </w:r>
      <w:r/>
    </w:p>
    <w:p>
      <w:r/>
      <w:r>
        <w:t>It's a small change in atmosphere, but it can reshape a student's entire university experience.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[6]</w:t>
        </w:r>
      </w:hyperlink>
      <w:r>
        <w:t xml:space="preserve">- Paragraph 5: </w:t>
      </w:r>
      <w:hyperlink r:id="rId12">
        <w:r>
          <w:rPr>
            <w:color w:val="0000EE"/>
            <w:u w:val="single"/>
          </w:rPr>
          <w:t>[3]</w:t>
        </w:r>
      </w:hyperlink>
      <w:r>
        <w:t xml:space="preserve">, </w:t>
      </w:r>
      <w:hyperlink r:id="rId13">
        <w:r>
          <w:rPr>
            <w:color w:val="0000EE"/>
            <w:u w:val="single"/>
          </w:rPr>
          <w:t>[4]</w:t>
        </w:r>
      </w:hyperlink>
      <w:r>
        <w:t xml:space="preserve">- Paragraph 6: </w:t>
      </w:r>
      <w:hyperlink r:id="rId14">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https://www.luxtimes.lu/test/make-connections-with-prizma/162638032.html</w:t>
        </w:r>
      </w:hyperlink>
      <w:r>
        <w:t xml:space="preserve"> - Please view link - unable to able to access data</w:t>
      </w:r>
      <w:r/>
    </w:p>
    <w:p>
      <w:pPr>
        <w:pStyle w:val="ListNumber"/>
        <w:spacing w:line="240" w:lineRule="auto"/>
        <w:ind w:left="720"/>
      </w:pPr>
      <w:r/>
      <w:hyperlink r:id="rId10">
        <w:r>
          <w:rPr>
            <w:color w:val="0000EE"/>
            <w:u w:val="single"/>
          </w:rPr>
          <w:t>https://www.uni.lu/en/news/student-led-and-proud-how-uni-lu-s-prizma-fosters-belonging/</w:t>
        </w:r>
      </w:hyperlink>
      <w:r>
        <w:t xml:space="preserve"> - In 2019, a small group of students founded PRIZMA, the University of Luxembourg's LGBTQ+ Association, aiming to ensure LGBTQIA+ students feel seen, supported, and connected. Despite initial challenges due to the COVID-19 pandemic, the association has grown from 3-4 members to an online following of about 100 people, expanding annually. PRIZMA offers a welcoming space for students to express themselves freely and find solidarity, addressing the isolation many experience when moving to Luxembourg for studies.</w:t>
      </w:r>
      <w:r/>
    </w:p>
    <w:p>
      <w:pPr>
        <w:pStyle w:val="ListNumber"/>
        <w:spacing w:line="240" w:lineRule="auto"/>
        <w:ind w:left="720"/>
      </w:pPr>
      <w:r/>
      <w:hyperlink r:id="rId12">
        <w:r>
          <w:rPr>
            <w:color w:val="0000EE"/>
            <w:u w:val="single"/>
          </w:rPr>
          <w:t>https://www.luxtimes.lu/luxembourg/spectrum-of-opportunity-on-display-at-rainbow-career-day/101345669.html</w:t>
        </w:r>
      </w:hyperlink>
      <w:r>
        <w:t xml:space="preserve"> - The inaugural Luxembourg Rainbow Career Day, held at Neimënster in the Grund neighbourhood of Luxembourg City, was hailed a success by organisers and participants alike. The event attracted hundreds of attendees and featured a vibrant atmosphere, with HR managers noting positive signs for future employment opportunities. The career fair aimed to connect LGBTQ+ jobseekers with inclusive employers, promoting diversity and equal opportunities in the workplace.</w:t>
      </w:r>
      <w:r/>
    </w:p>
    <w:p>
      <w:pPr>
        <w:pStyle w:val="ListNumber"/>
        <w:spacing w:line="240" w:lineRule="auto"/>
        <w:ind w:left="720"/>
      </w:pPr>
      <w:r/>
      <w:hyperlink r:id="rId13">
        <w:r>
          <w:rPr>
            <w:color w:val="0000EE"/>
            <w:u w:val="single"/>
          </w:rPr>
          <w:t>https://adem.public.lu/en/agenda/rainbow-career-day.html</w:t>
        </w:r>
      </w:hyperlink>
      <w:r>
        <w:t xml:space="preserve"> - Luxembourg's Rainbow Career Day is an event dedicated to promoting diversity in the workplace. Scheduled for 30 October 2026 at the Abbaye de Neimünster in Luxembourg City, the event will feature regional employers presenting themselves and explaining why they consider diversity an essential part of their corporate culture. The event aims to foster dialogue, networking, and connections outside of professional interviews, contributing to a more inclusive job market for LGBTQ+ individuals.</w:t>
      </w:r>
      <w:r/>
    </w:p>
    <w:p>
      <w:pPr>
        <w:pStyle w:val="ListNumber"/>
        <w:spacing w:line="240" w:lineRule="auto"/>
        <w:ind w:left="720"/>
      </w:pPr>
      <w:r/>
      <w:hyperlink r:id="rId14">
        <w:r>
          <w:rPr>
            <w:color w:val="0000EE"/>
            <w:u w:val="single"/>
          </w:rPr>
          <w:t>https://www.chartediversite.lu/en/news/rainbow-career-day-entreprises-participez-a-levenement</w:t>
        </w:r>
      </w:hyperlink>
      <w:r>
        <w:t xml:space="preserve"> - The Diversity Charter Lëtzebuerg is participating in the Rainbow Career Day in Luxembourg on 30 October 2026, in partnership with the organisers and with its own exhibition stand. The event, dedicated to 'diversity in professional life', is organised under the patronage of the Ministry of Labour, the Ministry of the Economy, and the MEGA Ministry. Following the success of the 2025 event, the organisers are inviting cosmopolitan and modern companies that value workplace diversity to participate.</w:t>
      </w:r>
      <w:r/>
    </w:p>
    <w:p>
      <w:pPr>
        <w:pStyle w:val="ListNumber"/>
        <w:spacing w:line="240" w:lineRule="auto"/>
        <w:ind w:left="720"/>
      </w:pPr>
      <w:r/>
      <w:hyperlink r:id="rId11">
        <w:r>
          <w:rPr>
            <w:color w:val="0000EE"/>
            <w:u w:val="single"/>
          </w:rPr>
          <w:t>https://www.uni.lu/life-en/social-life/student-associations-clubs/lgbt/</w:t>
        </w:r>
      </w:hyperlink>
      <w:r>
        <w:t xml:space="preserve"> - PRIZMA is the University of Luxembourg's LGBTQ+ Students’ Association, offering a safe space for individuals from minority sexual, romantic, or gender identities. The association organises accessible and inclusive events, campaigns for the rights of LGBTQ+ people at the university, and collaborates with the wider community. They maintain a WhatsApp group and Facebook page for communication and support, fostering a sense of belonging and community among LGBTQ+ students.</w:t>
      </w:r>
      <w:r/>
    </w:p>
    <w:p>
      <w:pPr>
        <w:pStyle w:val="ListNumber"/>
        <w:spacing w:line="240" w:lineRule="auto"/>
        <w:ind w:left="720"/>
      </w:pPr>
      <w:r/>
      <w:hyperlink r:id="rId15">
        <w:r>
          <w:rPr>
            <w:color w:val="0000EE"/>
            <w:u w:val="single"/>
          </w:rPr>
          <w:t>https://rainbow-career.de/en/events/rainbow-career-day-luxemburg/</w:t>
        </w:r>
      </w:hyperlink>
      <w:r>
        <w:t xml:space="preserve"> - The Rainbow Career Day Luxembourg is a career fair dedicated to promoting diversity in the workplace. Scheduled for 30 October 2025 at Neimünster in Luxembourg City, the event aims to connect LGBTQ+ jobseekers with inclusive employers. The fair will feature regional employers presenting themselves and explaining why they consider diversity an essential part of their corporate culture. The event also includes a supporting program to encourage exchange, dialogue, and networking outside of career discussions.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uxtimes.lu/test/make-connections-with-prizma/162638032.html" TargetMode="External"/><Relationship Id="rId10" Type="http://schemas.openxmlformats.org/officeDocument/2006/relationships/hyperlink" Target="https://www.uni.lu/en/news/student-led-and-proud-how-uni-lu-s-prizma-fosters-belonging/" TargetMode="External"/><Relationship Id="rId11" Type="http://schemas.openxmlformats.org/officeDocument/2006/relationships/hyperlink" Target="https://www.uni.lu/life-en/social-life/student-associations-clubs/lgbt/" TargetMode="External"/><Relationship Id="rId12" Type="http://schemas.openxmlformats.org/officeDocument/2006/relationships/hyperlink" Target="https://www.luxtimes.lu/luxembourg/spectrum-of-opportunity-on-display-at-rainbow-career-day/101345669.html" TargetMode="External"/><Relationship Id="rId13" Type="http://schemas.openxmlformats.org/officeDocument/2006/relationships/hyperlink" Target="https://adem.public.lu/en/agenda/rainbow-career-day.html" TargetMode="External"/><Relationship Id="rId14" Type="http://schemas.openxmlformats.org/officeDocument/2006/relationships/hyperlink" Target="https://www.chartediversite.lu/en/news/rainbow-career-day-entreprises-participez-a-levenement" TargetMode="External"/><Relationship Id="rId15" Type="http://schemas.openxmlformats.org/officeDocument/2006/relationships/hyperlink" Target="https://rainbow-career.de/en/events/rainbow-career-day-luxembu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