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Haunted brings queer erotic thriller to Berlin with a slow-burn release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at Pornfilmfestival Berlin are getting an early look at Haunted, AORTA films' queer and trans erotic thriller about grief, memory and a very real haunting. With its cast and crew attending, plus writer Carmen Maria Machado joining a festival discussion, the film is shaping up as both a cinematic event and a conversation starter.</w:t>
      </w:r>
      <w:r/>
    </w:p>
    <w:p>
      <w:pPr>
        <w:pStyle w:val="Heading2"/>
      </w:pPr>
      <w:r>
        <w:t>Essential Takeaways</w:t>
      </w:r>
      <w:r/>
      <w:r/>
    </w:p>
    <w:p>
      <w:pPr>
        <w:pStyle w:val="ListBullet"/>
        <w:spacing w:line="240" w:lineRule="auto"/>
        <w:ind w:left="720"/>
      </w:pPr>
      <w:r/>
      <w:r>
        <w:rPr>
          <w:b/>
        </w:rPr>
        <w:t>Berlin premiere:</w:t>
      </w:r>
      <w:r>
        <w:t xml:space="preserve"> Haunted is scheduled to screen at Pornfilmfestival Berlin on 21, 23 and 24 October.</w:t>
      </w:r>
      <w:r/>
    </w:p>
    <w:p>
      <w:pPr>
        <w:pStyle w:val="ListBullet"/>
        <w:spacing w:line="240" w:lineRule="auto"/>
        <w:ind w:left="720"/>
      </w:pPr>
      <w:r/>
      <w:r>
        <w:rPr>
          <w:b/>
        </w:rPr>
        <w:t>Queer-led story:</w:t>
      </w:r>
      <w:r>
        <w:t xml:space="preserve"> The film connects present-day queer and trans sex with the lasting shadows of the AIDS crisis.</w:t>
      </w:r>
      <w:r/>
    </w:p>
    <w:p>
      <w:pPr>
        <w:pStyle w:val="ListBullet"/>
        <w:spacing w:line="240" w:lineRule="auto"/>
        <w:ind w:left="720"/>
      </w:pPr>
      <w:r/>
      <w:r>
        <w:rPr>
          <w:b/>
        </w:rPr>
        <w:t>Creative team present:</w:t>
      </w:r>
      <w:r>
        <w:t xml:space="preserve"> Director Mahx Capacity, the cast and crew are expected at the festival.</w:t>
      </w:r>
      <w:r/>
    </w:p>
    <w:p>
      <w:pPr>
        <w:pStyle w:val="ListBullet"/>
        <w:spacing w:line="240" w:lineRule="auto"/>
        <w:ind w:left="720"/>
      </w:pPr>
      <w:r/>
      <w:r>
        <w:rPr>
          <w:b/>
        </w:rPr>
        <w:t>Machado on the panel:</w:t>
      </w:r>
      <w:r>
        <w:t xml:space="preserve"> Writer Carmen Maria Machado will appear in a closing discussion about sex, media and culture.</w:t>
      </w:r>
      <w:r/>
    </w:p>
    <w:p>
      <w:pPr>
        <w:pStyle w:val="ListBullet"/>
        <w:spacing w:line="240" w:lineRule="auto"/>
        <w:ind w:left="720"/>
      </w:pPr>
      <w:r/>
      <w:r>
        <w:rPr>
          <w:b/>
        </w:rPr>
        <w:t>Staggered release:</w:t>
      </w:r>
      <w:r>
        <w:t xml:space="preserve"> Explicit scenes are due to arrive monthly from 29 October, ahead of the film's planned 2027 release.</w:t>
      </w:r>
      <w:r/>
      <w:r/>
    </w:p>
    <w:p>
      <w:pPr>
        <w:pStyle w:val="Heading2"/>
      </w:pPr>
      <w:r>
        <w:t>A haunting with something serious to say</w:t>
      </w:r>
      <w:r/>
    </w:p>
    <w:p>
      <w:r/>
      <w:r>
        <w:t>Haunted starts with a familiar horror image - filmmakers searching for ghosts - but gives the idea a distinctly queer emotional weight. Its documentary crew investigates supernatural stories in New York's queer community, only to find that the grief they're examining may not be confined to metaphor.</w:t>
      </w:r>
      <w:r/>
    </w:p>
    <w:p>
      <w:r/>
      <w:r>
        <w:t>That blend of erotic cinema, horror and documentary language gives the project a more textured feel than a straightforward genre exercise. According to AORTA films' announcement, the film considers how the AIDS crisis and other communal losses continue to shape queer and trans intimacy, memory and desire.</w:t>
      </w:r>
      <w:r/>
    </w:p>
    <w:p>
      <w:pPr>
        <w:pStyle w:val="Heading2"/>
      </w:pPr>
      <w:r>
        <w:t>Why the Berlin screening matters</w:t>
      </w:r>
      <w:r/>
    </w:p>
    <w:p>
      <w:r/>
      <w:r>
        <w:t>Pornfilmfestival Berlin offers a natural home for a film that sits between adult cinema, independent film and cultural criticism. The festival's programme has long made room for work that treats sexuality as an artistic and political subject, rather than simply a commercial category.</w:t>
      </w:r>
      <w:r/>
    </w:p>
    <w:p>
      <w:r/>
      <w:r>
        <w:t>The screening also promises a rare chance to see the people behind the production in the same room as the audience. That matters for a film built around community memory; a quiet post-screening conversation may prove as revealing as the scares themselves.</w:t>
      </w:r>
      <w:r/>
    </w:p>
    <w:p>
      <w:pPr>
        <w:pStyle w:val="Heading2"/>
      </w:pPr>
      <w:r>
        <w:t>Carmen Maria Machado adds literary bite</w:t>
      </w:r>
      <w:r/>
    </w:p>
    <w:p>
      <w:r/>
      <w:r>
        <w:t>Machado's involvement gives Haunted an intriguing literary dimension. Best known for psychologically sharp writing about bodies, relationships, fear and power, she brings a sensibility that suits a story where the supernatural is tied to emotional history.</w:t>
      </w:r>
      <w:r/>
    </w:p>
    <w:p>
      <w:r/>
      <w:r>
        <w:t>She'll join the festival's closing panel, "Sex and Media in Arts and Culture", alongside the film's wider festival presence. For viewers interested in queer horror or the relationship between explicit cinema and serious storytelling, that discussion could be the evening's most rewarding part.</w:t>
      </w:r>
      <w:r/>
    </w:p>
    <w:p>
      <w:pPr>
        <w:pStyle w:val="Heading2"/>
      </w:pPr>
      <w:r>
        <w:t>A slow release rather than an instant drop</w:t>
      </w:r>
      <w:r/>
    </w:p>
    <w:p>
      <w:r/>
      <w:r>
        <w:t>Instead of putting every explicit sequence online at once, AORTA films plans to release scenes monthly from 29 October. The approach turns the film's rollout into an extended series of encounters, allowing each piece to build curiosity around the eventual feature.</w:t>
      </w:r>
      <w:r/>
    </w:p>
    <w:p>
      <w:r/>
      <w:r>
        <w:t>The full release is planned for 2027, which is a long wait by streaming-era standards. Still, the staged format may suit Haunted's subject matter: fragments, echoes and unfinished feelings are central to any story about ghosts. It also gives audiences time to discuss the film rather than letting it vanish beneath the next day's algorithmic noise.</w:t>
      </w:r>
      <w:r/>
    </w:p>
    <w:p>
      <w:pPr>
        <w:pStyle w:val="Heading2"/>
      </w:pPr>
      <w:r>
        <w:t>Where queer erotic cinema goes next</w:t>
      </w:r>
      <w:r/>
    </w:p>
    <w:p>
      <w:r/>
      <w:r>
        <w:t>Haunted arrives at a moment when genre filmmaking is increasingly being used to explore collective trauma. Horror is especially effective here because it makes absence visible: a dark room, an empty street or an unexplained presence can carry the weight of history without turning it into a lecture.</w:t>
      </w:r>
      <w:r/>
    </w:p>
    <w:p>
      <w:r/>
      <w:r>
        <w:t>For AORTA films, the project also reflects a broader commitment to queer and trans adult storytelling. The studio's anniversary programming has highlighted its interest in community, experimentation and film culture, so Haunted feels like a natural, if ambitious, next step.</w:t>
      </w:r>
      <w:r/>
    </w:p>
    <w:p>
      <w:r/>
      <w:r>
        <w:t>It's a ghost story, but the memories haunting Haunted are unmistakably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1">
        <w:r>
          <w:rPr>
            <w:color w:val="0000EE"/>
            <w:u w:val="single"/>
          </w:rPr>
          <w:t>[5]</w:t>
        </w:r>
      </w:hyperlink>
      <w:r>
        <w:t xml:space="preserve">- Paragraph 4: </w:t>
      </w:r>
      <w:hyperlink r:id="rId13">
        <w:r>
          <w:rPr>
            <w:color w:val="0000EE"/>
            <w:u w:val="single"/>
          </w:rPr>
          <w:t>[6]</w:t>
        </w:r>
      </w:hyperlink>
      <w:r>
        <w:t xml:space="preserve">, </w:t>
      </w:r>
      <w:hyperlink r:id="rId10">
        <w:r>
          <w:rPr>
            <w:color w:val="0000EE"/>
            <w:u w:val="single"/>
          </w:rPr>
          <w:t>[2]</w:t>
        </w:r>
      </w:hyperlink>
      <w:r>
        <w:t xml:space="preserve">- Paragraph 5: </w:t>
      </w:r>
      <w:hyperlink r:id="rId9">
        <w:r>
          <w:rPr>
            <w:color w:val="0000EE"/>
            <w:u w:val="single"/>
          </w:rPr>
          <w:t>[4]</w:t>
        </w:r>
      </w:hyperlink>
      <w:r>
        <w:t xml:space="preserve">, </w:t>
      </w:r>
      <w:hyperlink r:id="rId14">
        <w:r>
          <w:rPr>
            <w:color w:val="0000EE"/>
            <w:u w:val="single"/>
          </w:rPr>
          <w:t>[7]</w:t>
        </w:r>
      </w:hyperlink>
      <w:r>
        <w:t xml:space="preserve">- Paragraph 6: </w:t>
      </w:r>
      <w:hyperlink r:id="rId12">
        <w:r>
          <w:rPr>
            <w:color w:val="0000EE"/>
            <w:u w:val="single"/>
          </w:rPr>
          <w:t>[3]</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https://www.xbiz.com/news/301220/aorta-films-erotic-thriller-haunted-to-screen-at-pornfilmfestival-berlin</w:t>
        </w:r>
      </w:hyperlink>
      <w:r>
        <w:t xml:space="preserve"> - Please view link - unable to able to access data</w:t>
      </w:r>
      <w:r/>
    </w:p>
    <w:p>
      <w:pPr>
        <w:pStyle w:val="ListNumber"/>
        <w:spacing w:line="240" w:lineRule="auto"/>
        <w:ind w:left="720"/>
      </w:pPr>
      <w:r/>
      <w:hyperlink r:id="rId10">
        <w:r>
          <w:rPr>
            <w:color w:val="0000EE"/>
            <w:u w:val="single"/>
          </w:rPr>
          <w:t>https://www.xbiz.com/news/300656/aorta-films-announces-world-premiere-of-erotic-thriller-haunted</w:t>
        </w:r>
      </w:hyperlink>
      <w:r>
        <w:t xml:space="preserve"> - AORTA Films, a queer/trans adult studio, has announced the world premiere of its new feature, 'Haunted,' at the Oslo/Fusion International Film Festival in Oslo, Norway, on September 19. Written by Carmen Maria Machado and directed by Mahx Capacity, 'Haunted' is an erotic thriller that explores how the ghosts of the queer community’s past, including the AIDS crisis, echo in present-day queer and trans sex. The film follows a team of documentary filmmakers who investigate ghosts as metaphors for grief within New York’s queer community and unexpectedly encounter a literal haunting. The trailer is set to release on September 16 on the film's website. AORTA Films can be followed on X.com. (</w:t>
      </w:r>
      <w:hyperlink r:id="rId15">
        <w:r>
          <w:rPr>
            <w:color w:val="0000EE"/>
            <w:u w:val="single"/>
          </w:rPr>
          <w:t>xbiz.com</w:t>
        </w:r>
      </w:hyperlink>
      <w:r>
        <w:t>)</w:t>
      </w:r>
      <w:r/>
    </w:p>
    <w:p>
      <w:pPr>
        <w:pStyle w:val="ListNumber"/>
        <w:spacing w:line="240" w:lineRule="auto"/>
        <w:ind w:left="720"/>
      </w:pPr>
      <w:r/>
      <w:hyperlink r:id="rId12">
        <w:r>
          <w:rPr>
            <w:color w:val="0000EE"/>
            <w:u w:val="single"/>
          </w:rPr>
          <w:t>https://www.xbiz.com/news/287734/aorta-films-marks-10th-anniversary-with-event-series</w:t>
        </w:r>
      </w:hyperlink>
      <w:r>
        <w:t xml:space="preserve"> - AORTA Films is celebrating its 10th anniversary with a series of film compilations and events running through March 26. The celebration includes AORTAlive, a slate of digital programming featuring live workshops, panel discussions, and web performances. Additionally, AORTA is presenting BEDDED, its biannual online queer porn film festival, showcasing domestic and international creators. The event series also features 'Hey Everybody: Let's Make a Porno!', an immersive performance where audiences engage in exercises to deepen their understanding of the adult industry, consent practices, and the craft of making porn. AORTA's work has been presented at screenings, galleries, festivals, and museums across the USA, South America, and Europe, including the Berlin, London, Vienna, and Athens Porn Film Festivals. (</w:t>
      </w:r>
      <w:hyperlink r:id="rId16">
        <w:r>
          <w:rPr>
            <w:color w:val="0000EE"/>
            <w:u w:val="single"/>
          </w:rPr>
          <w:t>xbiz.com</w:t>
        </w:r>
      </w:hyperlink>
      <w:r>
        <w:t>)</w:t>
      </w:r>
      <w:r/>
    </w:p>
    <w:p>
      <w:pPr>
        <w:pStyle w:val="ListNumber"/>
        <w:spacing w:line="240" w:lineRule="auto"/>
        <w:ind w:left="720"/>
      </w:pPr>
      <w:r/>
      <w:hyperlink r:id="rId9">
        <w:r>
          <w:rPr>
            <w:color w:val="0000EE"/>
            <w:u w:val="single"/>
          </w:rPr>
          <w:t>https://www.xbiz.com/news/301220/aorta-films-erotic-thriller-haunted-to-screen-at-pornfilmfestival-berlin</w:t>
        </w:r>
      </w:hyperlink>
      <w:r>
        <w:t xml:space="preserve"> - AORTA Films has announced that its new feature, 'Haunted,' will screen at Pornfilmfestival Berlin on October 21, 23, and 24. The full cast and crew will attend the festival, and 'Haunted' writer Carmen Maria Machado will participate in its closing panel, 'Sex and Media in Arts and Culture,' on Saturday, October 24. Directed by Mahx Capacity, 'Haunted' is described as an erotic thriller that explores how ghosts of the queer community’s past, including the AIDS crisis, echo in present-day queer and trans sex. The story centers on a team of documentary filmmakers who investigate ghosts as metaphors for grief within New York’s queer community and unexpectedly stumble into a literal haunting. Beginning October 29, the film's explicit scenes will premiere monthly, leading up to the official release of 'Haunted' in 2027. For more information, visit the film’s website.</w:t>
      </w:r>
      <w:r/>
    </w:p>
    <w:p>
      <w:pPr>
        <w:pStyle w:val="ListNumber"/>
        <w:spacing w:line="240" w:lineRule="auto"/>
        <w:ind w:left="720"/>
      </w:pPr>
      <w:r/>
      <w:hyperlink r:id="rId11">
        <w:r>
          <w:rPr>
            <w:color w:val="0000EE"/>
            <w:u w:val="single"/>
          </w:rPr>
          <w:t>https://pornfilmfestivalberlin.de/en/film-2024/angst-horror-porn-shorts/</w:t>
        </w:r>
      </w:hyperlink>
      <w:r>
        <w:t xml:space="preserve"> - The Pornfilmfestival Berlin's 2024 program includes 'Angst &amp; Horror Porn Shorts,' a 66-minute short film program that explores the intersection of fear and sexuality. The program features films such as 'A Nightmare Matryoshka' by The Red Moon Baby, 'Silver V' by Lina Bembe, '4 WALLS' by Patricia Puentes, Bartłomiej Bywalec, and Andrzej Frankowski, 'The Shadows That Inhabit Me' by Alexandre Medeiros and Bia Roman, and 'The Deep Queer Massacre' by Mathieu Morel. Screenings are scheduled at Babylon Kreuzberg and Moviemento, with streaming options available for the entire program. (</w:t>
      </w:r>
      <w:hyperlink r:id="rId17">
        <w:r>
          <w:rPr>
            <w:color w:val="0000EE"/>
            <w:u w:val="single"/>
          </w:rPr>
          <w:t>pornfilmfestivalberlin.de</w:t>
        </w:r>
      </w:hyperlink>
      <w:r>
        <w:t>)</w:t>
      </w:r>
      <w:r/>
    </w:p>
    <w:p>
      <w:pPr>
        <w:pStyle w:val="ListNumber"/>
        <w:spacing w:line="240" w:lineRule="auto"/>
        <w:ind w:left="720"/>
      </w:pPr>
      <w:r/>
      <w:hyperlink r:id="rId13">
        <w:r>
          <w:rPr>
            <w:color w:val="0000EE"/>
            <w:u w:val="single"/>
          </w:rPr>
          <w:t>https://en.wikipedia.org/wiki/Carmen_Maria_Machado</w:t>
        </w:r>
      </w:hyperlink>
      <w:r>
        <w:t xml:space="preserve"> - Carmen Maria Machado is an American short story author, essayist, and critic, best known for her 2017 short story collection 'Her Body and Other Parties' and her 2019 memoir 'In the Dream House,' which won the 2021 Folio Prize. Machado has been published in The New Yorker, Granta, Lightspeed, and other publications. She has been a finalist for the National Book Award and the Nebula Award for Best Novelette. Her stories have been reprinted in Year's Best Weird Fiction, Best American Science Fiction &amp; Fantasy, Best Horror of the Year, The New Voices of Fantasy, and Best Women's Erotica. (</w:t>
      </w:r>
      <w:hyperlink r:id="rId18">
        <w:r>
          <w:rPr>
            <w:color w:val="0000EE"/>
            <w:u w:val="single"/>
          </w:rPr>
          <w:t>en.wikipedia.org</w:t>
        </w:r>
      </w:hyperlink>
      <w:r>
        <w:t>)</w:t>
      </w:r>
      <w:r/>
    </w:p>
    <w:p>
      <w:pPr>
        <w:pStyle w:val="ListNumber"/>
        <w:spacing w:line="240" w:lineRule="auto"/>
        <w:ind w:left="720"/>
      </w:pPr>
      <w:r/>
      <w:hyperlink r:id="rId14">
        <w:r>
          <w:rPr>
            <w:color w:val="0000EE"/>
            <w:u w:val="single"/>
          </w:rPr>
          <w:t>https://en.wikipedia.org/wiki/Haunted_%282007_film%29</w:t>
        </w:r>
      </w:hyperlink>
      <w:r>
        <w:t xml:space="preserve"> - Haunted (Turkish: Musallat) is a 2007 Turkish horror film directed by Alper Mestçi about a young Turkish guest-worker who is haunted by dark visions in Berlin. The film, which opened nationwide on November 16, 2007, was one of the highest-grossing Turkish films of 2007. A sequel, 'Musallat 2: Lanet,' was released on December 2, 2011, and a third film, 'Musallat 3,' was released on February 3, 2023. (</w:t>
      </w:r>
      <w:hyperlink r:id="rId19">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xbiz.com/news/301220/aorta-films-erotic-thriller-haunted-to-screen-at-pornfilmfestival-berlin" TargetMode="External"/><Relationship Id="rId10" Type="http://schemas.openxmlformats.org/officeDocument/2006/relationships/hyperlink" Target="https://www.xbiz.com/news/300656/aorta-films-announces-world-premiere-of-erotic-thriller-haunted" TargetMode="External"/><Relationship Id="rId11" Type="http://schemas.openxmlformats.org/officeDocument/2006/relationships/hyperlink" Target="https://pornfilmfestivalberlin.de/en/film-2024/angst-horror-porn-shorts/" TargetMode="External"/><Relationship Id="rId12" Type="http://schemas.openxmlformats.org/officeDocument/2006/relationships/hyperlink" Target="https://www.xbiz.com/news/287734/aorta-films-marks-10th-anniversary-with-event-series" TargetMode="External"/><Relationship Id="rId13" Type="http://schemas.openxmlformats.org/officeDocument/2006/relationships/hyperlink" Target="https://en.wikipedia.org/wiki/Carmen_Maria_Machado" TargetMode="External"/><Relationship Id="rId14" Type="http://schemas.openxmlformats.org/officeDocument/2006/relationships/hyperlink" Target="https://en.wikipedia.org/wiki/Haunted_%282007_film%29" TargetMode="External"/><Relationship Id="rId15" Type="http://schemas.openxmlformats.org/officeDocument/2006/relationships/hyperlink" Target="https://www.xbiz.com/news/300656/aorta-films-announces-world-premiere-of-erotic-thriller-haunted?utm_source=openai" TargetMode="External"/><Relationship Id="rId16" Type="http://schemas.openxmlformats.org/officeDocument/2006/relationships/hyperlink" Target="https://www.xbiz.com/news/287734/aorta-films-marks-10th-anniversary-with-event-series?utm_source=openai" TargetMode="External"/><Relationship Id="rId17" Type="http://schemas.openxmlformats.org/officeDocument/2006/relationships/hyperlink" Target="https://pornfilmfestivalberlin.de/en/film-2024/angst-horror-porn-shorts/?utm_source=openai" TargetMode="External"/><Relationship Id="rId18" Type="http://schemas.openxmlformats.org/officeDocument/2006/relationships/hyperlink" Target="https://en.wikipedia.org/wiki/Carmen_Maria_Machado?utm_source=openai" TargetMode="External"/><Relationship Id="rId19" Type="http://schemas.openxmlformats.org/officeDocument/2006/relationships/hyperlink" Target="https://en.wikipedia.org/wiki/Haunted_%282007_film%2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