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 Padre Pride 2026 Guide for a Colourful Beach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heading to South Padre Island, Texas, for a four-day Pride celebration from 9 to 12 October 2026, pairing beach time with drag shows, pool parties, bingo, music and the island's famous Caravan of Colors.</w:t>
      </w:r>
      <w:r/>
    </w:p>
    <w:p>
      <w:pPr>
        <w:pStyle w:val="Heading2"/>
      </w:pPr>
      <w:r>
        <w:t>Essential Takeaways</w:t>
      </w:r>
      <w:r/>
      <w:r/>
    </w:p>
    <w:p>
      <w:pPr>
        <w:pStyle w:val="ListBullet"/>
        <w:spacing w:line="240" w:lineRule="auto"/>
        <w:ind w:left="720"/>
      </w:pPr>
      <w:r/>
      <w:r>
        <w:rPr>
          <w:b/>
        </w:rPr>
        <w:t>When:</w:t>
      </w:r>
      <w:r>
        <w:t xml:space="preserve"> South Padre Pride runs from Friday 9 October to Monday 12 October 2026.</w:t>
      </w:r>
      <w:r/>
    </w:p>
    <w:p>
      <w:pPr>
        <w:pStyle w:val="ListBullet"/>
        <w:spacing w:line="240" w:lineRule="auto"/>
        <w:ind w:left="720"/>
      </w:pPr>
      <w:r/>
      <w:r>
        <w:rPr>
          <w:b/>
        </w:rPr>
        <w:t>Where:</w:t>
      </w:r>
      <w:r>
        <w:t xml:space="preserve"> Events take place across South Padre Island, including the Upper Deck and South Padre Island Convention Center.</w:t>
      </w:r>
      <w:r/>
    </w:p>
    <w:p>
      <w:pPr>
        <w:pStyle w:val="ListBullet"/>
        <w:spacing w:line="240" w:lineRule="auto"/>
        <w:ind w:left="720"/>
      </w:pPr>
      <w:r/>
      <w:r>
        <w:rPr>
          <w:b/>
        </w:rPr>
        <w:t>What to expect:</w:t>
      </w:r>
      <w:r>
        <w:t xml:space="preserve"> Drag performances, DJ-led pool parties, music bingo, brunch and a themed film screening.</w:t>
      </w:r>
      <w:r/>
    </w:p>
    <w:p>
      <w:pPr>
        <w:pStyle w:val="ListBullet"/>
        <w:spacing w:line="240" w:lineRule="auto"/>
        <w:ind w:left="720"/>
      </w:pPr>
      <w:r/>
      <w:r>
        <w:rPr>
          <w:b/>
        </w:rPr>
        <w:t>Big finale:</w:t>
      </w:r>
      <w:r>
        <w:t xml:space="preserve"> The Caravan of Colors rolls along Padre Boulevard at noon on Monday.</w:t>
      </w:r>
      <w:r/>
    </w:p>
    <w:p>
      <w:pPr>
        <w:pStyle w:val="ListBullet"/>
        <w:spacing w:line="240" w:lineRule="auto"/>
        <w:ind w:left="720"/>
      </w:pPr>
      <w:r/>
      <w:r>
        <w:rPr>
          <w:b/>
        </w:rPr>
        <w:t>Where to stay:</w:t>
      </w:r>
      <w:r>
        <w:t xml:space="preserve"> Visitors can choose from LGBTQ+-welcoming boutique hotels, beachfront resorts and relaxed island lodges.</w:t>
      </w:r>
      <w:r/>
      <w:r/>
    </w:p>
    <w:p>
      <w:pPr>
        <w:pStyle w:val="Heading2"/>
      </w:pPr>
      <w:r>
        <w:t>South Padre Pride 2026 brings colour to the coast</w:t>
      </w:r>
      <w:r/>
    </w:p>
    <w:p>
      <w:r/>
      <w:r>
        <w:t>South Padre Island is swapping quiet beach days for a lively long weekend when South Padre Pride returns in October 2026. The barrier island's warm Gulf setting makes an appealing backdrop for a celebration that feels as much about community as it does about entertainment.</w:t>
      </w:r>
      <w:r/>
    </w:p>
    <w:p>
      <w:r/>
      <w:r>
        <w:t xml:space="preserve">The official South Padre Pride website is expected to carry the latest programme information, including event timings and participation details. As with any popular festival weekend, checking the schedule before travelling is sensible, especially if you're hoping to fit beach time around late-night shows. </w:t>
      </w:r>
      <w:hyperlink r:id="rId9">
        <w:r>
          <w:rPr>
            <w:color w:val="0000EE"/>
            <w:u w:val="single"/>
          </w:rPr>
          <w:t>[2]</w:t>
        </w:r>
      </w:hyperlink>
      <w:r/>
    </w:p>
    <w:p>
      <w:pPr>
        <w:pStyle w:val="Heading2"/>
      </w:pPr>
      <w:r>
        <w:t>Drag, DJs and bingo fill the long weekend</w:t>
      </w:r>
      <w:r/>
    </w:p>
    <w:p>
      <w:r/>
      <w:r>
        <w:t>The programme has plenty of variety, so visitors won't be tied to a single venue or one style of event. Highlights include drag shows, adults-only pool parties with DJs, Pride Music Bingo and a Drag Bingo Brunch, giving the weekend a playful rhythm from afternoon gatherings to late-night entertainment.</w:t>
      </w:r>
      <w:r/>
    </w:p>
    <w:p>
      <w:r/>
      <w:r>
        <w:t xml:space="preserve">One standout event is "Rhinestones &amp; Fishnets", a drag show celebrating Dolly Parton and Tim Curry. It begins at 10.30pm on Saturday 10 October at the Upper Deck, and the dress code is wonderfully clear: expect sparkle, fishnets and a generous helping of camp. </w:t>
      </w:r>
      <w:hyperlink r:id="rId9">
        <w:r>
          <w:rPr>
            <w:color w:val="0000EE"/>
            <w:u w:val="single"/>
          </w:rPr>
          <w:t>[2]</w:t>
        </w:r>
      </w:hyperlink>
      <w:r/>
    </w:p>
    <w:p>
      <w:pPr>
        <w:pStyle w:val="Heading2"/>
      </w:pPr>
      <w:r>
        <w:t>The island's welcoming accommodation scene</w:t>
      </w:r>
      <w:r/>
    </w:p>
    <w:p>
      <w:r/>
      <w:r>
        <w:t>South Padre Island offers a broad choice of places to stay, from small, LGBTQ+-friendly properties to larger hotels and beachfront resorts. That makes it easier to choose between a sociable base near the action and a quieter room where you can recover after a late night.</w:t>
      </w:r>
      <w:r/>
    </w:p>
    <w:p>
      <w:r/>
      <w:r>
        <w:t xml:space="preserve">Upper Deck Hotel &amp; Bar is an adults-only boutique option with an outdoor pool, hot tub, sun terrace and patio bar. Other accommodation listings include properties such as Coco Beach, Flamingo Inn and El Delfin Lodge, although travellers should confirm current policies, availability and amenities directly before booking.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Plan around the Caravan of Colors</w:t>
      </w:r>
      <w:r/>
    </w:p>
    <w:p>
      <w:r/>
      <w:r>
        <w:t>The weekend's signature finale is the Caravan of Colors, which begins at the South Padre Island Convention Center at noon on Monday 12 October. Participants can decorate their vehicles and join the procession along Padre Boulevard, turning the island's main route into a moving display of colour and personality.</w:t>
      </w:r>
      <w:r/>
    </w:p>
    <w:p>
      <w:r/>
      <w:r>
        <w:t xml:space="preserve">For visitors, it could be one of the easiest events to enjoy without a complicated plan. Arrive early, check the official route and look for shade or refreshments nearby, because even an autumn celebration in South Texas can feel bright and warm. </w:t>
      </w:r>
      <w:hyperlink r:id="rId9">
        <w:r>
          <w:rPr>
            <w:color w:val="0000EE"/>
            <w:u w:val="single"/>
          </w:rPr>
          <w:t>[2]</w:t>
        </w:r>
      </w:hyperlink>
      <w:r>
        <w:t xml:space="preserve"> </w:t>
      </w:r>
      <w:hyperlink r:id="rId14">
        <w:r>
          <w:rPr>
            <w:color w:val="0000EE"/>
            <w:u w:val="single"/>
          </w:rPr>
          <w:t>[3]</w:t>
        </w:r>
      </w:hyperlink>
      <w:r/>
    </w:p>
    <w:p>
      <w:pPr>
        <w:pStyle w:val="Heading2"/>
      </w:pPr>
      <w:r>
        <w:t>Why South Padre makes a natural Pride destination</w:t>
      </w:r>
      <w:r/>
    </w:p>
    <w:p>
      <w:r/>
      <w:r>
        <w:t>South Padre Island already has the ingredients of an easygoing getaway: beaches, pools, restaurants and a compact resort atmosphere. Pride adds a social spark, while the range of venues means visitors can shape the weekend around their own pace, whether that means dancing until late or watching the parade before heading back to the sand.</w:t>
      </w:r>
      <w:r/>
    </w:p>
    <w:p>
      <w:r/>
      <w:r>
        <w:t xml:space="preserve">Festival listings describe South Padre Pride as a recurring island event that draws visitors looking for entertainment and community in a coastal setting. That mix is part of the appeal. You can arrive for the shows, stay for the friendships and still find time for a slow walk beside the Gulf. </w:t>
      </w:r>
      <w:hyperlink r:id="rId14">
        <w:r>
          <w:rPr>
            <w:color w:val="0000EE"/>
            <w:u w:val="single"/>
          </w:rPr>
          <w:t>[3]</w:t>
        </w:r>
      </w:hyperlink>
      <w:r/>
    </w:p>
    <w:p>
      <w:r/>
      <w:r>
        <w:t>Book early, check the official schedule and choose the South Padre stay that suits your style.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[3]</w:t>
        </w:r>
      </w:hyperlink>
      <w:r>
        <w:t xml:space="preserve">- Paragraph 2: </w:t>
      </w:r>
      <w:hyperlink r:id="rId9">
        <w:r>
          <w:rPr>
            <w:color w:val="0000EE"/>
            <w:u w:val="single"/>
          </w:rPr>
          <w:t>[2]</w:t>
        </w:r>
      </w:hyperlink>
      <w:r>
        <w:t xml:space="preserve">, </w:t>
      </w:r>
      <w:hyperlink r:id="rId14">
        <w:r>
          <w:rPr>
            <w:color w:val="0000EE"/>
            <w:u w:val="single"/>
          </w:rPr>
          <w:t>[3]</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https://www.vacationer.travel/this-texas-beach-paradise-is-celebrating-love-diversity-and-community-for-pride-2026/</w:t>
        </w:r>
      </w:hyperlink>
      <w:r>
        <w:t xml:space="preserve"> - Please view link - unable to able to access data</w:t>
      </w:r>
      <w:r/>
    </w:p>
    <w:p>
      <w:pPr>
        <w:pStyle w:val="ListNumber"/>
        <w:spacing w:line="240" w:lineRule="auto"/>
        <w:ind w:left="720"/>
      </w:pPr>
      <w:r/>
      <w:hyperlink r:id="rId9">
        <w:r>
          <w:rPr>
            <w:color w:val="0000EE"/>
            <w:u w:val="single"/>
          </w:rPr>
          <w:t>https://www.southpadrepride.com/</w:t>
        </w:r>
      </w:hyperlink>
      <w:r>
        <w:t xml:space="preserve"> - South Padre Pride is an annual LGBTQ+ celebration held on South Padre Island, Texas. The 2026 event is scheduled for October 9–12 and features a variety of activities, including drag shows, pool parties with DJs, Pride Music Bingo, a Drag Bingo Brunch, and the 'Best Little Rocky Whore Show in Texas' movie screening and costume party. Lyn-Z Andrews, a prominent figure in the San Antonio drag scene, is among the featured performers. The event aims to celebrate love, diversity, and community across the island.</w:t>
      </w:r>
      <w:r/>
    </w:p>
    <w:p>
      <w:pPr>
        <w:pStyle w:val="ListNumber"/>
        <w:spacing w:line="240" w:lineRule="auto"/>
        <w:ind w:left="720"/>
      </w:pPr>
      <w:r/>
      <w:hyperlink r:id="rId14">
        <w:r>
          <w:rPr>
            <w:color w:val="0000EE"/>
            <w:u w:val="single"/>
          </w:rPr>
          <w:t>https://www.festivalsinamerica.com/festival/south-padre-pride-south-padre-island</w:t>
        </w:r>
      </w:hyperlink>
      <w:r>
        <w:t xml:space="preserve"> - South Padre Pride is an annual LGBTQ+ Pride weekend held on South Padre Island, Texas. The 2026 edition is expected to take place from October 8 to October 12, 2026, though the dates and program have not yet been confirmed. The festival typically includes drag shows, pool and beach parties, a colorful car caravan down Padre Boulevard, comedy, burlesque, and themed costume nights. The event spans various island venues, including hotels, bars, and the beach, and has become a significant LGBTQ+ event for South Texas.</w:t>
      </w:r>
      <w:r/>
    </w:p>
    <w:p>
      <w:pPr>
        <w:pStyle w:val="ListNumber"/>
        <w:spacing w:line="240" w:lineRule="auto"/>
        <w:ind w:left="720"/>
      </w:pPr>
      <w:r/>
      <w:hyperlink r:id="rId10">
        <w:r>
          <w:rPr>
            <w:color w:val="0000EE"/>
            <w:u w:val="single"/>
          </w:rPr>
          <w:t>https://www.cocobeachspi.com/rooms</w:t>
        </w:r>
      </w:hyperlink>
      <w:r>
        <w:t xml:space="preserve"> - Coco Beach South Padre Island offers a range of accommodations designed for comfort and convenience. Their rooms and suites are steps from the beach and include modern amenities such as free Wi-Fi, private beach access, and on-site bar and restaurant options. The property provides various room types, including Standard King, King Efficiency, and spacious family suites, catering to different traveller needs. The hotel is conveniently located close to SpaceX and other local attractions, making it a suitable choice for visitors to South Padre Island.</w:t>
      </w:r>
      <w:r/>
    </w:p>
    <w:p>
      <w:pPr>
        <w:pStyle w:val="ListNumber"/>
        <w:spacing w:line="240" w:lineRule="auto"/>
        <w:ind w:left="720"/>
      </w:pPr>
      <w:r/>
      <w:hyperlink r:id="rId11">
        <w:r>
          <w:rPr>
            <w:color w:val="0000EE"/>
            <w:u w:val="single"/>
          </w:rPr>
          <w:t>https://impt.io/gay-friendly-hotels/united-states/south-padre-island/</w:t>
        </w:r>
      </w:hyperlink>
      <w:r>
        <w:t xml:space="preserve"> - IMPT offers a curated list of gay-friendly hotels in South Padre Island, Texas. Each property listed welcomes LGBTQ+ guests, ensuring a comfortable and inclusive stay. The platform provides information on various accommodations, including their amenities and proximity to local attractions. IMPT's commitment to the LGBTQ+ community is evident in its dedication to listing properties that are either LGBTQ+ owned, have top workplace-equality ratings, or have a documented history of welcoming queer guests. The platform also highlights the legal protections and rights for LGBTQ+ travellers in the United States.</w:t>
      </w:r>
      <w:r/>
    </w:p>
    <w:p>
      <w:pPr>
        <w:pStyle w:val="ListNumber"/>
        <w:spacing w:line="240" w:lineRule="auto"/>
        <w:ind w:left="720"/>
      </w:pPr>
      <w:r/>
      <w:hyperlink r:id="rId12">
        <w:r>
          <w:rPr>
            <w:color w:val="0000EE"/>
            <w:u w:val="single"/>
          </w:rPr>
          <w:t>https://www.nitecrawler.com/destinations/tx/south-padre-island/hotels/100152054/flamingo-inn/</w:t>
        </w:r>
      </w:hyperlink>
      <w:r>
        <w:t xml:space="preserve"> - Flamingo Inn is a 2.5-star hotel located at 3408 Padre Blvd, South Padre Island, Texas. The hotel offers amenities such as an outdoor pool, free parking, free Wi-Fi, wheelchair accessibility, and is pet-friendly. Nearby attractions include South Padre Island Beach, Gravity Park, and the South Padre Island Community Center. The hotel has a check-in time between 4:00 PM and 6:00 PM and a check-out time at 11:00 AM. The property welcomes guests of all sexual orientations and gender identities, ensuring an inclusive environment for all visitors.</w:t>
      </w:r>
      <w:r/>
    </w:p>
    <w:p>
      <w:pPr>
        <w:pStyle w:val="ListNumber"/>
        <w:spacing w:line="240" w:lineRule="auto"/>
        <w:ind w:left="720"/>
      </w:pPr>
      <w:r/>
      <w:hyperlink r:id="rId13">
        <w:r>
          <w:rPr>
            <w:color w:val="0000EE"/>
            <w:u w:val="single"/>
          </w:rPr>
          <w:t>https://www.reservationdesk.com/hotel/6927ec1/el-delfin-lodge</w:t>
        </w:r>
      </w:hyperlink>
      <w:r>
        <w:t xml:space="preserve"> - El Delfín Lodge is a hotel located in South Padre Island, Texas. The property offers amenities such as an outdoor pool, accessible facilities, and meeting spaces. The hotel is smoke-free and provides 24-hour conference facilities. Guests can enjoy free Wi-Fi and have access to a smoke-free environment. The property is pet-friendly and welcomes guests of all sexual orientations and gender identities, ensuring an inclusive atmosphere. The hotel has specific check-in instructions and policies, including a cash breakage deposit and age restrictions for check-in.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uthpadrepride.com/" TargetMode="External"/><Relationship Id="rId10" Type="http://schemas.openxmlformats.org/officeDocument/2006/relationships/hyperlink" Target="https://www.cocobeachspi.com/rooms" TargetMode="External"/><Relationship Id="rId11" Type="http://schemas.openxmlformats.org/officeDocument/2006/relationships/hyperlink" Target="https://impt.io/gay-friendly-hotels/united-states/south-padre-island/" TargetMode="External"/><Relationship Id="rId12" Type="http://schemas.openxmlformats.org/officeDocument/2006/relationships/hyperlink" Target="https://www.nitecrawler.com/destinations/tx/south-padre-island/hotels/100152054/flamingo-inn/" TargetMode="External"/><Relationship Id="rId13" Type="http://schemas.openxmlformats.org/officeDocument/2006/relationships/hyperlink" Target="https://www.reservationdesk.com/hotel/6927ec1/el-delfin-lodge" TargetMode="External"/><Relationship Id="rId14" Type="http://schemas.openxmlformats.org/officeDocument/2006/relationships/hyperlink" Target="https://www.festivalsinamerica.com/festival/south-padre-pride-south-padre-island" TargetMode="External"/><Relationship Id="rId15" Type="http://schemas.openxmlformats.org/officeDocument/2006/relationships/hyperlink" Target="https://www.vacationer.travel/this-texas-beach-paradise-is-celebrating-love-diversity-and-community-for-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