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United Homecoming Milwaukee Event for LGBTQ+ Housing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Milwaukee's Pride United Homecoming returns on 9 October 2026, bringing queer adults and allies together for a playful school-dance-style evening that raises money for LGBTQ+ housing support. With music, food, drinks and a homecoming court, it's a social night with a serious purpose.</w:t>
      </w:r>
      <w:r/>
    </w:p>
    <w:p>
      <w:pPr>
        <w:pStyle w:val="Heading2"/>
      </w:pPr>
      <w:r>
        <w:t>Essential Takeaways</w:t>
      </w:r>
      <w:r/>
      <w:r/>
    </w:p>
    <w:p>
      <w:pPr>
        <w:pStyle w:val="ListBullet"/>
        <w:spacing w:line="240" w:lineRule="auto"/>
        <w:ind w:left="720"/>
      </w:pPr>
      <w:r/>
      <w:r>
        <w:rPr>
          <w:b/>
        </w:rPr>
        <w:t>When:</w:t>
      </w:r>
      <w:r>
        <w:t xml:space="preserve"> Friday 9 October 2026, from 7pm to 10pm.</w:t>
      </w:r>
      <w:r/>
    </w:p>
    <w:p>
      <w:pPr>
        <w:pStyle w:val="ListBullet"/>
        <w:spacing w:line="240" w:lineRule="auto"/>
        <w:ind w:left="720"/>
      </w:pPr>
      <w:r/>
      <w:r>
        <w:rPr>
          <w:b/>
        </w:rPr>
        <w:t>Where:</w:t>
      </w:r>
      <w:r>
        <w:t xml:space="preserve"> Milwaukee County Historical Society, 910 North Dr MLK Jr Drive.</w:t>
      </w:r>
      <w:r/>
    </w:p>
    <w:p>
      <w:pPr>
        <w:pStyle w:val="ListBullet"/>
        <w:spacing w:line="240" w:lineRule="auto"/>
        <w:ind w:left="720"/>
      </w:pPr>
      <w:r/>
      <w:r>
        <w:rPr>
          <w:b/>
        </w:rPr>
        <w:t>Who it's for:</w:t>
      </w:r>
      <w:r>
        <w:t xml:space="preserve"> Guests aged 21 and over, including LGBTQ+ adults, allies and advocates.</w:t>
      </w:r>
      <w:r/>
    </w:p>
    <w:p>
      <w:pPr>
        <w:pStyle w:val="ListBullet"/>
        <w:spacing w:line="240" w:lineRule="auto"/>
        <w:ind w:left="720"/>
      </w:pPr>
      <w:r/>
      <w:r>
        <w:rPr>
          <w:b/>
        </w:rPr>
        <w:t>What to expect:</w:t>
      </w:r>
      <w:r>
        <w:t xml:space="preserve"> DJ Femme Noir, complimentary food and treats, a raffle, and a homecoming court.</w:t>
      </w:r>
      <w:r/>
    </w:p>
    <w:p>
      <w:pPr>
        <w:pStyle w:val="ListBullet"/>
        <w:spacing w:line="240" w:lineRule="auto"/>
        <w:ind w:left="720"/>
      </w:pPr>
      <w:r/>
      <w:r>
        <w:rPr>
          <w:b/>
        </w:rPr>
        <w:t>Why it matters:</w:t>
      </w:r>
      <w:r>
        <w:t xml:space="preserve"> Fundraising supports United Way's Safe &amp; Stable Homes initiative and LGBTQ+ housing resources.</w:t>
      </w:r>
      <w:r/>
      <w:r/>
    </w:p>
    <w:p>
      <w:pPr>
        <w:pStyle w:val="Heading2"/>
      </w:pPr>
      <w:r>
        <w:t>Milwaukee's homecoming gets a distinctly queer twist</w:t>
      </w:r>
      <w:r/>
    </w:p>
    <w:p>
      <w:r/>
      <w:r>
        <w:t>Forget awkward teenage dances and paper streamers. Pride United Homecoming is bringing the nostalgic school-dance format back with a more welcoming guest list, inviting LGBTQ+ adults and allies to celebrate in Milwaukee while supporting housing stability.</w:t>
      </w:r>
      <w:r/>
    </w:p>
    <w:p>
      <w:r/>
      <w:r>
        <w:t xml:space="preserve">The event takes place at the Milwaukee County Historical Society, where guests can expect music, mingling and a gently tongue-in-cheek homecoming atmosphere. It's the sort of evening that pairs dressing up and dancing with a cause that reaches well beyond the dance floor, according to event listings from United Way of Greater Milwaukee and Waukesha County. </w:t>
      </w:r>
      <w:hyperlink r:id="rId9">
        <w:r>
          <w:rPr>
            <w:color w:val="0000EE"/>
            <w:u w:val="single"/>
          </w:rPr>
          <w:t>[2]</w:t>
        </w:r>
      </w:hyperlink>
      <w:r>
        <w:t xml:space="preserve">, </w:t>
      </w:r>
      <w:hyperlink r:id="rId10">
        <w:r>
          <w:rPr>
            <w:color w:val="0000EE"/>
            <w:u w:val="single"/>
          </w:rPr>
          <w:t>[5]</w:t>
        </w:r>
      </w:hyperlink>
      <w:r/>
    </w:p>
    <w:p>
      <w:pPr>
        <w:pStyle w:val="Heading2"/>
      </w:pPr>
      <w:r>
        <w:t>A night out supporting safer, more stable homes</w:t>
      </w:r>
      <w:r/>
    </w:p>
    <w:p>
      <w:r/>
      <w:r>
        <w:t>Money raised at the event will benefit United Way's Safe &amp; Stable Homes initiative. The programme focuses on preventing evictions, improving access to secure accommodation and helping families avoid homelessness before a crisis becomes impossible to ignore.</w:t>
      </w:r>
      <w:r/>
    </w:p>
    <w:p>
      <w:r/>
      <w:r>
        <w:t xml:space="preserve">That focus is especially important for LGBTQ+ young people. TMJ4 reported that almost 40 per cent of the homeless youth population identifies as LGBTQ+, underlining why targeted housing support remains so necessary. A cheerful evening with complimentary treats may sound light-hearted, but the fundraising goal is anything but fluffy. </w:t>
      </w:r>
      <w:hyperlink r:id="rId11">
        <w:r>
          <w:rPr>
            <w:color w:val="0000EE"/>
            <w:u w:val="single"/>
          </w:rPr>
          <w:t>[3]</w:t>
        </w:r>
      </w:hyperlink>
      <w:r>
        <w:t xml:space="preserve">, </w:t>
      </w:r>
      <w:hyperlink r:id="rId12">
        <w:r>
          <w:rPr>
            <w:color w:val="0000EE"/>
            <w:u w:val="single"/>
          </w:rPr>
          <w:t>[6]</w:t>
        </w:r>
      </w:hyperlink>
      <w:r/>
    </w:p>
    <w:p>
      <w:pPr>
        <w:pStyle w:val="Heading2"/>
      </w:pPr>
      <w:r>
        <w:t>DJ Femme Noir leads the celebrations</w:t>
      </w:r>
      <w:r/>
    </w:p>
    <w:p>
      <w:r/>
      <w:r>
        <w:t>Music will come from DJ Femme Noir, who is also serving as the 2026 Milwaukee Pride Parade Grand Marshal. That gives the evening a strong local connection, as well as a soundtrack likely to keep the room moving rather than lingering awkwardly beside the buffet.</w:t>
      </w:r>
      <w:r/>
    </w:p>
    <w:p>
      <w:r/>
      <w:r>
        <w:t xml:space="preserve">Food and dessert are part of the ticket-free extras, with Mango East Cafe, Tots on the Street, Indulgence Chocolatiers, Everyone's Ice Cream and Cream City Cakes listed among the providers. Expect a useful mix of savoury bites and sweet finishes, with enough variety to make the refreshments feel like part of the occasion rather than an afterthought. </w:t>
      </w:r>
      <w:hyperlink r:id="rId9">
        <w:r>
          <w:rPr>
            <w:color w:val="0000EE"/>
            <w:u w:val="single"/>
          </w:rPr>
          <w:t>[2]</w:t>
        </w:r>
      </w:hyperlink>
      <w:r>
        <w:t xml:space="preserve">, </w:t>
      </w:r>
      <w:hyperlink r:id="rId13">
        <w:r>
          <w:rPr>
            <w:color w:val="0000EE"/>
            <w:u w:val="single"/>
          </w:rPr>
          <w:t>[4]</w:t>
        </w:r>
      </w:hyperlink>
      <w:r/>
    </w:p>
    <w:p>
      <w:pPr>
        <w:pStyle w:val="Heading2"/>
      </w:pPr>
      <w:r>
        <w:t>What happens during the evening?</w:t>
      </w:r>
      <w:r/>
    </w:p>
    <w:p>
      <w:r/>
      <w:r>
        <w:t>Doors open at 7pm, followed by the main programme at 7.45pm. The homecoming court and raffle winners are due to be announced at 9.30pm, giving guests a final burst of ceremony before the event ends at 10pm.</w:t>
      </w:r>
      <w:r/>
    </w:p>
    <w:p>
      <w:r/>
      <w:r>
        <w:t xml:space="preserve">Walk-in registration is welcome, which makes the evening a little easier to approach if plans come together late. Still, checking the latest event information before travelling is sensible, particularly for registration details, accessibility arrangements and any changes to the schedule. </w:t>
      </w:r>
      <w:hyperlink r:id="rId11">
        <w:r>
          <w:rPr>
            <w:color w:val="0000EE"/>
            <w:u w:val="single"/>
          </w:rPr>
          <w:t>[3]</w:t>
        </w:r>
      </w:hyperlink>
      <w:r>
        <w:t xml:space="preserve">, </w:t>
      </w:r>
      <w:hyperlink r:id="rId14">
        <w:r>
          <w:rPr>
            <w:color w:val="0000EE"/>
            <w:u w:val="single"/>
          </w:rPr>
          <w:t>[7]</w:t>
        </w:r>
      </w:hyperlink>
      <w:r/>
    </w:p>
    <w:p>
      <w:pPr>
        <w:pStyle w:val="Heading2"/>
      </w:pPr>
      <w:r>
        <w:t>A playful format with a practical purpose</w:t>
      </w:r>
      <w:r/>
    </w:p>
    <w:p>
      <w:r/>
      <w:r>
        <w:t>The appeal here is the balance. Pride United Homecoming offers the visual fun of a themed dance, but its real value lies in directing attention and donations towards housing insecurity within the LGBTQ+ community.</w:t>
      </w:r>
      <w:r/>
    </w:p>
    <w:p>
      <w:r/>
      <w:r>
        <w:t xml:space="preserve">For guests, that means an evening that can feel social without being superficial. You can enjoy the music, sample the food and perhaps claim a raffle prize, while helping fund work designed to keep people housed. In a city with a strong Pride tradition, it's a fitting reminder that celebration and community action often work best together. </w:t>
      </w:r>
      <w:hyperlink r:id="rId10">
        <w:r>
          <w:rPr>
            <w:color w:val="0000EE"/>
            <w:u w:val="single"/>
          </w:rPr>
          <w:t>[5]</w:t>
        </w:r>
      </w:hyperlink>
      <w:r>
        <w:t xml:space="preserve">, </w:t>
      </w:r>
      <w:hyperlink r:id="rId12">
        <w:r>
          <w:rPr>
            <w:color w:val="0000EE"/>
            <w:u w:val="single"/>
          </w:rPr>
          <w:t>[6]</w:t>
        </w:r>
      </w:hyperlink>
      <w:r/>
    </w:p>
    <w:p>
      <w:r/>
      <w:r>
        <w:t>It's a homecoming where the best prize is helping someone find a safer place to call home.</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9">
        <w:r>
          <w:rPr>
            <w:color w:val="0000EE"/>
            <w:u w:val="single"/>
          </w:rPr>
          <w:t>[2]</w:t>
        </w:r>
      </w:hyperlink>
      <w:r>
        <w:t xml:space="preserve">, </w:t>
      </w:r>
      <w:hyperlink r:id="rId13">
        <w:r>
          <w:rPr>
            <w:color w:val="0000EE"/>
            <w:u w:val="single"/>
          </w:rPr>
          <w:t>[4]</w:t>
        </w:r>
      </w:hyperlink>
      <w:r>
        <w:t xml:space="preserve">- Paragraph 4: </w:t>
      </w:r>
      <w:hyperlink r:id="rId11">
        <w:r>
          <w:rPr>
            <w:color w:val="0000EE"/>
            <w:u w:val="single"/>
          </w:rPr>
          <w:t>[3]</w:t>
        </w:r>
      </w:hyperlink>
      <w:r>
        <w:t xml:space="preserve">, </w:t>
      </w:r>
      <w:hyperlink r:id="rId14">
        <w:r>
          <w:rPr>
            <w:color w:val="0000EE"/>
            <w:u w:val="single"/>
          </w:rPr>
          <w:t>[7]</w:t>
        </w:r>
      </w:hyperlink>
      <w:r>
        <w:t xml:space="preserve">- Paragraph 5: </w:t>
      </w:r>
      <w:hyperlink r:id="rId10">
        <w:r>
          <w:rPr>
            <w:color w:val="0000EE"/>
            <w:u w:val="single"/>
          </w:rPr>
          <w:t>[5]</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https://www.tmj4.com/news/local-news/in-your-community/milwaukee-county/milwaukees-pride-united-homecoming-raises-funds-for-lgbtq-nonprofits</w:t>
        </w:r>
      </w:hyperlink>
      <w:r>
        <w:t xml:space="preserve"> - Please view link - unable to able to access data</w:t>
      </w:r>
      <w:r/>
    </w:p>
    <w:p>
      <w:pPr>
        <w:pStyle w:val="ListNumber"/>
        <w:spacing w:line="240" w:lineRule="auto"/>
        <w:ind w:left="720"/>
      </w:pPr>
      <w:r/>
      <w:hyperlink r:id="rId9">
        <w:r>
          <w:rPr>
            <w:color w:val="0000EE"/>
            <w:u w:val="single"/>
          </w:rPr>
          <w:t>https://www.unitedwaygmwc.org/Pride-United-Homecoming</w:t>
        </w:r>
      </w:hyperlink>
      <w:r>
        <w:t xml:space="preserve"> - The United Way of Greater Milwaukee &amp; Waukesha County is hosting the 2026 Pride United Homecoming on October 9 at the Milwaukee County Historical Society. The event, themed as an inclusive high school homecoming dance for queer adults and allies, aims to raise funds for the Safe &amp; Stable Homes initiative, which addresses homelessness in the LGBTQ+ community. The evening will feature music by DJ Femme Noir, complimentary food and desserts from local vendors, and a powerful LGBTQ+ history exhibit.</w:t>
      </w:r>
      <w:r/>
    </w:p>
    <w:p>
      <w:pPr>
        <w:pStyle w:val="ListNumber"/>
        <w:spacing w:line="240" w:lineRule="auto"/>
        <w:ind w:left="720"/>
      </w:pPr>
      <w:r/>
      <w:hyperlink r:id="rId11">
        <w:r>
          <w:rPr>
            <w:color w:val="0000EE"/>
            <w:u w:val="single"/>
          </w:rPr>
          <w:t>https://www.tmj4.com/news/local-news/in-your-community/milwaukee-county/milwaukees-pride-united-homecoming-raises-funds-for-lgbtq-nonprofits</w:t>
        </w:r>
      </w:hyperlink>
      <w:r>
        <w:t xml:space="preserve"> - TMJ4 News reports on the 2026 Pride United Homecoming event scheduled for October 9 at the Milwaukee County Historical Society. The event aims to raise funds for housing resources addressing homelessness in the LGBTQ+ community. Attendees can expect music by DJ Femme Noir, complimentary food and desserts from local vendors, and a program that includes the announcement of the homecoming court and raffle winners.</w:t>
      </w:r>
      <w:r/>
    </w:p>
    <w:p>
      <w:pPr>
        <w:pStyle w:val="ListNumber"/>
        <w:spacing w:line="240" w:lineRule="auto"/>
        <w:ind w:left="720"/>
      </w:pPr>
      <w:r/>
      <w:hyperlink r:id="rId13">
        <w:r>
          <w:rPr>
            <w:color w:val="0000EE"/>
            <w:u w:val="single"/>
          </w:rPr>
          <w:t>https://happeningnext.com/event/pride-united-homecoming-eid3a0duqwtxt</w:t>
        </w:r>
      </w:hyperlink>
      <w:r>
        <w:t xml:space="preserve"> - HappeningNext provides details about the 2026 Pride United Homecoming event, including the schedule and ticket information. The event is set for October 9 at the Milwaukee County Historical Society and will feature music by DJ Femme Noir, complimentary food and desserts from local vendors, and fundraising activities supporting the Safe &amp; Stable Homes initiative.</w:t>
      </w:r>
      <w:r/>
    </w:p>
    <w:p>
      <w:pPr>
        <w:pStyle w:val="ListNumber"/>
        <w:spacing w:line="240" w:lineRule="auto"/>
        <w:ind w:left="720"/>
      </w:pPr>
      <w:r/>
      <w:hyperlink r:id="rId10">
        <w:r>
          <w:rPr>
            <w:color w:val="0000EE"/>
            <w:u w:val="single"/>
          </w:rPr>
          <w:t>https://pfundfoundation.org/event/pride-united-homecoming-united-way-of-greater-milwaukee-waukesha-county/</w:t>
        </w:r>
      </w:hyperlink>
      <w:r>
        <w:t xml:space="preserve"> - The PFund Foundation highlights the 2026 Pride United Homecoming event, emphasizing its purpose to raise funds for the Safe &amp; Stable Homes initiative. The event will feature music by DJ Femme Noir, complimentary food and desserts from local vendors, and a powerful LGBTQ+ history exhibit.</w:t>
      </w:r>
      <w:r/>
    </w:p>
    <w:p>
      <w:pPr>
        <w:pStyle w:val="ListNumber"/>
        <w:spacing w:line="240" w:lineRule="auto"/>
        <w:ind w:left="720"/>
      </w:pPr>
      <w:r/>
      <w:hyperlink r:id="rId12">
        <w:r>
          <w:rPr>
            <w:color w:val="0000EE"/>
            <w:u w:val="single"/>
          </w:rPr>
          <w:t>https://business.wislgbtchamber.com/community-calendar/Details/4th-annual-pride-united-homecoming-1766456?sourceTypeId=Website</w:t>
        </w:r>
      </w:hyperlink>
      <w:r>
        <w:t xml:space="preserve"> - The Wisconsin LGBT Chamber of Commerce details the 2026 Pride United Homecoming event, including the schedule and ticket information. The event is set for October 9 at the Milwaukee County Historical Society and will feature music by DJ Femme Noir, complimentary food and desserts from local vendors, and fundraising activities supporting the Safe &amp; Stable Homes initiative.</w:t>
      </w:r>
      <w:r/>
    </w:p>
    <w:p>
      <w:pPr>
        <w:pStyle w:val="ListNumber"/>
        <w:spacing w:line="240" w:lineRule="auto"/>
        <w:ind w:left="720"/>
      </w:pPr>
      <w:r/>
      <w:hyperlink r:id="rId14">
        <w:r>
          <w:rPr>
            <w:color w:val="0000EE"/>
            <w:u w:val="single"/>
          </w:rPr>
          <w:t>https://stayhappening.com/e/pride-united-homecoming-E2ISYPXEFL9</w:t>
        </w:r>
      </w:hyperlink>
      <w:r>
        <w:t xml:space="preserve"> - StayHappening provides information about the 2026 Pride United Homecoming event, including the schedule and ticket information. The event is set for October 9 at the Milwaukee County Historical Society and will feature music by DJ Femme Noir, complimentary food and desserts from local vendors, and fundraising activities supporting the Safe &amp; Stable Homes initiative.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unitedwaygmwc.org/Pride-United-Homecoming" TargetMode="External"/><Relationship Id="rId10" Type="http://schemas.openxmlformats.org/officeDocument/2006/relationships/hyperlink" Target="https://pfundfoundation.org/event/pride-united-homecoming-united-way-of-greater-milwaukee-waukesha-county/" TargetMode="External"/><Relationship Id="rId11" Type="http://schemas.openxmlformats.org/officeDocument/2006/relationships/hyperlink" Target="https://www.tmj4.com/news/local-news/in-your-community/milwaukee-county/milwaukees-pride-united-homecoming-raises-funds-for-lgbtq-nonprofits" TargetMode="External"/><Relationship Id="rId12" Type="http://schemas.openxmlformats.org/officeDocument/2006/relationships/hyperlink" Target="https://business.wislgbtchamber.com/community-calendar/Details/4th-annual-pride-united-homecoming-1766456?sourceTypeId=Website" TargetMode="External"/><Relationship Id="rId13" Type="http://schemas.openxmlformats.org/officeDocument/2006/relationships/hyperlink" Target="https://happeningnext.com/event/pride-united-homecoming-eid3a0duqwtxt" TargetMode="External"/><Relationship Id="rId14" Type="http://schemas.openxmlformats.org/officeDocument/2006/relationships/hyperlink" Target="https://stayhappening.com/e/pride-united-homecoming-E2ISYPXEFL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