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Festival in Staunton Virginia for a Welcoming Autumn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Staunton, Virginia, this October for an upbeat Pride festival filled with music, food, makers and community support. Centred on Gypsy Hill Park, the afternoon offers something for first-time attendees, families and longtime supporters alike, while the city’s historic downtown adds an easy excuse to extend the trip into a colourful Shenandoah Valley weekend.</w:t>
      </w:r>
      <w:r/>
    </w:p>
    <w:p>
      <w:pPr>
        <w:pStyle w:val="Heading2"/>
      </w:pPr>
      <w:r>
        <w:t>Essential Takeaways</w:t>
      </w:r>
      <w:r/>
      <w:r/>
    </w:p>
    <w:p>
      <w:pPr>
        <w:pStyle w:val="ListBullet"/>
        <w:spacing w:line="240" w:lineRule="auto"/>
        <w:ind w:left="720"/>
      </w:pPr>
      <w:r/>
      <w:r>
        <w:rPr>
          <w:b/>
        </w:rPr>
        <w:t>Festival date:</w:t>
      </w:r>
      <w:r>
        <w:t xml:space="preserve"> Staunton Pride takes place on Saturday, 17 October, from noon until 5pm.</w:t>
      </w:r>
      <w:r/>
    </w:p>
    <w:p>
      <w:pPr>
        <w:pStyle w:val="ListBullet"/>
        <w:spacing w:line="240" w:lineRule="auto"/>
        <w:ind w:left="720"/>
      </w:pPr>
      <w:r/>
      <w:r>
        <w:rPr>
          <w:b/>
        </w:rPr>
        <w:t>Park setting:</w:t>
      </w:r>
      <w:r>
        <w:t xml:space="preserve"> Gypsy Hill Park provides a relaxed backdrop for live entertainment, stalls and family activities.</w:t>
      </w:r>
      <w:r/>
    </w:p>
    <w:p>
      <w:pPr>
        <w:pStyle w:val="ListBullet"/>
        <w:spacing w:line="240" w:lineRule="auto"/>
        <w:ind w:left="720"/>
      </w:pPr>
      <w:r/>
      <w:r>
        <w:rPr>
          <w:b/>
        </w:rPr>
        <w:t>More than a party:</w:t>
      </w:r>
      <w:r>
        <w:t xml:space="preserve"> Health resources, a quieter WARM Room and mutual-aid donations make community care part of the day.</w:t>
      </w:r>
      <w:r/>
    </w:p>
    <w:p>
      <w:pPr>
        <w:pStyle w:val="ListBullet"/>
        <w:spacing w:line="240" w:lineRule="auto"/>
        <w:ind w:left="720"/>
      </w:pPr>
      <w:r/>
      <w:r>
        <w:rPr>
          <w:b/>
        </w:rPr>
        <w:t>Local flavour:</w:t>
      </w:r>
      <w:r>
        <w:t xml:space="preserve"> Expect food trucks, drinks, independent makers, LGBTQ+-owned businesses and community organisations.</w:t>
      </w:r>
      <w:r/>
    </w:p>
    <w:p>
      <w:pPr>
        <w:pStyle w:val="ListBullet"/>
        <w:spacing w:line="240" w:lineRule="auto"/>
        <w:ind w:left="720"/>
      </w:pPr>
      <w:r/>
      <w:r>
        <w:rPr>
          <w:b/>
        </w:rPr>
        <w:t>Weekend potential:</w:t>
      </w:r>
      <w:r>
        <w:t xml:space="preserve"> Historic downtown Staunton is close by, with shops, galleries, restaurants and autumn scenery to explore.</w:t>
      </w:r>
      <w:r/>
      <w:r/>
    </w:p>
    <w:p>
      <w:pPr>
        <w:pStyle w:val="Heading2"/>
      </w:pPr>
      <w:r>
        <w:t>A colourful afternoon is coming to Gypsy Hill Park</w:t>
      </w:r>
      <w:r/>
    </w:p>
    <w:p>
      <w:r/>
      <w:r>
        <w:t>The strongest reason to visit Staunton Pride is wonderfully simple: it feels like a proper community gathering. On 17 October, the historic bandstand at Gypsy Hill Park will anchor an afternoon of performances, conversation and colourful displays, with the surrounding lawns offering plenty of room to settle in.</w:t>
      </w:r>
      <w:r/>
    </w:p>
    <w:p>
      <w:r/>
      <w:r>
        <w:t>Last year’s festival drew more than 5,000 people, so this isn’t a tiny local meet-up tucked away in a corner. According to Staunton Pride’s festival information, the event is designed to welcome LGBTQ+ people, friends, families, neighbours and visitors from across the Shenandoah Valley.</w:t>
      </w:r>
      <w:r/>
    </w:p>
    <w:p>
      <w:r/>
      <w:r>
        <w:t>There’s a particular charm to a Pride celebration in a leafy park. The atmosphere can move from lively music to easy chats beneath the trees, with just enough space for the day to feel relaxed rather than rushed.</w:t>
      </w:r>
      <w:r/>
    </w:p>
    <w:p>
      <w:pPr>
        <w:pStyle w:val="Heading2"/>
      </w:pPr>
      <w:r>
        <w:t>Music, makers and food give the day plenty of energy</w:t>
      </w:r>
      <w:r/>
    </w:p>
    <w:p>
      <w:r/>
      <w:r>
        <w:t>Live entertainment will run throughout the afternoon, making the bandstand a natural place to pause and enjoy the show. Bring a picnic blanket or simply claim a patch of grass, then let the sound of the festival guide you between performances and stalls.</w:t>
      </w:r>
      <w:r/>
    </w:p>
    <w:p>
      <w:r/>
      <w:r>
        <w:t>The vendor mix is another draw. Visitors can browse work from local artists, makers, LGBTQ+-owned businesses and community groups, which means the shopping feels more personal than a standard high-street browse. Staunton Pride’s vendor information highlights the importance of giving local creators and organisations a visible platform.</w:t>
      </w:r>
      <w:r/>
    </w:p>
    <w:p>
      <w:r/>
      <w:r>
        <w:t>Food trucks and a beer garden should keep the practical side of the afternoon covered. If you’re attending with children, a dedicated activity area adds another reason to stay longer, especially when younger visitors have reached their limit for standing around while adults chat.</w:t>
      </w:r>
      <w:r/>
    </w:p>
    <w:p>
      <w:pPr>
        <w:pStyle w:val="Heading2"/>
      </w:pPr>
      <w:r>
        <w:t>Pride in Staunton also puts care front and centre</w:t>
      </w:r>
      <w:r/>
    </w:p>
    <w:p>
      <w:r/>
      <w:r>
        <w:t>The festival’s Health and Wellness Hub gives the day a more substantial purpose. Visitors can connect with organisations including the Central Shenandoah Health District, Augusta Health and The ARROW Project, while learning about local services in a friendly setting.</w:t>
      </w:r>
      <w:r/>
    </w:p>
    <w:p>
      <w:r/>
      <w:r>
        <w:t>A designated WARM Room will provide a quieter place to recharge. That small detail matters: large festivals can be exciting, but they can also be noisy and tiring, so having somewhere calmer can make the event more comfortable for people who need a breather.</w:t>
      </w:r>
      <w:r/>
    </w:p>
    <w:p>
      <w:r/>
      <w:r>
        <w:t>The festival is also supporting the Shenandoah LGBTQ Center’s Mutual Aid Corner, which needs practical supplies such as shampoo, menstrual products, deodorant, detergent, travel-size soap and hand warmers. According to the event’s community information, bringing a donation can earn visitors a Pride Quest Guide, turning a useful contribution into a gentle way to explore the festival.</w:t>
      </w:r>
      <w:r/>
    </w:p>
    <w:p>
      <w:pPr>
        <w:pStyle w:val="Heading2"/>
      </w:pPr>
      <w:r>
        <w:t>How the Pride Quest can make the festival more interactive</w:t>
      </w:r>
      <w:r/>
    </w:p>
    <w:p>
      <w:r/>
      <w:r>
        <w:t>The Pride Quest Guide encourages visitors to move beyond the main stage. Participants can complete activities such as checking voter registration, meeting mutual-aid vendors, visiting a queer-owned stall and watching a performance.</w:t>
      </w:r>
      <w:r/>
    </w:p>
    <w:p>
      <w:r/>
      <w:r>
        <w:t>Once the guide is complete, it can be returned to the headquarters or merchandise booth for entry into a raffle for a merchandise bundle. It’s a smart idea because it rewards curiosity without making the day feel overly structured. You can still wander, snack and stop for a chat whenever you like.</w:t>
      </w:r>
      <w:r/>
    </w:p>
    <w:p>
      <w:r/>
      <w:r>
        <w:t>If you’re attending for the first time, this is also an easy way to get your bearings. Rather than wondering where to begin, the guide offers a loose trail through the festival and introduces some of the organisations helping to make it happen.</w:t>
      </w:r>
      <w:r/>
    </w:p>
    <w:p>
      <w:pPr>
        <w:pStyle w:val="Heading2"/>
      </w:pPr>
      <w:r>
        <w:t>Make it a full Staunton weekend</w:t>
      </w:r>
      <w:r/>
    </w:p>
    <w:p>
      <w:r/>
      <w:r>
        <w:t>When the park begins to quieten, downtown Staunton is only minutes away. The historic centre is packed with independent shops, galleries, bookshops, restaurants and places to enjoy a drink, so the festival doesn’t have to be the final stop.</w:t>
      </w:r>
      <w:r/>
    </w:p>
    <w:p>
      <w:r/>
      <w:r>
        <w:t>October brings its own reward, too. Fall colour begins to appear across the Shenandoah Valley, making a post-festival wander or overnight stay particularly appealing. Visitors coming from farther afield may find that one afternoon isn’t quite enough for the city’s food, arts and old-town atmosphere.</w:t>
      </w:r>
      <w:r/>
    </w:p>
    <w:p>
      <w:r/>
      <w:r>
        <w:t>Staunton Pride has grown since its founding in 2018, supported by volunteers and connected to the work of the Shenandoah LGBTQ Center. For attendees, that means the event offers both the sparkle of a celebration and the quieter satisfaction of supporting an ongoing local network.</w:t>
      </w:r>
      <w:r/>
    </w:p>
    <w:p>
      <w:r/>
      <w:r>
        <w:t>Come for the music, stay for the makers, and leave with a little more sense of connection.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4">
        <w:r>
          <w:rPr>
            <w:color w:val="0000EE"/>
            <w:u w:val="single"/>
          </w:rPr>
          <w:t>[5]</w:t>
        </w:r>
      </w:hyperlink>
      <w:r>
        <w:t xml:space="preserve">, </w:t>
      </w:r>
      <w:hyperlink r:id="rId13">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[5]</w:t>
        </w:r>
      </w:hyperlink>
      <w:r>
        <w:t xml:space="preserve">- Paragraph 10: </w:t>
      </w:r>
      <w:hyperlink r:id="rId13">
        <w:r>
          <w:rPr>
            <w:color w:val="0000EE"/>
            <w:u w:val="single"/>
          </w:rPr>
          <w:t>[7]</w:t>
        </w:r>
      </w:hyperlink>
      <w:r>
        <w:t xml:space="preserve">, </w:t>
      </w:r>
      <w:hyperlink r:id="rId11">
        <w:r>
          <w:rPr>
            <w:color w:val="0000EE"/>
            <w:u w:val="single"/>
          </w:rPr>
          <w:t>[4]</w:t>
        </w:r>
      </w:hyperlink>
      <w:r>
        <w:t xml:space="preserve">- Paragraph 11: </w:t>
      </w:r>
      <w:hyperlink r:id="rId10">
        <w:r>
          <w:rPr>
            <w:color w:val="0000EE"/>
            <w:u w:val="single"/>
          </w:rPr>
          <w:t>[2]</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[1]</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https://visitstaunton.com/celebrate-pride-in-staunton-va/</w:t>
        </w:r>
      </w:hyperlink>
      <w:r>
        <w:t xml:space="preserve"> - Please view link - unable to able to access data</w:t>
      </w:r>
      <w:r/>
    </w:p>
    <w:p>
      <w:pPr>
        <w:pStyle w:val="ListNumber"/>
        <w:spacing w:line="240" w:lineRule="auto"/>
        <w:ind w:left="720"/>
      </w:pPr>
      <w:r/>
      <w:hyperlink r:id="rId10">
        <w:r>
          <w:rPr>
            <w:color w:val="0000EE"/>
            <w:u w:val="single"/>
          </w:rPr>
          <w:t>https://www.stauntonpride.org/pride-festival</w:t>
        </w:r>
      </w:hyperlink>
      <w:r>
        <w:t xml:space="preserve"> - Staunton Pride is hosting its annual Pride Festival on Saturday, October 17, 2026, from 12 to 5 pm at Gypsy Hill Park. The event will feature live entertainment, local vendors, food trucks, a beer garden, and a dedicated children's activity area. The Health &amp; Wellness Hub will offer resources and services, including a WARM Room for relaxation. The festival also supports the Shenandoah LGBTQ Center through a Mutual Aid Corner, encouraging attendees to donate essential items. For more details, visit the official Staunton Pride website.</w:t>
      </w:r>
      <w:r/>
    </w:p>
    <w:p>
      <w:pPr>
        <w:pStyle w:val="ListNumber"/>
        <w:spacing w:line="240" w:lineRule="auto"/>
        <w:ind w:left="720"/>
      </w:pPr>
      <w:r/>
      <w:hyperlink r:id="rId15">
        <w:r>
          <w:rPr>
            <w:color w:val="0000EE"/>
            <w:u w:val="single"/>
          </w:rPr>
          <w:t>https://www.stauntonpride.org/event-details/pride-speed-mingle-at-ciders-from-mars</w:t>
        </w:r>
      </w:hyperlink>
      <w:r>
        <w:t xml:space="preserve"> - Staunton Pride and Ciders from Mars are hosting a Pride Speed Mingle event on Thursday, June 6, 2024, from 5:30 PM to 8:00 PM at 121 S Lewis St, Staunton, VA 24401. This mixer aims to help individuals meet and make new friends in a relaxed environment. The $10 entry fee includes a draft cider, and a portion of the proceeds will support the Shenandoah LGBTQ Center. Tickets can be purchased in advance on the Ciders from Mars website.</w:t>
      </w:r>
      <w:r/>
    </w:p>
    <w:p>
      <w:pPr>
        <w:pStyle w:val="ListNumber"/>
        <w:spacing w:line="240" w:lineRule="auto"/>
        <w:ind w:left="720"/>
      </w:pPr>
      <w:r/>
      <w:hyperlink r:id="rId11">
        <w:r>
          <w:rPr>
            <w:color w:val="0000EE"/>
            <w:u w:val="single"/>
          </w:rPr>
          <w:t>https://www.stauntonpride.org/about</w:t>
        </w:r>
      </w:hyperlink>
      <w:r>
        <w:t xml:space="preserve"> - Staunton Pride is a volunteer-led organisation established in 2018, dedicated to celebrating, uplifting, and advocating for the LGBTQIA+ community in the Shenandoah Valley. The organisation hosts diverse programming and events throughout the year, including the annual Pride Festival. Proceeds from these events support the Shenandoah LGBTQ Center, aiding in outreach, education, and advocacy efforts. Staunton Pride is committed to fostering community connections and promoting social justice.</w:t>
      </w:r>
      <w:r/>
    </w:p>
    <w:p>
      <w:pPr>
        <w:pStyle w:val="ListNumber"/>
        <w:spacing w:line="240" w:lineRule="auto"/>
        <w:ind w:left="720"/>
      </w:pPr>
      <w:r/>
      <w:hyperlink r:id="rId14">
        <w:r>
          <w:rPr>
            <w:color w:val="0000EE"/>
            <w:u w:val="single"/>
          </w:rPr>
          <w:t>https://www.stauntonpride.org/vendor-registration</w:t>
        </w:r>
      </w:hyperlink>
      <w:r>
        <w:t xml:space="preserve"> - Staunton Pride is inviting vendors to participate in the Pride Festival on Saturday, October 17, 2026, from 12 to 5 pm at Gypsy Hill Park. The festival offers reduced pricing and higher visibility for LGBTQ+ makers and LGBTQ+-owned businesses. Vendors can apply by emailing hello@stauntonpride.org. The event will feature bandstand entertainment, food trucks, a beer garden, a vendor village, and a kids' activity area, aiming to engage the community and support local businesses.</w:t>
      </w:r>
      <w:r/>
    </w:p>
    <w:p>
      <w:pPr>
        <w:pStyle w:val="ListNumber"/>
        <w:spacing w:line="240" w:lineRule="auto"/>
        <w:ind w:left="720"/>
      </w:pPr>
      <w:r/>
      <w:hyperlink r:id="rId12">
        <w:r>
          <w:rPr>
            <w:color w:val="0000EE"/>
            <w:u w:val="single"/>
          </w:rPr>
          <w:t>https://www.stauntonpride.org/past-prides</w:t>
        </w:r>
      </w:hyperlink>
      <w:r>
        <w:t xml:space="preserve"> - Staunton Pride has been hosting annual Pride Festivals since 2018, each year featuring a variety of performances, vendors, and community activities. Past events have included live music, drag shows, food vendors, and a dedicated kids' area. The festivals aim to celebrate the LGBTQIA+ community and foster inclusivity. For detailed information on past events, including performers and activities, visit the Staunton Pride website.</w:t>
      </w:r>
      <w:r/>
    </w:p>
    <w:p>
      <w:pPr>
        <w:pStyle w:val="ListNumber"/>
        <w:spacing w:line="240" w:lineRule="auto"/>
        <w:ind w:left="720"/>
      </w:pPr>
      <w:r/>
      <w:hyperlink r:id="rId13">
        <w:r>
          <w:rPr>
            <w:color w:val="0000EE"/>
            <w:u w:val="single"/>
          </w:rPr>
          <w:t>https://www.stauntonpride.org/get-involved</w:t>
        </w:r>
      </w:hyperlink>
      <w:r>
        <w:t xml:space="preserve"> - Staunton Pride offers various opportunities for individuals to get involved, including volunteering, sponsoring, vending, and performing. Volunteers are essential to the success of the Pride Festival, and the organisation encourages community members to lend their talents and support. Sponsors can contribute to the local LGBTQIA+ community, while vendors and performers can engage with attendees and showcase their offerings. For more information on how to participate, visit the Staunton Pride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isitstaunton.com/celebrate-pride-in-staunton-va/" TargetMode="External"/><Relationship Id="rId10" Type="http://schemas.openxmlformats.org/officeDocument/2006/relationships/hyperlink" Target="https://www.stauntonpride.org/pride-festival" TargetMode="External"/><Relationship Id="rId11" Type="http://schemas.openxmlformats.org/officeDocument/2006/relationships/hyperlink" Target="https://www.stauntonpride.org/about" TargetMode="External"/><Relationship Id="rId12" Type="http://schemas.openxmlformats.org/officeDocument/2006/relationships/hyperlink" Target="https://www.stauntonpride.org/past-prides" TargetMode="External"/><Relationship Id="rId13" Type="http://schemas.openxmlformats.org/officeDocument/2006/relationships/hyperlink" Target="https://www.stauntonpride.org/get-involved" TargetMode="External"/><Relationship Id="rId14" Type="http://schemas.openxmlformats.org/officeDocument/2006/relationships/hyperlink" Target="https://www.stauntonpride.org/vendor-registration" TargetMode="External"/><Relationship Id="rId15" Type="http://schemas.openxmlformats.org/officeDocument/2006/relationships/hyperlink" Target="https://www.stauntonpride.org/event-details/pride-speed-mingle-at-ciders-from-ma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