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PINKBUS Festival 2026 guide for queer arts in Prague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Prague's PINKBUS Festival returns with theatre, drag, dance, music and visual art, bringing Czech and international performers together for a lively programme about resilience, identity and keeping queer culture moving forward.</w:t>
      </w:r>
      <w:r/>
    </w:p>
    <w:p>
      <w:pPr>
        <w:pStyle w:val="Heading2"/>
      </w:pPr>
      <w:r>
        <w:t>Essential Takeaways</w:t>
      </w:r>
      <w:r/>
      <w:r/>
    </w:p>
    <w:p>
      <w:pPr>
        <w:pStyle w:val="ListBullet"/>
        <w:spacing w:line="240" w:lineRule="auto"/>
        <w:ind w:left="720"/>
      </w:pPr>
      <w:r/>
      <w:r>
        <w:rPr>
          <w:b/>
        </w:rPr>
        <w:t>Dates:</w:t>
      </w:r>
      <w:r>
        <w:t xml:space="preserve"> The festival runs from 3 to 14 November in Prague.</w:t>
      </w:r>
      <w:r/>
    </w:p>
    <w:p>
      <w:pPr>
        <w:pStyle w:val="ListBullet"/>
        <w:spacing w:line="240" w:lineRule="auto"/>
        <w:ind w:left="720"/>
      </w:pPr>
      <w:r/>
      <w:r>
        <w:rPr>
          <w:b/>
        </w:rPr>
        <w:t>Programme:</w:t>
      </w:r>
      <w:r>
        <w:t xml:space="preserve"> Expect theatre, dance, drag, music, visual art and performance.</w:t>
      </w:r>
      <w:r/>
    </w:p>
    <w:p>
      <w:pPr>
        <w:pStyle w:val="ListBullet"/>
        <w:spacing w:line="240" w:lineRule="auto"/>
        <w:ind w:left="720"/>
      </w:pPr>
      <w:r/>
      <w:r>
        <w:rPr>
          <w:b/>
        </w:rPr>
        <w:t>New work:</w:t>
      </w:r>
      <w:r>
        <w:t xml:space="preserve"> Two projects from the First Ride open call will receive their premieres.</w:t>
      </w:r>
      <w:r/>
    </w:p>
    <w:p>
      <w:pPr>
        <w:pStyle w:val="ListBullet"/>
        <w:spacing w:line="240" w:lineRule="auto"/>
        <w:ind w:left="720"/>
      </w:pPr>
      <w:r/>
      <w:r>
        <w:rPr>
          <w:b/>
        </w:rPr>
        <w:t>International voices:</w:t>
      </w:r>
      <w:r>
        <w:t xml:space="preserve"> Artists from France, Italy and Slovakia join the Czech programme.</w:t>
      </w:r>
      <w:r/>
    </w:p>
    <w:p>
      <w:pPr>
        <w:pStyle w:val="ListBullet"/>
        <w:spacing w:line="240" w:lineRule="auto"/>
        <w:ind w:left="720"/>
      </w:pPr>
      <w:r/>
      <w:r>
        <w:rPr>
          <w:b/>
        </w:rPr>
        <w:t>Big finish:</w:t>
      </w:r>
      <w:r>
        <w:t xml:space="preserve"> The festival ends with a special BEST OF variety show featuring several familiar performers.</w:t>
      </w:r>
      <w:r/>
      <w:r/>
    </w:p>
    <w:p>
      <w:pPr>
        <w:pStyle w:val="Heading2"/>
      </w:pPr>
      <w:r>
        <w:t>Prague's queer arts scene gets a fresh jolt</w:t>
      </w:r>
      <w:r/>
    </w:p>
    <w:p>
      <w:r/>
      <w:r>
        <w:t>PINKBUS Festival is returning to Prague with a programme that feels energetic, physical and deliberately forward-looking. Across nearly two weeks, audiences can move between drag, performance, theatre and discussion, with plenty of room for work that refuses neat categories.</w:t>
      </w:r>
      <w:r/>
    </w:p>
    <w:p>
      <w:r/>
      <w:r>
        <w:t>The 2026 edition, titled Forward March!, arrives at a moment when cultural spaces are being asked to defend their value as well as showcase it. The result is a festival that promises more than a string of shows. It offers a meeting point for artists, audiences and ideas, with the occasional sharp edge expected from any event willing to ask difficult questions. According to Prague Morning, the festival also marks the start of a new season for the PINKBUS platform.</w:t>
      </w:r>
      <w:r/>
    </w:p>
    <w:p>
      <w:pPr>
        <w:pStyle w:val="Heading2"/>
      </w:pPr>
      <w:r>
        <w:t>First Ride puts emerging artists centre stage</w:t>
      </w:r>
      <w:r/>
    </w:p>
    <w:p>
      <w:r/>
      <w:r>
        <w:t>One of the programme's most appealing features is First Ride, PINKBUS's open-call initiative for new performance projects. It gives developing artists a platform while keeping the festival's atmosphere experimental rather than overly polished.</w:t>
      </w:r>
      <w:r/>
    </w:p>
    <w:p>
      <w:r/>
      <w:r>
        <w:t>Richard Eliáš will present I Guess It's Kind of My Fault, or What?, an interdisciplinary drag fantasy shaped by his studies at Prague's Academy of Arts, Architecture and Design. Meanwhile, Izbová teplota and Alejandra will offer Štúrovci Went to Devín and Had Some Fun, a playful and unconventional reworking of Slovak national-revival history. Listings from Qalendar and Altart confirm First Ride's role in the wider PINKBUS programme.</w:t>
      </w:r>
      <w:r/>
    </w:p>
    <w:p>
      <w:r/>
      <w:r>
        <w:t>That mix is part of the charm. You might arrive for a familiar format and leave having seen something difficult to describe, which is often a good sign at a contemporary arts festival.</w:t>
      </w:r>
      <w:r/>
    </w:p>
    <w:p>
      <w:pPr>
        <w:pStyle w:val="Heading2"/>
      </w:pPr>
      <w:r>
        <w:t>International collaborations bring new perspectives</w:t>
      </w:r>
      <w:r/>
    </w:p>
    <w:p>
      <w:r/>
      <w:r>
        <w:t>The festival's international strand adds extra texture, particularly through SUDOR, or Sweat, by French artists Nicolas Poggi and Giselle Hauscarriaga. Presented in a Czech premiere with a local cast, the work examines exertion, perspiration and the body's limits. It sounds intense, and probably isn't the ideal choice for anyone seeking a quiet, conventional evening at the theatre.</w:t>
      </w:r>
      <w:r/>
    </w:p>
    <w:p>
      <w:r/>
      <w:r>
        <w:t>Another collaboration connects PINKBUS with Italy's RAINBOW.IT festival and Slovakia's DRAMA QUEER. Lipsync Her Name... Because It's Precious focuses on Lucy Salani, Romina Cecconi and Ota Tasinata, three figures from European LGBTQIA+ history.</w:t>
      </w:r>
      <w:r/>
    </w:p>
    <w:p>
      <w:r/>
      <w:r>
        <w:t>Directed by Tomáš "Grófka" Procházka, the production uses three monodramatic sketches to explore identity and the resolve to live truthfully. Italian actor Antonello Foddis appears alongside his drag alter ego La Trave Nell'Okkio, while Czech performer Venice, also known as Martin Talaga, joins the cast. Festival listings from Festival Finder and Kdykam highlight the event's cross-border character.</w:t>
      </w:r>
      <w:r/>
    </w:p>
    <w:p>
      <w:pPr>
        <w:pStyle w:val="Heading2"/>
      </w:pPr>
      <w:r>
        <w:t>Why the conversations matter as much as the shows</w:t>
      </w:r>
      <w:r/>
    </w:p>
    <w:p>
      <w:r/>
      <w:r>
        <w:t>PINKBUS isn't only interested in what happens under a spotlight. Its PINKPANEL discussion series will examine how cultural policy may affect LGBTQIA+ artistic production, asking what resistance can look like when institutions and political climates become less welcoming.</w:t>
      </w:r>
      <w:r/>
    </w:p>
    <w:p>
      <w:r/>
      <w:r>
        <w:t>This year's discussion, titled (The Tinsmith's) Hammer Against Queerness, gives the festival a more openly political dimension. It also creates a useful pause between performances, allowing audiences to process what they've seen rather than simply rushing to the next event.</w:t>
      </w:r>
      <w:r/>
    </w:p>
    <w:p>
      <w:r/>
      <w:r>
        <w:t>For visitors planning their schedule, it's worth treating these conversations as part of the main programme, not optional extras. The most memorable festival experiences often come from the exchange afterwards, perhaps over a drink, a debate or a hurried note in the phone.</w:t>
      </w:r>
      <w:r/>
    </w:p>
    <w:p>
      <w:pPr>
        <w:pStyle w:val="Heading2"/>
      </w:pPr>
      <w:r>
        <w:t>End the festival with drag, variety and a proper celebration</w:t>
      </w:r>
      <w:r/>
    </w:p>
    <w:p>
      <w:r/>
      <w:r>
        <w:t>The closing BEST OF edition of the PINKBUS variety show should provide a brighter, more communal finale. Venice, Just Karen, La Cuntessa, Tonic Garbáge and Helena Araujo are among the performers named for the event, alongside special guests.</w:t>
      </w:r>
      <w:r/>
    </w:p>
    <w:p>
      <w:r/>
      <w:r>
        <w:t>That finale matters because a festival built around uncertainty still needs moments of release. The programme may tackle exhaustion, history and cultural pressure, but it also makes space for glamour, humour and the joyful spectacle of performers taking over a room.</w:t>
      </w:r>
      <w:r/>
    </w:p>
    <w:p>
      <w:r/>
      <w:r>
        <w:t>Prague Pride's performer listing for Just Karen offers a glimpse of the wider drag ecosystem connected with the event. For first-time visitors, the closing show could be the easiest entry point: lively, social and cheerfully unpredictable.</w:t>
      </w:r>
      <w:r/>
    </w:p>
    <w:p>
      <w:r/>
      <w:r>
        <w:t>PINKBUS Festival offers a strong reason to explore Prague's queer arts scene this November, whether you prefer bold performance, thoughtful discussion or glitter with a side of political commentary. Check the latest venue and ticket details before travelling, as individual events may have separate arrangements.</w:t>
      </w:r>
      <w:r/>
    </w:p>
    <w:p>
      <w:r/>
      <w:r>
        <w:t>It's a festival about moving forward, but it knows the best way to do that is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2">
        <w:r>
          <w:rPr>
            <w:color w:val="0000EE"/>
            <w:u w:val="single"/>
          </w:rPr>
          <w:t>[5]</w:t>
        </w:r>
      </w:hyperlink>
      <w:r>
        <w:t xml:space="preserve">- Paragraph 4: </w:t>
      </w:r>
      <w:hyperlink r:id="rId10">
        <w:r>
          <w:rPr>
            <w:color w:val="0000EE"/>
            <w:u w:val="single"/>
          </w:rPr>
          <w:t>[4]</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14">
        <w:r>
          <w:rPr>
            <w:color w:val="0000EE"/>
            <w:u w:val="single"/>
          </w:rPr>
          <w:t>[7]</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https://praguemorning.cz/queer-arts-festival-pinkbus-returns-with-new-performances-and-international-guests/</w:t>
        </w:r>
      </w:hyperlink>
      <w:r>
        <w:t xml:space="preserve"> - Please view link - unable to able to access data</w:t>
      </w:r>
      <w:r/>
    </w:p>
    <w:p>
      <w:pPr>
        <w:pStyle w:val="ListNumber"/>
        <w:spacing w:line="240" w:lineRule="auto"/>
        <w:ind w:left="720"/>
      </w:pPr>
      <w:r/>
      <w:hyperlink r:id="rId9">
        <w:r>
          <w:rPr>
            <w:color w:val="0000EE"/>
            <w:u w:val="single"/>
          </w:rPr>
          <w:t>https://praguemorning.cz/queer-arts-festival-pinkbus-returns-with-new-performances-and-international-guests/</w:t>
        </w:r>
      </w:hyperlink>
      <w:r>
        <w:t xml:space="preserve"> - The PINKBUS Festival is set to return to Prague from November 3-14, 2026, featuring a diverse programme of theatre, dance, drag, music, visual art, and performance. This year's edition, titled 'Forward March!', aims to address the need for progress amid uncertain social and political climates. Organised by the PINKBUS queer arts platform, the festival seeks to create a space for artists and audiences to meet, experiment, and share experiences. The programme combines established artists with new projects and marks the beginning of a new season for the platform.</w:t>
      </w:r>
      <w:r/>
    </w:p>
    <w:p>
      <w:pPr>
        <w:pStyle w:val="ListNumber"/>
        <w:spacing w:line="240" w:lineRule="auto"/>
        <w:ind w:left="720"/>
      </w:pPr>
      <w:r/>
      <w:hyperlink r:id="rId11">
        <w:r>
          <w:rPr>
            <w:color w:val="0000EE"/>
            <w:u w:val="single"/>
          </w:rPr>
          <w:t>https://kdykam.com/en/event/103089/</w:t>
        </w:r>
      </w:hyperlink>
      <w:r>
        <w:t xml:space="preserve"> - The PINKBUS Festival is scheduled to take place from November 3-14, 2026, at Venuše ve Švehlovce in Prague. The festival is a queer arts event that brings together theatre, dance, drag, music, visual art, and performance. It aims to create a space for meeting, experimentation, and sharing experiences, presenting both established and emerging artists. The 2026 edition carries the motto 'Forward March!', reflecting the need to move forward despite uncertainty in today's social and political landscape. The project is supported by the Czech Ministry of Culture, Prague City Hall, Venuše ve Švehlovce, Indutra Stage, and Primeros Condoms.</w:t>
      </w:r>
      <w:r/>
    </w:p>
    <w:p>
      <w:pPr>
        <w:pStyle w:val="ListNumber"/>
        <w:spacing w:line="240" w:lineRule="auto"/>
        <w:ind w:left="720"/>
      </w:pPr>
      <w:r/>
      <w:hyperlink r:id="rId10">
        <w:r>
          <w:rPr>
            <w:color w:val="0000EE"/>
            <w:u w:val="single"/>
          </w:rPr>
          <w:t>https://www.festivalfinder.eu/festivals/pinkbus-festival-2026/</w:t>
        </w:r>
      </w:hyperlink>
      <w:r>
        <w:t xml:space="preserve"> - The PINKBUS Festival is an international queer performing arts event in Prague, organised by the PINKBUS Platform collective. Since 2021, it has become a unique artistic and community initiative presenting queer and drag art as full-fledged forms. The festival creates an inclusive space where dance, theatre, performance, and visual art intersect, bringing together diverse artists and audiences in openness and respect. The upcoming 6th edition will take place between November 3-14, 2026, in Venuše ve Švehlovce, a key independent theatre in Prague. Over four days, the festival will present international and local performances, discussions, and workshops focusing on progressive artistic practices and queer representation in contemporary performance.</w:t>
      </w:r>
      <w:r/>
    </w:p>
    <w:p>
      <w:pPr>
        <w:pStyle w:val="ListNumber"/>
        <w:spacing w:line="240" w:lineRule="auto"/>
        <w:ind w:left="720"/>
      </w:pPr>
      <w:r/>
      <w:hyperlink r:id="rId12">
        <w:r>
          <w:rPr>
            <w:color w:val="0000EE"/>
            <w:u w:val="single"/>
          </w:rPr>
          <w:t>https://www.altart.cz/program/pinkbus-platform-pinkbus/?lang=en</w:t>
        </w:r>
      </w:hyperlink>
      <w:r>
        <w:t xml:space="preserve"> - The PiNKBUS project is a platform that supports primarily young queer artists and brings a new wave of creativity to the Czech and Slovak scenes. Through its curated performance nights, the creators have succeeded in connecting the underground queer scene with established professional artists, presenting a truly diverse range of performers from various disciplines. The project draws on the tradition of Prague cabarets and variety shows, enriching it with a rising cultural phenomenon – drag queens. Responding to the global boom of drag culture, PiNKBUS brings this vibrant art form to Prague. Interest in this kind of performance has grown rapidly and now extends far beyond the boundaries of the LGBT community.</w:t>
      </w:r>
      <w:r/>
    </w:p>
    <w:p>
      <w:pPr>
        <w:pStyle w:val="ListNumber"/>
        <w:spacing w:line="240" w:lineRule="auto"/>
        <w:ind w:left="720"/>
      </w:pPr>
      <w:r/>
      <w:hyperlink r:id="rId13">
        <w:r>
          <w:rPr>
            <w:color w:val="0000EE"/>
            <w:u w:val="single"/>
          </w:rPr>
          <w:t>https://www.qalendar.cz/udalost/pinkbus-first-ride/</w:t>
        </w:r>
      </w:hyperlink>
      <w:r>
        <w:t xml:space="preserve"> - FIRST RIDE is an open call by PINKBUS aimed at emerging artists, students, graduates, and collectives at the beginning of their careers. The call seeks performative and theatrical projects reflecting queer/LGBTI+ experiences without genre restrictions. A number of applications from the Czech Republic and Slovakia were received, from which two projects were selected to be presented as part of the PINKBUS festival programme. The selected projects are: 'I Guess It’s Kind of My Fault, or What?' by Richard Eliáš, an interdisciplinary drag fantasy, and 'Štúrovci Went to Devín and Had Some Fun' by the performative art collective Izbová teplota &amp; Alejandra, offering a new and unconventional take on the group of Slovak national revival figures known as the Štúrovci.</w:t>
      </w:r>
      <w:r/>
    </w:p>
    <w:p>
      <w:pPr>
        <w:pStyle w:val="ListNumber"/>
        <w:spacing w:line="240" w:lineRule="auto"/>
        <w:ind w:left="720"/>
      </w:pPr>
      <w:r/>
      <w:hyperlink r:id="rId14">
        <w:r>
          <w:rPr>
            <w:color w:val="0000EE"/>
            <w:u w:val="single"/>
          </w:rPr>
          <w:t>https://festival.praguepride.com/en/ucinkujici/a-magical-evening-with-just-karen/</w:t>
        </w:r>
      </w:hyperlink>
      <w:r>
        <w:t xml:space="preserve"> - A Magical Evening with Just Karen is a performance featuring Just Karen, a Prague-based drag performer known for blending comedy, theatre, live music, and chaotic queer glamour into unforgettable moments. The event is organised by the PINKBUS Platform, a Czech queer performance platform connecting theatre, music, and visual art. The platform experiments with both form and content, including drag, travesti, cabaret, and stand-up, creating a safe space for queer authorship and artistic expression. The collective successfully bridges the queer and professional alternative art scenes, bringing together performers from across genres and interdisciplinary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aguemorning.cz/queer-arts-festival-pinkbus-returns-with-new-performances-and-international-guests/" TargetMode="External"/><Relationship Id="rId10" Type="http://schemas.openxmlformats.org/officeDocument/2006/relationships/hyperlink" Target="https://www.festivalfinder.eu/festivals/pinkbus-festival-2026/" TargetMode="External"/><Relationship Id="rId11" Type="http://schemas.openxmlformats.org/officeDocument/2006/relationships/hyperlink" Target="https://kdykam.com/en/event/103089/" TargetMode="External"/><Relationship Id="rId12" Type="http://schemas.openxmlformats.org/officeDocument/2006/relationships/hyperlink" Target="https://www.altart.cz/program/pinkbus-platform-pinkbus/?lang=en" TargetMode="External"/><Relationship Id="rId13" Type="http://schemas.openxmlformats.org/officeDocument/2006/relationships/hyperlink" Target="https://www.qalendar.cz/udalost/pinkbus-first-ride/" TargetMode="External"/><Relationship Id="rId14" Type="http://schemas.openxmlformats.org/officeDocument/2006/relationships/hyperlink" Target="https://festival.praguepride.com/en/ucinkujici/a-magical-evening-with-just-kar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