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LGBTQ Books for October 2026 Reading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heading into autumn with an exceptionally rich LGBTQ book haul, as October 2026 brings a crowded mix of queer fiction, romance, fantasy and debut voices. With dozens of titles competing for attention, this month matters because there’s something for nearly every mood, from cosy escapism to darker, more searching stories.</w:t>
      </w:r>
      <w:r/>
    </w:p>
    <w:p>
      <w:pPr>
        <w:pStyle w:val="Heading2"/>
      </w:pPr>
      <w:r>
        <w:t>October is a huge month for queer publishing</w:t>
      </w:r>
      <w:r/>
    </w:p>
    <w:p>
      <w:r/>
      <w:r>
        <w:t>October arrives with the satisfying thud of an overfilled bookshop table. The month is traditionally one of the busiest in publishing, and LGBTQ releases are especially plentiful, with more than a hundred titles appearing on some new-release trackers.</w:t>
      </w:r>
      <w:r/>
    </w:p>
    <w:p>
      <w:r/>
      <w:r>
        <w:t>That abundance is exciting, but it can also be a little overwhelming. Readers looking for the best new LGBTQ books for October 2026 will find a broad spread of genres rather than one dominant trend, including contemporary stories, speculative fiction, romance and literary work. Book Riot's round-up reflects that depth, while wider release lists point to an equally busy calendar.</w:t>
      </w:r>
      <w:r/>
    </w:p>
    <w:p>
      <w:pPr>
        <w:pStyle w:val="Heading2"/>
      </w:pPr>
      <w:r>
        <w:t>Plenty of choice, from tender romance to darker fiction</w:t>
      </w:r>
      <w:r/>
    </w:p>
    <w:p>
      <w:r/>
      <w:r>
        <w:t>The strongest reason to pay attention this month is variety. Queer books aren't being treated as a single reading category, and October's releases range from warm, relationship-led stories to books shaped by suspense, grief, identity and social change.</w:t>
      </w:r>
      <w:r/>
    </w:p>
    <w:p>
      <w:r/>
      <w:r>
        <w:t>That makes the season feel refreshingly open-ended. A reader might begin with a gentle romance, move on to an atmospheric fantasy and then reach for something more emotionally demanding. Lists from The Turnaround Blog and Rising Shadow underline how well queer publishing continues to travel across genres and moods.</w:t>
      </w:r>
      <w:r/>
    </w:p>
    <w:p>
      <w:pPr>
        <w:pStyle w:val="Heading2"/>
      </w:pPr>
      <w:r>
        <w:t>New voices are sharing the spotlight</w:t>
      </w:r>
      <w:r/>
    </w:p>
    <w:p>
      <w:r/>
      <w:r>
        <w:t>Debut authors remain an important part of the October conversation. New writers bring different perspectives, structures and lived experiences to LGBTQ storytelling, often alongside established authors whose latest books already have eager audiences.</w:t>
      </w:r>
      <w:r/>
    </w:p>
    <w:p>
      <w:r/>
      <w:r>
        <w:t>The 2026 Debuts catalogue highlights the scale of that emerging talent, while release calendars such as New Books Alert offer a useful way to spot titles before they disappear beneath the month’s steady stream of launches. For readers who enjoy finding an author early, this is a particularly promising moment.</w:t>
      </w:r>
      <w:r/>
    </w:p>
    <w:p>
      <w:pPr>
        <w:pStyle w:val="Heading2"/>
      </w:pPr>
      <w:r>
        <w:t>How to choose your next LGBTQ read</w:t>
      </w:r>
      <w:r/>
    </w:p>
    <w:p>
      <w:r/>
      <w:r>
        <w:t>Start with mood rather than marketing labels. If you want something soft and comforting, look for romance or contemporary fiction; if you’re after a darker evening read, try a thriller, gothic story or speculative novel. A cover may catch your eye, but the synopsis and content notes will tell you far more about the experience ahead.</w:t>
      </w:r>
      <w:r/>
    </w:p>
    <w:p>
      <w:r/>
      <w:r>
        <w:t>It’s also worth checking publication dates and formats. Some titles may arrive in hardback first, while others appear simultaneously as e-books or audiobooks. Keeping a short reading queue, rather than attempting to conquer the entire October list, is probably kinder to both your shelves and your sleep.</w:t>
      </w:r>
      <w:r/>
    </w:p>
    <w:p>
      <w:pPr>
        <w:pStyle w:val="Heading2"/>
      </w:pPr>
      <w:r>
        <w:t>The autumn reading list keeps getting bigger</w:t>
      </w:r>
      <w:r/>
    </w:p>
    <w:p>
      <w:r/>
      <w:r>
        <w:t>October’s LGBTQ releases suggest that queer publishing continues to expand in both scale and ambition. The sheer number of titles can feel daunting, but it also means readers have more freedom to find stories that sound personal, surprising or simply fun.</w:t>
      </w:r>
      <w:r/>
    </w:p>
    <w:p>
      <w:r/>
      <w:r>
        <w:t>And if one book doesn’t fit, another is never far away. Round-ups from Book Riot, The Turnaround Blog, MM Bookworm Reviews and other release trackers make the search easier, turning a crowded month into a promising reading adventure.</w:t>
      </w:r>
      <w:r/>
    </w:p>
    <w:p>
      <w:r/>
      <w:r>
        <w:t>Find a title that matches your mood, then let the rest wait on the shelf.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[5]</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13">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[5]</w:t>
        </w:r>
      </w:hyperlink>
      <w:r>
        <w:t xml:space="preserve">, </w:t>
      </w:r>
      <w:hyperlink r:id="rId12">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[5]</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13">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https://bookriot.com/new-lgbtq-books-october-2026/</w:t>
        </w:r>
      </w:hyperlink>
      <w:r>
        <w:t xml:space="preserve"> - Please view link - unable to able to access data</w:t>
      </w:r>
      <w:r/>
    </w:p>
    <w:p>
      <w:pPr>
        <w:pStyle w:val="ListNumber"/>
        <w:spacing w:line="240" w:lineRule="auto"/>
        <w:ind w:left="720"/>
      </w:pPr>
      <w:r/>
      <w:hyperlink r:id="rId9">
        <w:r>
          <w:rPr>
            <w:color w:val="0000EE"/>
            <w:u w:val="single"/>
          </w:rPr>
          <w:t>https://bookriot.com/new-lgbtq-books-october-2026/</w:t>
        </w:r>
      </w:hyperlink>
      <w:r>
        <w:t xml:space="preserve"> - Book Riot's article highlights 16 notable LGBTQ books released in October 2026, including titles like 'Venus, Vanishing' by Rebecca Birrell and 'The Two Wills' by Blair Fell. The piece also offers a bonus list of 41 additional LGBTQ books for All Access members, showcasing the month's diverse literary offerings.</w:t>
      </w:r>
      <w:r/>
    </w:p>
    <w:p>
      <w:pPr>
        <w:pStyle w:val="ListNumber"/>
        <w:spacing w:line="240" w:lineRule="auto"/>
        <w:ind w:left="720"/>
      </w:pPr>
      <w:r/>
      <w:hyperlink r:id="rId11">
        <w:r>
          <w:rPr>
            <w:color w:val="0000EE"/>
            <w:u w:val="single"/>
          </w:rPr>
          <w:t>https://theturnaroundblog.com/2026/10/02/20-new-queer-books-for-rainier-days-and-darker-nights/</w:t>
        </w:r>
      </w:hyperlink>
      <w:r>
        <w:t xml:space="preserve"> - The Turnaround Blog presents 20 new queer books for October 2026, featuring works like 'Paradise Burns' by Pol Guasch and 'The Log Books' by Tash Walker and Adam Zmith. The article emphasizes the importance of preserving queer narratives, especially during challenging times for trans and queer rights.</w:t>
      </w:r>
      <w:r/>
    </w:p>
    <w:p>
      <w:pPr>
        <w:pStyle w:val="ListNumber"/>
        <w:spacing w:line="240" w:lineRule="auto"/>
        <w:ind w:left="720"/>
      </w:pPr>
      <w:r/>
      <w:hyperlink r:id="rId13">
        <w:r>
          <w:rPr>
            <w:color w:val="0000EE"/>
            <w:u w:val="single"/>
          </w:rPr>
          <w:t>https://www.mmbookwormreviews.com/</w:t>
        </w:r>
      </w:hyperlink>
      <w:r>
        <w:t xml:space="preserve"> - MM Bookworm Reviews and Releases provides updates on new M/M gay romance books, including releases for October 3, 2026, and pre-orders for October 4, 2026. The site also features promotions spotlighting Canadian authors and a blog for LGBTQ+ community book reviews.</w:t>
      </w:r>
      <w:r/>
    </w:p>
    <w:p>
      <w:pPr>
        <w:pStyle w:val="ListNumber"/>
        <w:spacing w:line="240" w:lineRule="auto"/>
        <w:ind w:left="720"/>
      </w:pPr>
      <w:r/>
      <w:hyperlink r:id="rId10">
        <w:r>
          <w:rPr>
            <w:color w:val="0000EE"/>
            <w:u w:val="single"/>
          </w:rPr>
          <w:t>https://www.risingshadow.net/upcoming-book-releases/lgbtq</w:t>
        </w:r>
      </w:hyperlink>
      <w:r>
        <w:t xml:space="preserve"> - Rising Shadow lists upcoming LGBTQ+ book releases, such as 'The Sky Pirate's Rebel' by Michele Notaro, scheduled for October 11, 2026. The site offers a comprehensive overview of forthcoming LGBTQ+ literature.</w:t>
      </w:r>
      <w:r/>
    </w:p>
    <w:p>
      <w:pPr>
        <w:pStyle w:val="ListNumber"/>
        <w:spacing w:line="240" w:lineRule="auto"/>
        <w:ind w:left="720"/>
      </w:pPr>
      <w:r/>
      <w:hyperlink r:id="rId14">
        <w:r>
          <w:rPr>
            <w:color w:val="0000EE"/>
            <w:u w:val="single"/>
          </w:rPr>
          <w:t>https://2026debuts.com/brands/06-lgbtq/</w:t>
        </w:r>
      </w:hyperlink>
      <w:r>
        <w:t xml:space="preserve"> - 2026 Debuts showcases a selection of LGBTQ+ debut books, including titles like 'My Violent Muse' (October 6), 'Mothsblood' (October 13), and 'Lethal Kiss' (October 20). The site provides a curated list of new LGBTQ+ literature.</w:t>
      </w:r>
      <w:r/>
    </w:p>
    <w:p>
      <w:pPr>
        <w:pStyle w:val="ListNumber"/>
        <w:spacing w:line="240" w:lineRule="auto"/>
        <w:ind w:left="720"/>
      </w:pPr>
      <w:r/>
      <w:hyperlink r:id="rId12">
        <w:r>
          <w:rPr>
            <w:color w:val="0000EE"/>
            <w:u w:val="single"/>
          </w:rPr>
          <w:t>https://newbooksalert.com/october-2026-book-releases/</w:t>
        </w:r>
      </w:hyperlink>
      <w:r>
        <w:t xml:space="preserve"> - NewBooksAlert offers a schedule of 245 recommended books for October 2026, including titles like 'Dead Before Teatime' by M.C. Beaton and 'Death by the Sea' by Hannah Ellis. The site provides daily updates on upcoming book releases.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okriot.com/new-lgbtq-books-october-2026/" TargetMode="External"/><Relationship Id="rId10" Type="http://schemas.openxmlformats.org/officeDocument/2006/relationships/hyperlink" Target="https://www.risingshadow.net/upcoming-book-releases/lgbtq" TargetMode="External"/><Relationship Id="rId11" Type="http://schemas.openxmlformats.org/officeDocument/2006/relationships/hyperlink" Target="https://theturnaroundblog.com/2026/10/02/20-new-queer-books-for-rainier-days-and-darker-nights/" TargetMode="External"/><Relationship Id="rId12" Type="http://schemas.openxmlformats.org/officeDocument/2006/relationships/hyperlink" Target="https://newbooksalert.com/october-2026-book-releases/" TargetMode="External"/><Relationship Id="rId13" Type="http://schemas.openxmlformats.org/officeDocument/2006/relationships/hyperlink" Target="https://www.mmbookwormreviews.com/" TargetMode="External"/><Relationship Id="rId14" Type="http://schemas.openxmlformats.org/officeDocument/2006/relationships/hyperlink" Target="https://2026debuts.com/brands/06-lgbt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