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Guide to Madison, Wisconsin, Year-Round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Madison, Wisconsin, as a welcoming LGBTQ+ destination where lakeside walks, queer-owned venues and a lively Pride calendar come together. Set between two lakes, the progressive US city offers far more than a summer festival, making it a thoughtful choice for visitors seeking community, culture and an easy-going Midwestern escape.</w:t>
      </w:r>
      <w:r/>
    </w:p>
    <w:p>
      <w:pPr>
        <w:pStyle w:val="Heading2"/>
      </w:pPr>
      <w:r>
        <w:t>Why Madison feels welcoming from the start</w:t>
      </w:r>
      <w:r/>
    </w:p>
    <w:p>
      <w:r/>
      <w:r>
        <w:t>Madison's appeal is immediate: fresh lake air, leafy parks and the tempting crunch of fried cheese curds. But its LGBTQ+ welcome goes deeper than good food and pretty scenery. The city has a visible queer community, supportive local organisations and a civic culture that has helped LGBTQ+ leaders make history, according to Visit Madison and local community resources.</w:t>
      </w:r>
      <w:r/>
    </w:p>
    <w:p>
      <w:r/>
      <w:r>
        <w:t>That combination gives the city a relaxed confidence. Visitors can explore a university town and a state capital in the same afternoon, moving from museums and bookshops to restaurants, bars and waterfront paths without the trip feeling overly formal.</w:t>
      </w:r>
      <w:r/>
    </w:p>
    <w:p>
      <w:pPr>
        <w:pStyle w:val="Heading2"/>
      </w:pPr>
      <w:r>
        <w:t>Pride here stretches beyond one weekend</w:t>
      </w:r>
      <w:r/>
    </w:p>
    <w:p>
      <w:r/>
      <w:r>
        <w:t>Madison's Pride calendar has a broader shape than the familiar June-only model. Pride celebrations take place across the summer, while the OutReach Magic Pride Festival brings a major community gathering to the city later in the season, according to OutReach LGBTQ+ Community Center and festival listings.</w:t>
      </w:r>
      <w:r/>
    </w:p>
    <w:p>
      <w:r/>
      <w:r>
        <w:t>That timing matters for travellers planning around school holidays, warm-weather events or a longer Wisconsin road trip. Rather than squeezing everything into a single weekend, visitors can choose a festival date that suits them and still find LGBTQ+ community activity at other points in the year.</w:t>
      </w:r>
      <w:r/>
    </w:p>
    <w:p>
      <w:pPr>
        <w:pStyle w:val="Heading2"/>
      </w:pPr>
      <w:r>
        <w:t>Lakes, parks and a gentler pace</w:t>
      </w:r>
      <w:r/>
    </w:p>
    <w:p>
      <w:r/>
      <w:r>
        <w:t>Madison's geography is one of its biggest advantages. The city sits on an isthmus between Lakes Mendota and Monona, with parks and outdoor spaces offering an easy way to slow down between meals, events and nightlife.</w:t>
      </w:r>
      <w:r/>
    </w:p>
    <w:p>
      <w:r/>
      <w:r>
        <w:t>For LGBTQ+ travellers, that outdoor setting adds balance to a city break. A morning beside the water, an afternoon browsing local businesses and an evening at a community event can all fit comfortably into one day. Madison Public Library's LGBTQ+ wellness resources also reflect the importance of community, wellbeing and accessible support beyond the festival season.</w:t>
      </w:r>
      <w:r/>
    </w:p>
    <w:p>
      <w:pPr>
        <w:pStyle w:val="Heading2"/>
      </w:pPr>
      <w:r>
        <w:t>What to do beyond the main festival</w:t>
      </w:r>
      <w:r/>
    </w:p>
    <w:p>
      <w:r/>
      <w:r>
        <w:t>A good Madison itinerary shouldn't begin and end with the Pride flag. Look for queer-owned or LGBTQ+-friendly breweries, restaurants, independent businesses and nightlife venues, then mix them with the city's cultural attractions and public spaces. Visit Madison's LGBTQ+ travel information is a useful starting point for building that list before departure.</w:t>
      </w:r>
      <w:r/>
    </w:p>
    <w:p>
      <w:r/>
      <w:r>
        <w:t>The city's university energy helps keep the calendar lively, while its role as Wisconsin's capital brings a more established civic and cultural scene. That blend is part of the charm: one moment feels youthful and spontaneous, and the next has the considered rhythm of a long-settled community.</w:t>
      </w:r>
      <w:r/>
    </w:p>
    <w:p>
      <w:pPr>
        <w:pStyle w:val="Heading2"/>
      </w:pPr>
      <w:r>
        <w:t>Plan around people, not just places</w:t>
      </w:r>
      <w:r/>
    </w:p>
    <w:p>
      <w:r/>
      <w:r>
        <w:t>Before booking, check the latest dates, venue details and accessibility information through OutReach, the Magic Pride Festival website and local event listings. Festival schedules can shift, and smaller gatherings may have different arrangements from large public celebrations.</w:t>
      </w:r>
      <w:r/>
    </w:p>
    <w:p>
      <w:r/>
      <w:r>
        <w:t>It also pays to leave room for unplanned discoveries. Madison is compact enough to explore without a frantic schedule, and the best memories may come from a quiet lakeside pause, a friendly local recommendation or another plate of cheese curds. Sometimes, that's the real measure of a welcoming destination.</w:t>
      </w:r>
      <w:r/>
    </w:p>
    <w:p>
      <w:r/>
      <w:r>
        <w:t>Madison makes a strong case for LGBTQ+ travel that feels open, outdoorsy and genuinely lived-in.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5">
        <w:r>
          <w:rPr>
            <w:color w:val="0000EE"/>
            <w:u w:val="single"/>
          </w:rPr>
          <w:t>[5]</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[3]</w:t>
        </w:r>
      </w:hyperlink>
      <w:r>
        <w:t xml:space="preserve">- Paragraph 6: </w:t>
      </w:r>
      <w:hyperlink r:id="rId10">
        <w:r>
          <w:rPr>
            <w:color w:val="0000EE"/>
            <w:u w:val="single"/>
          </w:rPr>
          <w:t>[2]</w:t>
        </w:r>
      </w:hyperlink>
      <w:r>
        <w:t xml:space="preserve">, </w:t>
      </w:r>
      <w:hyperlink r:id="rId14">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10">
        <w:r>
          <w:rPr>
            <w:color w:val="0000EE"/>
            <w:u w:val="single"/>
          </w:rPr>
          <w:t>[2]</w:t>
        </w:r>
      </w:hyperlink>
      <w:r>
        <w:t xml:space="preserve">, </w:t>
      </w:r>
      <w:hyperlink r:id="rId15">
        <w:r>
          <w:rPr>
            <w:color w:val="0000EE"/>
            <w:u w:val="single"/>
          </w:rPr>
          <w:t>[5]</w:t>
        </w:r>
      </w:hyperlink>
      <w:r>
        <w:t xml:space="preserve">- Paragraph 10: </w:t>
      </w:r>
      <w:hyperlink r:id="rId13">
        <w:r>
          <w:rPr>
            <w:color w:val="0000EE"/>
            <w:u w:val="single"/>
          </w:rPr>
          <w:t>[3]</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https://travelingiq.com/2026/10/06/lgbtq-travel-guide-to-madison-wisconsin/?utm_source=rss&amp;utm_medium=rss&amp;utm_campaign=lgbtq-travel-guide-to-madison-wisconsin</w:t>
        </w:r>
      </w:hyperlink>
      <w:r>
        <w:t xml:space="preserve"> - Please view link - unable to able to access data</w:t>
      </w:r>
      <w:r/>
    </w:p>
    <w:p>
      <w:pPr>
        <w:pStyle w:val="ListNumber"/>
        <w:spacing w:line="240" w:lineRule="auto"/>
        <w:ind w:left="720"/>
      </w:pPr>
      <w:r/>
      <w:hyperlink r:id="rId10">
        <w:r>
          <w:rPr>
            <w:color w:val="0000EE"/>
            <w:u w:val="single"/>
          </w:rPr>
          <w:t>https://www.visitmadison.com/plan/lgbtq/</w:t>
        </w:r>
      </w:hyperlink>
      <w:r>
        <w:t xml:space="preserve"> - Madison, Wisconsin, is renowned for its inclusivity and vibrant LGBTQ+ community. The city boasts over 30 LGBTQ+ owned businesses, including breweries, restaurants, and nightlife venues. The annual OutReach Magic Pride Festival, held in August, features live performances, a diverse vendor area, and family-friendly activities. Additionally, the LGBTQ+ Pride Pathways initiative ensures that local businesses uphold non-discriminatory practices, creating a welcoming environment for all visitors. Madison's commitment to diversity is further exemplified by its high number of parks per capita and its unique location between Lakes Mendota and Monona.</w:t>
      </w:r>
      <w:r/>
    </w:p>
    <w:p>
      <w:pPr>
        <w:pStyle w:val="ListNumber"/>
        <w:spacing w:line="240" w:lineRule="auto"/>
        <w:ind w:left="720"/>
      </w:pPr>
      <w:r/>
      <w:hyperlink r:id="rId13">
        <w:r>
          <w:rPr>
            <w:color w:val="0000EE"/>
            <w:u w:val="single"/>
          </w:rPr>
          <w:t>https://www.outreachmagicfestival.org/</w:t>
        </w:r>
      </w:hyperlink>
      <w:r>
        <w:t xml:space="preserve"> - The OutReach Magic Pride Festival is Madison's premier LGBTQ+ celebration, organized by the OutReach LGBTQ+ Community Center. Scheduled for August 16, 2026, at Warner Park, the festival will feature local LGBTQ+ performers, a large vendor area, games and activities for youth and families, and a variety of food and beverages. For more information, attendees can contact Doug Holtz at 608-255-8582 or email dough@lgbtoutreach.org. The festival has been a cornerstone of Madison's LGBTQ+ community since its inception, evolving from the original Pride march and rally organized by the now-defunct GALVAnize organization and the MAGIC Picnic started by the late Rodney Scheel. (</w:t>
      </w:r>
      <w:hyperlink r:id="rId16">
        <w:r>
          <w:rPr>
            <w:color w:val="0000EE"/>
            <w:u w:val="single"/>
          </w:rPr>
          <w:t>outreachmagicfestival.org</w:t>
        </w:r>
      </w:hyperlink>
      <w:r>
        <w:t>)</w:t>
      </w:r>
      <w:r/>
    </w:p>
    <w:p>
      <w:pPr>
        <w:pStyle w:val="ListNumber"/>
        <w:spacing w:line="240" w:lineRule="auto"/>
        <w:ind w:left="720"/>
      </w:pPr>
      <w:r/>
      <w:hyperlink r:id="rId14">
        <w:r>
          <w:rPr>
            <w:color w:val="0000EE"/>
            <w:u w:val="single"/>
          </w:rPr>
          <w:t>https://www.madtownjamz.com/event/magic-pride-festival/</w:t>
        </w:r>
      </w:hyperlink>
      <w:r>
        <w:t xml:space="preserve"> - The OutReach Magic Pride Festival is Madison's premier LGBTQ+ celebration, organized by the OutReach LGBTQ+ Community Center. Scheduled for August 17, 2025, at Warner Park, the festival will feature local LGBTQ+ performers, a large vendor area, games and activities for youth and families, and a variety of food and beverages. For more information, attendees can contact Steve at 608-255-8582 or email mackm@lgbtoutreach.org. The festival has been a cornerstone of Madison's LGBTQ+ community since its inception, evolving from the original Pride march and rally organized by the now-defunct GALVAnize organization and the MAGIC Picnic started by the late Rodney Scheel. (</w:t>
      </w:r>
      <w:hyperlink r:id="rId16">
        <w:r>
          <w:rPr>
            <w:color w:val="0000EE"/>
            <w:u w:val="single"/>
          </w:rPr>
          <w:t>outreachmagicfestival.org</w:t>
        </w:r>
      </w:hyperlink>
      <w:r>
        <w:t>)</w:t>
      </w:r>
      <w:r/>
    </w:p>
    <w:p>
      <w:pPr>
        <w:pStyle w:val="ListNumber"/>
        <w:spacing w:line="240" w:lineRule="auto"/>
        <w:ind w:left="720"/>
      </w:pPr>
      <w:r/>
      <w:hyperlink r:id="rId15">
        <w:r>
          <w:rPr>
            <w:color w:val="0000EE"/>
            <w:u w:val="single"/>
          </w:rPr>
          <w:t>https://www.thercc.org/rcc-events/61zppp4n2cwhsuwaepriyfnaq9eihi</w:t>
        </w:r>
      </w:hyperlink>
      <w:r>
        <w:t xml:space="preserve"> - The OutReach Magic Pride Festival is Madison's premier LGBTQ+ celebration, organized by the OutReach LGBTQ+ Community Center. Scheduled for August 17, 2025, at Warner Park, the festival will feature local LGBTQ+ performers, a large vendor area, games and activities for youth and families, and a variety of food and beverages. For more information, attendees can contact Steve at 608-255-8582 or email mackm@lgbtoutreach.org. The festival has been a cornerstone of Madison's LGBTQ+ community since its inception, evolving from the original Pride march and rally organized by the now-defunct GALVAnize organization and the MAGIC Picnic started by the late Rodney Scheel. (</w:t>
      </w:r>
      <w:hyperlink r:id="rId16">
        <w:r>
          <w:rPr>
            <w:color w:val="0000EE"/>
            <w:u w:val="single"/>
          </w:rPr>
          <w:t>outreachmagicfestival.org</w:t>
        </w:r>
      </w:hyperlink>
      <w:r>
        <w:t>)</w:t>
      </w:r>
      <w:r/>
    </w:p>
    <w:p>
      <w:pPr>
        <w:pStyle w:val="ListNumber"/>
        <w:spacing w:line="240" w:lineRule="auto"/>
        <w:ind w:left="720"/>
      </w:pPr>
      <w:r/>
      <w:hyperlink r:id="rId11">
        <w:r>
          <w:rPr>
            <w:color w:val="0000EE"/>
            <w:u w:val="single"/>
          </w:rPr>
          <w:t>https://www.madisonpubliclibrary.org/resources/guides/lgbtq-wellness-guide</w:t>
        </w:r>
      </w:hyperlink>
      <w:r>
        <w:t xml:space="preserve"> - Madison Public Library offers an LGBTQ+ Wellness Guide, providing resources such as mental health providers, support groups, hotlines, and more. This guide aims to inform and empower the LGBTQ+ community in Madison and Dane County, ensuring they have access to essential services and support. The library's commitment to inclusivity is evident in its comprehensive approach to addressing the unique needs of the LGBTQ+ community. The guide is available at all nine Madison Public Library locations and the Dream Bus, reflecting the city's dedication to supporting its diverse residents.</w:t>
      </w:r>
      <w:r/>
    </w:p>
    <w:p>
      <w:pPr>
        <w:pStyle w:val="ListNumber"/>
        <w:spacing w:line="240" w:lineRule="auto"/>
        <w:ind w:left="720"/>
      </w:pPr>
      <w:r/>
      <w:hyperlink r:id="rId12">
        <w:r>
          <w:rPr>
            <w:color w:val="0000EE"/>
            <w:u w:val="single"/>
          </w:rPr>
          <w:t>https://en.wikipedia.org/wiki/Madison_Pride_and_MAGIC_Picnic</w:t>
        </w:r>
      </w:hyperlink>
      <w:r>
        <w:t xml:space="preserve"> - The Madison Pride and MAGIC Picnic was an annual celebration of the LGBTQ+ community in Madison, Wisconsin. The event combined the Pride march and rally, originally organized by the now-defunct GALVAnize organization, with the MAGIC Picnic, which was started by the late Rodney Scheel. The MAGIC Picnic was traditionally held at Brittingham Park and was a significant gathering for the community. In 2014, the OutReach LGBTQ+ Community Center took over the major Pride celebration in Madison, WI, and remains the main Pride Parade planning organization today. (</w:t>
      </w:r>
      <w:hyperlink r:id="rId16">
        <w:r>
          <w:rPr>
            <w:color w:val="0000EE"/>
            <w:u w:val="single"/>
          </w:rPr>
          <w:t>outreachmagicfestival.org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velingiq.com/2026/10/06/lgbtq-travel-guide-to-madison-wisconsin/?utm_source=rss&amp;utm_medium=rss&amp;utm_campaign=lgbtq-travel-guide-to-madison-wisconsin" TargetMode="External"/><Relationship Id="rId10" Type="http://schemas.openxmlformats.org/officeDocument/2006/relationships/hyperlink" Target="https://www.visitmadison.com/plan/lgbtq/" TargetMode="External"/><Relationship Id="rId11" Type="http://schemas.openxmlformats.org/officeDocument/2006/relationships/hyperlink" Target="https://www.madisonpubliclibrary.org/resources/guides/lgbtq-wellness-guide" TargetMode="External"/><Relationship Id="rId12" Type="http://schemas.openxmlformats.org/officeDocument/2006/relationships/hyperlink" Target="https://en.wikipedia.org/wiki/Madison_Pride_and_MAGIC_Picnic" TargetMode="External"/><Relationship Id="rId13" Type="http://schemas.openxmlformats.org/officeDocument/2006/relationships/hyperlink" Target="https://www.outreachmagicfestival.org/" TargetMode="External"/><Relationship Id="rId14" Type="http://schemas.openxmlformats.org/officeDocument/2006/relationships/hyperlink" Target="https://www.madtownjamz.com/event/magic-pride-festival/" TargetMode="External"/><Relationship Id="rId15" Type="http://schemas.openxmlformats.org/officeDocument/2006/relationships/hyperlink" Target="https://www.thercc.org/rcc-events/61zppp4n2cwhsuwaepriyfnaq9eihi" TargetMode="External"/><Relationship Id="rId16" Type="http://schemas.openxmlformats.org/officeDocument/2006/relationships/hyperlink" Target="https://www.outreachmagicfestival.org/a-history-of-pri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