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Philadelphia for a Queer City Break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Philadelphia as an easy, welcoming LGBTQ+ destination, with a walkable gayborhood, lively queer nightlife, standout restaurants and neighbourhoods packed with character. From inclusive Pride history to drag brunches and excellent bakeries, the city offers plenty for a long weekend without the fuss, cost or attitude of larger East Coast rivals.</w:t>
      </w:r>
      <w:r/>
    </w:p>
    <w:p>
      <w:pPr>
        <w:pStyle w:val="Heading2"/>
      </w:pPr>
      <w:r>
        <w:t>Essential Takeaways</w:t>
      </w:r>
      <w:r/>
      <w:r/>
    </w:p>
    <w:p>
      <w:pPr>
        <w:pStyle w:val="ListBullet"/>
        <w:spacing w:line="240" w:lineRule="auto"/>
        <w:ind w:left="720"/>
      </w:pPr>
      <w:r/>
      <w:r>
        <w:rPr>
          <w:b/>
        </w:rPr>
        <w:t>A sizeable gayborhood:</w:t>
      </w:r>
      <w:r>
        <w:t xml:space="preserve"> The central LGBTQ+ district covers roughly 25 blocks near City Hall, making it easy to explore on foot.</w:t>
      </w:r>
      <w:r/>
    </w:p>
    <w:p>
      <w:pPr>
        <w:pStyle w:val="ListBullet"/>
        <w:spacing w:line="240" w:lineRule="auto"/>
        <w:ind w:left="720"/>
      </w:pPr>
      <w:r/>
      <w:r>
        <w:rPr>
          <w:b/>
        </w:rPr>
        <w:t>History with real weight:</w:t>
      </w:r>
      <w:r>
        <w:t xml:space="preserve"> Philadelphia played a major role in LGBTQ+ rights activism and helped bring black and brown stripes to the Pride flag.</w:t>
      </w:r>
      <w:r/>
    </w:p>
    <w:p>
      <w:pPr>
        <w:pStyle w:val="ListBullet"/>
        <w:spacing w:line="240" w:lineRule="auto"/>
        <w:ind w:left="720"/>
      </w:pPr>
      <w:r/>
      <w:r>
        <w:rPr>
          <w:b/>
        </w:rPr>
        <w:t>Free city highlights:</w:t>
      </w:r>
      <w:r>
        <w:t xml:space="preserve"> The Liberty Bell, Rocky Steps and Reading Terminal Market make sightseeing easier on the wallet.</w:t>
      </w:r>
      <w:r/>
    </w:p>
    <w:p>
      <w:pPr>
        <w:pStyle w:val="ListBullet"/>
        <w:spacing w:line="240" w:lineRule="auto"/>
        <w:ind w:left="720"/>
      </w:pPr>
      <w:r/>
      <w:r>
        <w:rPr>
          <w:b/>
        </w:rPr>
        <w:t>Nightlife for every mood:</w:t>
      </w:r>
      <w:r>
        <w:t xml:space="preserve"> Expect friendly pubs, sports bars, drag venues, piano bars and dance floors.</w:t>
      </w:r>
      <w:r/>
    </w:p>
    <w:p>
      <w:pPr>
        <w:pStyle w:val="ListBullet"/>
        <w:spacing w:line="240" w:lineRule="auto"/>
        <w:ind w:left="720"/>
      </w:pPr>
      <w:r/>
      <w:r>
        <w:rPr>
          <w:b/>
        </w:rPr>
        <w:t>Food is part of the attraction:</w:t>
      </w:r>
      <w:r>
        <w:t xml:space="preserve"> Queer-owned restaurants, bakeries and brunch spots give the city a deliciously local edge.</w:t>
      </w:r>
      <w:r/>
      <w:r/>
    </w:p>
    <w:p>
      <w:pPr>
        <w:pStyle w:val="Heading2"/>
      </w:pPr>
      <w:r>
        <w:t>Philadelphia's gayborhood makes exploring easy</w:t>
      </w:r>
      <w:r/>
    </w:p>
    <w:p>
      <w:r/>
      <w:r>
        <w:t>Philadelphia's LGBTQ+ scene feels wonderfully concentrated without feeling boxed in. The main gayborhood sits just south of City Hall and stretches across about 25 blocks, so visitors can move between bars, restaurants, shops and hotels without constantly reaching for a taxi.</w:t>
      </w:r>
      <w:r/>
    </w:p>
    <w:p>
      <w:r/>
      <w:r>
        <w:t>That compact layout is one reason the city works so well for a long weekend. Philadelphia has the energy of a major American city, but its streets feel more manageable than those of New York. There's a pleasant lack of ceremony to it all, too. You can grab coffee, wander through a historic square and end up at a lively bar without making a military-grade plan.</w:t>
      </w:r>
      <w:r/>
    </w:p>
    <w:p>
      <w:r/>
      <w:r>
        <w:t xml:space="preserve">The Philly Pride Visitor Center is a useful first stop. It offers local LGBTQ+ history alongside practical information, including the city's place in early rights activism and its continuing role in shaping a more inclusive Pride movement. Philadelphia's updated flag, introduced with black and brown stripes, remains an especially visible reminder that representation matters. Philadelphia Magazine and LGBTQ Nation reported on the change and the conversation it prompted. </w:t>
      </w:r>
      <w:hyperlink r:id="rId9">
        <w:r>
          <w:rPr>
            <w:color w:val="0000EE"/>
            <w:u w:val="single"/>
          </w:rPr>
          <w:t>[2]</w:t>
        </w:r>
      </w:hyperlink>
      <w:r>
        <w:t xml:space="preserve">, </w:t>
      </w:r>
      <w:hyperlink r:id="rId10">
        <w:r>
          <w:rPr>
            <w:color w:val="0000EE"/>
            <w:u w:val="single"/>
          </w:rPr>
          <w:t>[4]</w:t>
        </w:r>
      </w:hyperlink>
      <w:r/>
    </w:p>
    <w:p>
      <w:pPr>
        <w:pStyle w:val="Heading2"/>
      </w:pPr>
      <w:r>
        <w:t>A city where queer history stays visible</w:t>
      </w:r>
      <w:r/>
    </w:p>
    <w:p>
      <w:r/>
      <w:r>
        <w:t>Philadelphia's LGBTQ+ story isn't tucked away in a museum basement. The city hosted an early LGBTQ+ rights sit-in in 1965, introduced a comprehensive LGBTQ+ civil rights law in 1982 and became closely associated with a more inclusive Pride flag design decades later.</w:t>
      </w:r>
      <w:r/>
    </w:p>
    <w:p>
      <w:r/>
      <w:r>
        <w:t xml:space="preserve">That history gives the visitor experience extra depth. A night out here isn't separate from the city's cultural identity; it's part of a longer story about visibility, protest and community. The City of Philadelphia has also highlighted the importance of Pride and the work of its Office of LGBT Affairs, while reporting from YES! Magazine explored why the flag's additional colours carried such significance. </w:t>
      </w:r>
      <w:hyperlink r:id="rId11">
        <w:r>
          <w:rPr>
            <w:color w:val="0000EE"/>
            <w:u w:val="single"/>
          </w:rPr>
          <w:t>[3]</w:t>
        </w:r>
      </w:hyperlink>
      <w:r>
        <w:t xml:space="preserve">, </w:t>
      </w:r>
      <w:hyperlink r:id="rId12">
        <w:r>
          <w:rPr>
            <w:color w:val="0000EE"/>
            <w:u w:val="single"/>
          </w:rPr>
          <w:t>[5]</w:t>
        </w:r>
      </w:hyperlink>
      <w:r/>
    </w:p>
    <w:p>
      <w:r/>
      <w:r>
        <w:t>For travellers, the practical lesson is simple: leave room for context. A quick visit to a Pride information centre or a local landmark can change the way the rest of the weekend feels. Suddenly, the rainbow window display isn't just decoration. It's a small piece of a much bigger civic conversation.</w:t>
      </w:r>
      <w:r/>
    </w:p>
    <w:p>
      <w:pPr>
        <w:pStyle w:val="Heading2"/>
      </w:pPr>
      <w:r>
        <w:t>Free Philadelphia delivers big-ticket sights without the bill</w:t>
      </w:r>
      <w:r/>
    </w:p>
    <w:p>
      <w:r/>
      <w:r>
        <w:t>Philadelphia is unusually generous with its headline attractions. The Liberty Bell is free to visit at Independence National Historical Park, while the Rocky Steps offer one of the city's best-known photo opportunities without an admission fee.</w:t>
      </w:r>
      <w:r/>
    </w:p>
    <w:p>
      <w:r/>
      <w:r>
        <w:t>Reading Terminal Market is another excellent budget-friendly stop, particularly if sightseeing has left you hungry. It combines produce stalls, prepared food, baked treats and long-running local favourites under one busy roof. The atmosphere is warm, noisy and gloriously unpolished, which is precisely what you want from a market lunch.</w:t>
      </w:r>
      <w:r/>
    </w:p>
    <w:p>
      <w:r/>
      <w:r>
        <w:t>This makes Philadelphia a smart choice for travellers balancing nightlife and dining costs. Spend on the meal you really want, then fill the rest of the itinerary with free landmarks, neighbourhood walks and people-watching. Even the city views can feel like a bargain.</w:t>
      </w:r>
      <w:r/>
    </w:p>
    <w:p>
      <w:pPr>
        <w:pStyle w:val="Heading2"/>
      </w:pPr>
      <w:r>
        <w:t>Queer nightlife ranges from cosy pubs to full-on shows</w:t>
      </w:r>
      <w:r/>
    </w:p>
    <w:p>
      <w:r/>
      <w:r>
        <w:t>Philadelphia's queer nightlife doesn't come in one predictable format. There are intimate neighbourhood bars, energetic clubs, sports-focused spaces and venues where drag, music and performance share the bill.</w:t>
      </w:r>
      <w:r/>
    </w:p>
    <w:p>
      <w:r/>
      <w:r>
        <w:t>Marsha's South Street brings a welcoming sports-bar feel, with women’s sport on screen and a menu that goes well beyond standard bar food. Its name honours trans activist Marsha P. Johnson, giving the venue a strong sense of purpose without making the room feel heavy. Elsewhere, Writer's Block Rehab offers a bookish café-bar atmosphere, while the Little Gay Pub leans into comfort and friendliness.</w:t>
      </w:r>
      <w:r/>
    </w:p>
    <w:p>
      <w:r/>
      <w:r>
        <w:t>For a bigger evening, Franky Bradley's mixes multiple rooms and drag performances, and Tavern on Carmac offers everything from piano-bar singalongs to dancing. The crowd can shift considerably by room and by night, so it's worth checking the schedule rather than assuming every venue will deliver the same experience.</w:t>
      </w:r>
      <w:r/>
    </w:p>
    <w:p>
      <w:pPr>
        <w:pStyle w:val="Heading2"/>
      </w:pPr>
      <w:r>
        <w:t>Eat your way through the city's queer scene</w:t>
      </w:r>
      <w:r/>
    </w:p>
    <w:p>
      <w:r/>
      <w:r>
        <w:t>Philadelphia's food scene is a major part of its appeal, and queer-owned businesses add plenty of personality. Darling Jack's Tavern offers a darker, romantic setting for dishes such as whipped feta and lobster ravioli, while Winkel brings Dutch-inspired brunch food to the gayborhood.</w:t>
      </w:r>
      <w:r/>
    </w:p>
    <w:p>
      <w:r/>
      <w:r>
        <w:t>For something more ambitious, Mish Mish has earned Michelin recognition and serves polished dishes in a relaxed setting. Barbuzzo is another popular choice for wood-fired pizza, pasta and gnocchi. These aren't token stops for hungry revellers; they're restaurants worth booking because the food stands on its own.</w:t>
      </w:r>
      <w:r/>
    </w:p>
    <w:p>
      <w:r/>
      <w:r>
        <w:t>Fishtown adds another layer, with queer-owned Cake Life Bake Shop serving eye-catching pastries, coffee and Canadian-inspired treats. Nearby Fabrika combines an industrial setting with drag, burlesque and variety shows, and its brunch menu can be just as memorable as the performances. A city where the shrimp and grits compete with the drag queens is clearly doing something right.</w:t>
      </w:r>
      <w:r/>
    </w:p>
    <w:p>
      <w:pPr>
        <w:pStyle w:val="Heading2"/>
      </w:pPr>
      <w:r>
        <w:t>Why Philadelphia works for an LGBTQ+ weekend</w:t>
      </w:r>
      <w:r/>
    </w:p>
    <w:p>
      <w:r/>
      <w:r>
        <w:t>Fishtown is a particularly good example of Philadelphia's broader appeal. Its industrial past, creative businesses, murals, restaurants and performance spaces give the neighbourhood a lively, slightly scruffy charm. The We Are Universal mural, which celebrates black trans people, adds another meaningful visual landmark to the route.</w:t>
      </w:r>
      <w:r/>
    </w:p>
    <w:p>
      <w:r/>
      <w:r>
        <w:t>The city also rewards active visitors. Local queer running groups such as Philadelphia FrontRunners organise regular outings, creating an easy way to meet residents while seeing more of the city. A Saturday morning run followed by brunch sounds like a much healthier start than rolling straight from the hotel to the first cocktail, although nobody's judging.</w:t>
      </w:r>
      <w:r/>
    </w:p>
    <w:p>
      <w:r/>
      <w:r>
        <w:t>Ultimately, Philadelphia feels approachable because it offers variety without demanding constant effort. You can build a weekend around history, food, nightlife or community, then wander into the other three by accident. For LGBTQ+ travellers seeking a US city break with warmth, substance and plenty to eat, that's a pretty convincing invitation.</w:t>
      </w:r>
      <w:r/>
    </w:p>
    <w:p>
      <w:r/>
      <w:r>
        <w:t>It's a city where a memorable queer weekend can feel refreshingly easy.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4">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4">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4">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14">
        <w:r>
          <w:rPr>
            <w:color w:val="0000EE"/>
            <w:u w:val="single"/>
          </w:rPr>
          <w:t>[6]</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[3]</w:t>
        </w:r>
      </w:hyperlink>
      <w:r>
        <w:t xml:space="preserve">, </w:t>
      </w:r>
      <w:hyperlink r:id="rId12">
        <w:r>
          <w:rPr>
            <w:color w:val="0000EE"/>
            <w:u w:val="single"/>
          </w:rPr>
          <w:t>[5]</w:t>
        </w:r>
      </w:hyperlink>
      <w:r>
        <w:t xml:space="preserve">- Paragraph 15: </w:t>
      </w:r>
      <w:hyperlink r:id="rId14">
        <w:r>
          <w:rPr>
            <w:color w:val="0000EE"/>
            <w:u w:val="single"/>
          </w:rPr>
          <w:t>[6]</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1">
        <w:r>
          <w:rPr>
            <w:color w:val="0000EE"/>
            <w:u w:val="single"/>
          </w:rPr>
          <w:t>[3]</w:t>
        </w:r>
      </w:hyperlink>
      <w:r>
        <w:t xml:space="preserve">- Paragraph 17: </w:t>
      </w:r>
      <w:hyperlink r:id="rId10">
        <w:r>
          <w:rPr>
            <w:color w:val="0000EE"/>
            <w:u w:val="single"/>
          </w:rPr>
          <w:t>[4]</w:t>
        </w:r>
      </w:hyperlink>
      <w:r>
        <w:t xml:space="preserve">, </w:t>
      </w:r>
      <w:hyperlink r:id="rId12">
        <w:r>
          <w:rPr>
            <w:color w:val="0000EE"/>
            <w:u w:val="single"/>
          </w:rPr>
          <w:t>[5]</w:t>
        </w:r>
      </w:hyperlink>
      <w:r>
        <w:t xml:space="preserve">- Paragraph 18: </w:t>
      </w:r>
      <w:hyperlink r:id="rId14">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https://www.gaycities.com/articles/107223/philadelphia-churns-out-some-serious-brotherly-love-and-then-some/</w:t>
        </w:r>
      </w:hyperlink>
      <w:r>
        <w:t xml:space="preserve"> - Please view link - unable to able to access data</w:t>
      </w:r>
      <w:r/>
    </w:p>
    <w:p>
      <w:pPr>
        <w:pStyle w:val="ListNumber"/>
        <w:spacing w:line="240" w:lineRule="auto"/>
        <w:ind w:left="720"/>
      </w:pPr>
      <w:r/>
      <w:hyperlink r:id="rId9">
        <w:r>
          <w:rPr>
            <w:color w:val="0000EE"/>
            <w:u w:val="single"/>
          </w:rPr>
          <w:t>https://www.phillymag.com/news/2017/06/08/philly-pride-flag-black-brown/</w:t>
        </w:r>
      </w:hyperlink>
      <w:r>
        <w:t xml:space="preserve"> - In June 2017, Philadelphia unveiled a new Pride flag featuring black and brown stripes above the traditional rainbow colours. This design aims to highlight the city's commitment to inclusivity and address concerns about racism within the LGBTQ+ community. The flag was introduced during the city's first annual Pride kick-off at City Hall, symbolising a step towards fully supporting all members of the community. The initiative was part of the 'More Color More Pride' campaign, reflecting Philadelphia's dedication to diversity and inclusion.</w:t>
      </w:r>
      <w:r/>
    </w:p>
    <w:p>
      <w:pPr>
        <w:pStyle w:val="ListNumber"/>
        <w:spacing w:line="240" w:lineRule="auto"/>
        <w:ind w:left="720"/>
      </w:pPr>
      <w:r/>
      <w:hyperlink r:id="rId11">
        <w:r>
          <w:rPr>
            <w:color w:val="0000EE"/>
            <w:u w:val="single"/>
          </w:rPr>
          <w:t>https://www.phila.gov/press-releases/kenney/city-and-office-of-lgbt-affairs-kick-off-pride-month/</w:t>
        </w:r>
      </w:hyperlink>
      <w:r>
        <w:t xml:space="preserve"> - On June 8, 2017, Philadelphia's Office of LGBT Affairs, led by Director Amber Hikes, unveiled a new LGBTQ+ Pride flag that includes black and brown stripes. This event marked the city's first official Pride Month kick-off celebration, aiming to combat discrimination and honour the lives of black and brown LGBTQ+ individuals. The flag's introduction was part of the 'More Color More Pride' campaign, reinforcing Philadelphia's commitment to diversity and inclusion within the LGBTQ+ community.</w:t>
      </w:r>
      <w:r/>
    </w:p>
    <w:p>
      <w:pPr>
        <w:pStyle w:val="ListNumber"/>
        <w:spacing w:line="240" w:lineRule="auto"/>
        <w:ind w:left="720"/>
      </w:pPr>
      <w:r/>
      <w:hyperlink r:id="rId10">
        <w:r>
          <w:rPr>
            <w:color w:val="0000EE"/>
            <w:u w:val="single"/>
          </w:rPr>
          <w:t>https://www.lgbtqnation.com/2017/06/philly-gives-pride-flag-inclusive-update-brown-black-stripes/</w:t>
        </w:r>
      </w:hyperlink>
      <w:r>
        <w:t xml:space="preserve"> - In June 2017, Philadelphia introduced a new Pride flag featuring black and brown stripes, symbolising the city's embrace of LGBTQ+ people of colour. This design was part of the 'More Color More Pride' campaign, reflecting efforts to address racism within the community. The flag was unveiled during the city's first annual Pride kick-off at City Hall, marking a significant step towards inclusivity and diversity in Philadelphia's LGBTQ+ community.</w:t>
      </w:r>
      <w:r/>
    </w:p>
    <w:p>
      <w:pPr>
        <w:pStyle w:val="ListNumber"/>
        <w:spacing w:line="240" w:lineRule="auto"/>
        <w:ind w:left="720"/>
      </w:pPr>
      <w:r/>
      <w:hyperlink r:id="rId12">
        <w:r>
          <w:rPr>
            <w:color w:val="0000EE"/>
            <w:u w:val="single"/>
          </w:rPr>
          <w:t>https://www.yesmagazine.org/democracy/2017/06/27/why-phillys-new-pride-flag-has-black-and-brown-stripes</w:t>
        </w:r>
      </w:hyperlink>
      <w:r>
        <w:t xml:space="preserve"> - In June 2017, Philadelphia unveiled a new Pride flag with black and brown stripes, created by the Office of LGBT Affairs' 'More Color, More Pride' campaign. This flag aims to symbolise the city's inclusion of people of colour in the LGBTQ+ community. The initiative was a response to concerns about racism within Philadelphia's queer spaces and reflects the city's commitment to diversity and inclusion.</w:t>
      </w:r>
      <w:r/>
    </w:p>
    <w:p>
      <w:pPr>
        <w:pStyle w:val="ListNumber"/>
        <w:spacing w:line="240" w:lineRule="auto"/>
        <w:ind w:left="720"/>
      </w:pPr>
      <w:r/>
      <w:hyperlink r:id="rId14">
        <w:r>
          <w:rPr>
            <w:color w:val="0000EE"/>
            <w:u w:val="single"/>
          </w:rPr>
          <w:t>https://www.phillyvoice.com/philly-adds-black-and-brown-stripes-lgbtq-flag/</w:t>
        </w:r>
      </w:hyperlink>
      <w:r>
        <w:t xml:space="preserve"> - In June 2017, Philadelphia added black and brown stripes to its LGBTQ+ Pride flag to promote inclusivity. This change was part of the city's efforts to address racism within the community and honour the lives of black and brown LGBTQ+ individuals. The new flag was unveiled during the city's first annual Pride kick-off at City Hall, symbolising a commitment to diversity and inclusion.</w:t>
      </w:r>
      <w:r/>
    </w:p>
    <w:p>
      <w:pPr>
        <w:pStyle w:val="ListNumber"/>
        <w:spacing w:line="240" w:lineRule="auto"/>
        <w:ind w:left="720"/>
      </w:pPr>
      <w:r/>
      <w:hyperlink r:id="rId14">
        <w:r>
          <w:rPr>
            <w:color w:val="0000EE"/>
            <w:u w:val="single"/>
          </w:rPr>
          <w:t>https://www.phillyvoice.com/philly-adds-black-and-brown-stripes-lgbtq-flag/</w:t>
        </w:r>
      </w:hyperlink>
      <w:r>
        <w:t xml:space="preserve"> - In June 2017, Philadelphia added black and brown stripes to its LGBTQ+ Pride flag to promote inclusivity. This change was part of the city's efforts to address racism within the community and honour the lives of black and brown LGBTQ+ individuals. The new flag was unveiled during the city's first annual Pride kick-off at City Hall, symbolising a commitment to diversity and inclusion.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illymag.com/news/2017/06/08/philly-pride-flag-black-brown/" TargetMode="External"/><Relationship Id="rId10" Type="http://schemas.openxmlformats.org/officeDocument/2006/relationships/hyperlink" Target="https://www.lgbtqnation.com/2017/06/philly-gives-pride-flag-inclusive-update-brown-black-stripes/" TargetMode="External"/><Relationship Id="rId11" Type="http://schemas.openxmlformats.org/officeDocument/2006/relationships/hyperlink" Target="https://www.phila.gov/press-releases/kenney/city-and-office-of-lgbt-affairs-kick-off-pride-month/" TargetMode="External"/><Relationship Id="rId12" Type="http://schemas.openxmlformats.org/officeDocument/2006/relationships/hyperlink" Target="https://www.yesmagazine.org/democracy/2017/06/27/why-phillys-new-pride-flag-has-black-and-brown-stripes" TargetMode="External"/><Relationship Id="rId13" Type="http://schemas.openxmlformats.org/officeDocument/2006/relationships/hyperlink" Target="https://www.gaycities.com/articles/107223/philadelphia-churns-out-some-serious-brotherly-love-and-then-some/" TargetMode="External"/><Relationship Id="rId14" Type="http://schemas.openxmlformats.org/officeDocument/2006/relationships/hyperlink" Target="https://www.phillyvoice.com/philly-adds-black-and-brown-stripes-lgbtq-fl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