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Halloween Watchlist for Camp, Folklore and Frights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getting ready for Halloween. LGBTQ+ viewers have a particularly lively line-up to choose from, spanning glittery cult musicals, Filipino folklore, supernatural mysteries, queer drama and starry martial-arts spectacle. Whether you're getting ready to go out or recovering on the sofa, these picks bring plenty of atmosphere.</w:t>
      </w:r>
      <w:r/>
    </w:p>
    <w:p>
      <w:pPr>
        <w:pStyle w:val="Heading2"/>
      </w:pPr>
      <w:r>
        <w:t>Essential Takeaways</w:t>
      </w:r>
      <w:r/>
      <w:r/>
    </w:p>
    <w:p>
      <w:pPr>
        <w:pStyle w:val="ListBullet"/>
        <w:spacing w:line="240" w:lineRule="auto"/>
        <w:ind w:left="720"/>
      </w:pPr>
      <w:r/>
      <w:r>
        <w:rPr>
          <w:b/>
        </w:rPr>
        <w:t>A cult classic still leads the pack:</w:t>
      </w:r>
      <w:r>
        <w:t xml:space="preserve"> The Rocky Horror Picture Show remains the ultimate audience-participation Halloween film.</w:t>
      </w:r>
      <w:r/>
    </w:p>
    <w:p>
      <w:pPr>
        <w:pStyle w:val="ListBullet"/>
        <w:spacing w:line="240" w:lineRule="auto"/>
        <w:ind w:left="720"/>
      </w:pPr>
      <w:r/>
      <w:r>
        <w:rPr>
          <w:b/>
        </w:rPr>
        <w:t>Folklore gets a fresh spotlight:</w:t>
      </w:r>
      <w:r>
        <w:t xml:space="preserve"> Forgotten Island blends animated fantasy, Filipino mythology and a tender friendship story.</w:t>
      </w:r>
      <w:r/>
    </w:p>
    <w:p>
      <w:pPr>
        <w:pStyle w:val="ListBullet"/>
        <w:spacing w:line="240" w:lineRule="auto"/>
        <w:ind w:left="720"/>
      </w:pPr>
      <w:r/>
      <w:r>
        <w:rPr>
          <w:b/>
        </w:rPr>
        <w:t>The mood ranges widely:</w:t>
      </w:r>
      <w:r>
        <w:t xml:space="preserve"> The selection moves from camp and comedy to tense drama, horror and supernatural mystery.</w:t>
      </w:r>
      <w:r/>
    </w:p>
    <w:p>
      <w:pPr>
        <w:pStyle w:val="ListBullet"/>
        <w:spacing w:line="240" w:lineRule="auto"/>
        <w:ind w:left="720"/>
      </w:pPr>
      <w:r/>
      <w:r>
        <w:rPr>
          <w:b/>
        </w:rPr>
        <w:t>Release details matter:</w:t>
      </w:r>
      <w:r>
        <w:t xml:space="preserve"> Availability varies by country, with some titles in cinemas or arriving on streaming services later.</w:t>
      </w:r>
      <w:r/>
    </w:p>
    <w:p>
      <w:pPr>
        <w:pStyle w:val="ListBullet"/>
        <w:spacing w:line="240" w:lineRule="auto"/>
        <w:ind w:left="720"/>
      </w:pPr>
      <w:r/>
      <w:r>
        <w:rPr>
          <w:b/>
        </w:rPr>
        <w:t>There's something for every Halloween mood:</w:t>
      </w:r>
      <w:r>
        <w:t xml:space="preserve"> Choose glitter, scares, romance, mythology or simply a very good-looking action cast.</w:t>
      </w:r>
      <w:r/>
      <w:r/>
    </w:p>
    <w:p>
      <w:pPr>
        <w:pStyle w:val="Heading2"/>
      </w:pPr>
      <w:r>
        <w:t>Start with glitter, chaos and a cult classic</w:t>
      </w:r>
      <w:r/>
    </w:p>
    <w:p>
      <w:r/>
      <w:r>
        <w:t>Few Halloween films make an entrance quite like The Rocky Horror Picture Show. Its strange mansion, outrageous costumes, musical numbers and deliberately over-the-top energy still feel tailor-made for a night when normal rules are politely shown the door.</w:t>
      </w:r>
      <w:r/>
    </w:p>
    <w:p>
      <w:r/>
      <w:r>
        <w:t>The 1975 film follows Brad and Janet after a breakdown leads them to Dr Frank-N-Furter's home. From there, expect corsets, camp, gender play and a soundtrack that practically demands a singalong. IMDb lists the film among the defining titles of its era, and its reputation as an audience experience remains a major part of the appeal.</w:t>
      </w:r>
      <w:r/>
    </w:p>
    <w:p>
      <w:r/>
      <w:r>
        <w:t>Watching it alone can be fun, but the real magic comes from a crowd that knows when to shout back at the screen. If your Halloween plans involve dramatic make-up and a little harmless chaos, this is the obvious warm-up.</w:t>
      </w:r>
      <w:r/>
    </w:p>
    <w:p>
      <w:pPr>
        <w:pStyle w:val="Heading2"/>
      </w:pPr>
      <w:r>
        <w:t>Forgotten Island brings Filipino folklore to the sofa</w:t>
      </w:r>
      <w:r/>
    </w:p>
    <w:p>
      <w:r/>
      <w:r>
        <w:t>For something softer and more imaginative, Forgotten Island offers an animated change of pace. The story centres on Jo and Raissa, two close friends facing separation before a magical journey carries them into an unfamiliar world filled with mystery and danger.</w:t>
      </w:r>
      <w:r/>
    </w:p>
    <w:p>
      <w:r/>
      <w:r>
        <w:t>The film's Filipino influences give it a distinctive texture, drawing on folklore and creatures including the Manananggal. Reviews from Roger Ebert and the South China Morning Post have highlighted its imaginative world-building and cultural identity, while coverage from CinemaBlend has pointed to the personal importance of seeing Filipino stories represented in major animation.</w:t>
      </w:r>
      <w:r/>
    </w:p>
    <w:p>
      <w:r/>
      <w:r>
        <w:t>There's also Raww, a small, mischievous-looking creature with instant scene-stealing potential. In other words, it's the sort of character children may adore and adults may quietly want as a plush toy.</w:t>
      </w:r>
      <w:r/>
    </w:p>
    <w:p>
      <w:pPr>
        <w:pStyle w:val="Heading2"/>
      </w:pPr>
      <w:r>
        <w:t>Not every Halloween choice needs to be queer-coded</w:t>
      </w:r>
      <w:r/>
    </w:p>
    <w:p>
      <w:r/>
      <w:r>
        <w:t>The new Street Fighter film takes a different route, bringing martial-arts action and a conspicuously glamorous cast to the watchlist. Ryu, Ken Masters and Chun-Li are at the centre of another World Warrior Tournament, which means rivalry, spectacle and a reliable amount of theatrical punching.</w:t>
      </w:r>
      <w:r/>
    </w:p>
    <w:p>
      <w:r/>
      <w:r>
        <w:t>The appeal here is wonderfully straightforward. Noah Centineo plays Ken, Andrew Koji takes on Ryu, Jason Momoa appears as Blanka and Orville Peck plays Vega. Sometimes the cultural analysis can wait. Sometimes the correct response is simply to admire the casting and press play.</w:t>
      </w:r>
      <w:r/>
    </w:p>
    <w:p>
      <w:r/>
      <w:r>
        <w:t>That makes it a useful choice for a group watch, particularly when not everyone wants a serious horror story. It has the bright, broad energy of a comic-book night out, without asking viewers to concentrate on folklore or hidden clues.</w:t>
      </w:r>
      <w:r/>
    </w:p>
    <w:p>
      <w:pPr>
        <w:pStyle w:val="Heading2"/>
      </w:pPr>
      <w:r>
        <w:t>YAGA is for viewers who like their mysteries witchy</w:t>
      </w:r>
      <w:r/>
    </w:p>
    <w:p>
      <w:r/>
      <w:r>
        <w:t>YAGA heads into darker supernatural territory, following a private investigator who arrives in a coastal community to investigate a disappearance. As expected, the case quickly becomes tangled in local secrets, unsettling events and folklore that refuses to stay in the background.</w:t>
      </w:r>
      <w:r/>
    </w:p>
    <w:p>
      <w:r/>
      <w:r>
        <w:t>The series draws on the Baba Yaga legend, giving the missing-person plot a suitably eerie foundation. It also stars Hudson Williams, whose growing profile after Heated Rivalry may bring an additional audience to the show.</w:t>
      </w:r>
      <w:r/>
    </w:p>
    <w:p>
      <w:r/>
      <w:r>
        <w:t>The practical appeal is its clear Halloween mood: remote setting, suspicious locals, old stories and something distinctly wrong beneath the surface. YAGA premieres on AMC+ in the United States, with releases planned through Crave in Canada and Sky and NOW in the UK and Ireland.</w:t>
      </w:r>
      <w:r/>
    </w:p>
    <w:p>
      <w:pPr>
        <w:pStyle w:val="Heading2"/>
      </w:pPr>
      <w:r>
        <w:t>Tip Toe turns everyday tension into something frightening</w:t>
      </w:r>
      <w:r/>
    </w:p>
    <w:p>
      <w:r/>
      <w:r>
        <w:t>Russell T Davies' Tip Toe is the most grounded and unsettling option in the group. Alan Cumming plays Leo, a gay bar owner in Manchester, while David Morrissey portrays Clive, a troubled neighbour whose connection with him begins innocently enough with a spare key.</w:t>
      </w:r>
      <w:r/>
    </w:p>
    <w:p>
      <w:r/>
      <w:r>
        <w:t>That small gesture becomes the starting point for a much more disturbing story. The five-part drama explores prejudice, radicalisation and the way online rhetoric can seep into ordinary life, making it a poor choice for background viewing but a compelling one for anyone who wants something with real bite.</w:t>
      </w:r>
      <w:r/>
    </w:p>
    <w:p>
      <w:r/>
      <w:r>
        <w:t>Channel 4 carries the series in the UK, while Starz has shown it in the US. It may not deliver the easy escapism of a cult musical, but its subject matter gives the Halloween list a sharper edge.</w:t>
      </w:r>
      <w:r/>
    </w:p>
    <w:p>
      <w:pPr>
        <w:pStyle w:val="Heading2"/>
      </w:pPr>
      <w:r>
        <w:t>Carrie remains the ultimate teenage nightmare</w:t>
      </w:r>
      <w:r/>
    </w:p>
    <w:p>
      <w:r/>
      <w:r>
        <w:t>Mike Flanagan's new limited-series adaptation of Stephen King's Carrie revisits one of horror's most recognisable outsiders. Carrie White is dealing with bullying, isolation and the pressure of school life before her supernatural powers turn an already unbearable situation into something far more dangerous.</w:t>
      </w:r>
      <w:r/>
    </w:p>
    <w:p>
      <w:r/>
      <w:r>
        <w:t>The premise remains potent because the emotional ingredients are so familiar: humiliation, loneliness and the desperate wish to regain control. Add telekinesis and a Halloween setting, and the result is still an exceptionally efficient nightmare.</w:t>
      </w:r>
      <w:r/>
    </w:p>
    <w:p>
      <w:r/>
      <w:r>
        <w:t>Carrie premieres on Prime Video on 7 October 2026. For newcomers, it offers a fresh entry point into King's story; for longtime fans, it provides a reason to compare another interpretation of a character who has haunted popular culture for decades.</w:t>
      </w:r>
      <w:r/>
    </w:p>
    <w:p>
      <w:r/>
      <w:r>
        <w:t>Halloween viewing doesn't need to be one-note. A little camp, folklore, tension and supernatural drama makes for a far better night 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3">
        <w:r>
          <w:rPr>
            <w:color w:val="0000EE"/>
            <w:u w:val="single"/>
          </w:rPr>
          <w:t>[5]</w:t>
        </w:r>
      </w:hyperlink>
      <w:r>
        <w:t xml:space="preserve">, </w:t>
      </w:r>
      <w:hyperlink r:id="rId15">
        <w:r>
          <w:rPr>
            <w:color w:val="0000EE"/>
            <w:u w:val="single"/>
          </w:rPr>
          <w:t>[7]</w:t>
        </w:r>
      </w:hyperlink>
      <w:r>
        <w:t xml:space="preserve">- Paragraph 9: </w:t>
      </w:r>
      <w:hyperlink r:id="rId11">
        <w:r>
          <w:rPr>
            <w:color w:val="0000EE"/>
            <w:u w:val="single"/>
          </w:rPr>
          <w:t>[3]</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https://instinctmagazine.com/lgbtq-halloween-show-recommendations/</w:t>
        </w:r>
      </w:hyperlink>
      <w:r>
        <w:t xml:space="preserve"> - Please view link - unable to able to access data</w:t>
      </w:r>
      <w:r/>
    </w:p>
    <w:p>
      <w:pPr>
        <w:pStyle w:val="ListNumber"/>
        <w:spacing w:line="240" w:lineRule="auto"/>
        <w:ind w:left="720"/>
      </w:pPr>
      <w:r/>
      <w:hyperlink r:id="rId10">
        <w:r>
          <w:rPr>
            <w:color w:val="0000EE"/>
            <w:u w:val="single"/>
          </w:rPr>
          <w:t>https://www.imdb.com/title/tt0073629/</w:t>
        </w:r>
      </w:hyperlink>
      <w:r>
        <w:t xml:space="preserve"> - The Rocky Horror Picture Show is a 1975 musical horror-comedy film that has become a cult classic, especially within the LGBTQ+ community. The film follows Brad and Janet, a newly engaged couple who, after their car breaks down, find themselves at the castle of Dr. Frank-N-Furter, a mad scientist from Transylvania. The movie is renowned for its interactive midnight screenings, where audiences participate by dressing up, shouting lines, and throwing props, creating a unique and engaging experience.</w:t>
      </w:r>
      <w:r/>
    </w:p>
    <w:p>
      <w:pPr>
        <w:pStyle w:val="ListNumber"/>
        <w:spacing w:line="240" w:lineRule="auto"/>
        <w:ind w:left="720"/>
      </w:pPr>
      <w:r/>
      <w:hyperlink r:id="rId11">
        <w:r>
          <w:rPr>
            <w:color w:val="0000EE"/>
            <w:u w:val="single"/>
          </w:rPr>
          <w:t>https://www.cinemablend.com/movies/people-sleeping-forgotten-island-why-they-shouldnt-be</w:t>
        </w:r>
      </w:hyperlink>
      <w:r>
        <w:t xml:space="preserve"> - This article discusses the animated film 'Forgotten Island,' highlighting its rich embrace of Filipino culture through elements like the Tagalog language, culinary references such as halo-halo, and folklore creatures like the manananggal. Despite its modest box office performance, the film is praised for its cultural authenticity, humour, and emotional storytelling, making it a standout in DreamWorks' lineup.</w:t>
      </w:r>
      <w:r/>
    </w:p>
    <w:p>
      <w:pPr>
        <w:pStyle w:val="ListNumber"/>
        <w:spacing w:line="240" w:lineRule="auto"/>
        <w:ind w:left="720"/>
      </w:pPr>
      <w:r/>
      <w:hyperlink r:id="rId12">
        <w:r>
          <w:rPr>
            <w:color w:val="0000EE"/>
            <w:u w:val="single"/>
          </w:rPr>
          <w:t>https://www.cinemablend.com/movies/wife-children-are-filipino-happy-forgotten-island-exists-for-them</w:t>
        </w:r>
      </w:hyperlink>
      <w:r>
        <w:t xml:space="preserve"> - A personal reflection on the significance of 'Forgotten Island' for a Filipino family, this article expresses gratitude for the film's cultural representation. The author shares how the movie's cultural references, such as the use of Tagalog and traditional Filipino elements, resonated deeply with his Filipino wife and children, fostering a newfound curiosity about their heritage.</w:t>
      </w:r>
      <w:r/>
    </w:p>
    <w:p>
      <w:pPr>
        <w:pStyle w:val="ListNumber"/>
        <w:spacing w:line="240" w:lineRule="auto"/>
        <w:ind w:left="720"/>
      </w:pPr>
      <w:r/>
      <w:hyperlink r:id="rId13">
        <w:r>
          <w:rPr>
            <w:color w:val="0000EE"/>
            <w:u w:val="single"/>
          </w:rPr>
          <w:t>https://www.rogerebert.com/reviews/forgotten-island-animated-film-review-2026</w:t>
        </w:r>
      </w:hyperlink>
      <w:r>
        <w:t xml:space="preserve"> - A review of 'Forgotten Island' that praises the film for its vibrant animation and cultural depth. The article highlights the film's unique blend of Filipino folklore with modern animation, noting its ability to educate audiences about Filipino culture while providing an entertaining experience. The review also commends the performances of the voice cast and the film's emotional resonance.</w:t>
      </w:r>
      <w:r/>
    </w:p>
    <w:p>
      <w:pPr>
        <w:pStyle w:val="ListNumber"/>
        <w:spacing w:line="240" w:lineRule="auto"/>
        <w:ind w:left="720"/>
      </w:pPr>
      <w:r/>
      <w:hyperlink r:id="rId14">
        <w:r>
          <w:rPr>
            <w:color w:val="0000EE"/>
            <w:u w:val="single"/>
          </w:rPr>
          <w:t>https://www.scmp.com/lifestyle/entertainment/article/3363475/forgotten-island-movie-review-dreamworks-trippy-animated-dive-filipino-folklore?module=latest&amp;pgtype=homepage</w:t>
        </w:r>
      </w:hyperlink>
      <w:r>
        <w:t xml:space="preserve"> - This review of 'Forgotten Island' discusses the film's surreal and psychedelic elements, blending Filipino folklore with a distinct 1980s aesthetic. The article notes the film's exploration of themes like memory and friendship, set against a backdrop of rich cultural references, and highlights the performances of the voice cast, including H.E.R. and Liza Soberano.</w:t>
      </w:r>
      <w:r/>
    </w:p>
    <w:p>
      <w:pPr>
        <w:pStyle w:val="ListNumber"/>
        <w:spacing w:line="240" w:lineRule="auto"/>
        <w:ind w:left="720"/>
      </w:pPr>
      <w:r/>
      <w:hyperlink r:id="rId15">
        <w:r>
          <w:rPr>
            <w:color w:val="0000EE"/>
            <w:u w:val="single"/>
          </w:rPr>
          <w:t>https://www.axisignal.com/entertainment/dreamworks-forgotten-island-revives-original-animation-with-filipino-folklore</w:t>
        </w:r>
      </w:hyperlink>
      <w:r>
        <w:t xml:space="preserve"> - An article that examines how 'Forgotten Island' revives original animation by incorporating Filipino folklore. The piece discusses the film's fast-paced storytelling, strong voice casting, and original soundtrack, noting its commercial and cultural appeal. It also touches upon the film's themes of friendship and memory, and its PG rating.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lgbtq-halloween-show-recommendations/" TargetMode="External"/><Relationship Id="rId10" Type="http://schemas.openxmlformats.org/officeDocument/2006/relationships/hyperlink" Target="https://www.imdb.com/title/tt0073629/" TargetMode="External"/><Relationship Id="rId11" Type="http://schemas.openxmlformats.org/officeDocument/2006/relationships/hyperlink" Target="https://www.cinemablend.com/movies/people-sleeping-forgotten-island-why-they-shouldnt-be" TargetMode="External"/><Relationship Id="rId12" Type="http://schemas.openxmlformats.org/officeDocument/2006/relationships/hyperlink" Target="https://www.cinemablend.com/movies/wife-children-are-filipino-happy-forgotten-island-exists-for-them" TargetMode="External"/><Relationship Id="rId13" Type="http://schemas.openxmlformats.org/officeDocument/2006/relationships/hyperlink" Target="https://www.rogerebert.com/reviews/forgotten-island-animated-film-review-2026" TargetMode="External"/><Relationship Id="rId14" Type="http://schemas.openxmlformats.org/officeDocument/2006/relationships/hyperlink" Target="https://www.scmp.com/lifestyle/entertainment/article/3363475/forgotten-island-movie-review-dreamworks-trippy-animated-dive-filipino-folklore?module=latest&amp;pgtype=homepage" TargetMode="External"/><Relationship Id="rId15" Type="http://schemas.openxmlformats.org/officeDocument/2006/relationships/hyperlink" Target="https://www.axisignal.com/entertainment/dreamworks-forgotten-island-revives-original-animation-with-filipino-folklo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