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Atlanta Pride dining guide for food near Piedmont Park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heading to Atlanta Pride at Piedmont Park can turn the weekend into a full food-and-drink trail, with brunch, coffee, dinner and late-night dancing all within an easy walk. From a drag brunch at Park Tavern to cocktails and queer-owned restaurants, here's how to eat well between the celebrations.</w:t>
      </w:r>
      <w:r/>
    </w:p>
    <w:p>
      <w:pPr>
        <w:pStyle w:val="Heading2"/>
      </w:pPr>
      <w:r>
        <w:t>Essential Takeaways</w:t>
      </w:r>
      <w:r/>
      <w:r/>
    </w:p>
    <w:p>
      <w:pPr>
        <w:pStyle w:val="ListBullet"/>
        <w:spacing w:line="240" w:lineRule="auto"/>
        <w:ind w:left="720"/>
      </w:pPr>
      <w:r/>
      <w:r>
        <w:rPr>
          <w:b/>
        </w:rPr>
        <w:t>Start with coffee or brunch:</w:t>
      </w:r>
      <w:r>
        <w:t xml:space="preserve"> Café Intermezzo and Park Tavern offer convenient morning options near the park.</w:t>
      </w:r>
      <w:r/>
    </w:p>
    <w:p>
      <w:pPr>
        <w:pStyle w:val="ListBullet"/>
        <w:spacing w:line="240" w:lineRule="auto"/>
        <w:ind w:left="720"/>
      </w:pPr>
      <w:r/>
      <w:r>
        <w:rPr>
          <w:b/>
        </w:rPr>
        <w:t>Build in a relaxed afternoon stop:</w:t>
      </w:r>
      <w:r>
        <w:t xml:space="preserve"> Larakin serves coffee, wine and easy small plates on its spacious patio.</w:t>
      </w:r>
      <w:r/>
    </w:p>
    <w:p>
      <w:pPr>
        <w:pStyle w:val="ListBullet"/>
        <w:spacing w:line="240" w:lineRule="auto"/>
        <w:ind w:left="720"/>
      </w:pPr>
      <w:r/>
      <w:r>
        <w:rPr>
          <w:b/>
        </w:rPr>
        <w:t>Support LGBTQ+-owned venues:</w:t>
      </w:r>
      <w:r>
        <w:t xml:space="preserve"> Buddy Buddy, El Viñedo Local, Schaf Shop and Campagnolo feature prominently in the weekend itinerary.</w:t>
      </w:r>
      <w:r/>
    </w:p>
    <w:p>
      <w:pPr>
        <w:pStyle w:val="ListBullet"/>
        <w:spacing w:line="240" w:lineRule="auto"/>
        <w:ind w:left="720"/>
      </w:pPr>
      <w:r/>
      <w:r>
        <w:rPr>
          <w:b/>
        </w:rPr>
        <w:t>Expect busy venues:</w:t>
      </w:r>
      <w:r>
        <w:t xml:space="preserve"> Book ahead where possible, especially for brunch, dinner and popular Pride-night bars.</w:t>
      </w:r>
      <w:r/>
    </w:p>
    <w:p>
      <w:pPr>
        <w:pStyle w:val="ListBullet"/>
        <w:spacing w:line="240" w:lineRule="auto"/>
        <w:ind w:left="720"/>
      </w:pPr>
      <w:r/>
      <w:r>
        <w:rPr>
          <w:b/>
        </w:rPr>
        <w:t>Use the neighbourhood on foot:</w:t>
      </w:r>
      <w:r>
        <w:t xml:space="preserve"> Most stops sit within several minutes of Piedmont Park, with Midtown MARTA nearby for the journey home.</w:t>
      </w:r>
      <w:r/>
      <w:r/>
    </w:p>
    <w:p>
      <w:pPr>
        <w:pStyle w:val="Heading2"/>
      </w:pPr>
      <w:r>
        <w:t>Make breakfast part of the Pride plan</w:t>
      </w:r>
      <w:r/>
    </w:p>
    <w:p>
      <w:r/>
      <w:r>
        <w:t>Atlanta Pride begins long before the parade or the first headline act. For an unhurried start, Café Intermezzo is roughly an eight-minute walk from Piedmont Park and offers a substantial European-style breakfast menu, plus indulgent coffee for anyone who prefers their morning caffeine with a little theatre.</w:t>
      </w:r>
      <w:r/>
    </w:p>
    <w:p>
      <w:r/>
      <w:r>
        <w:t>The Intermezzo Cappuccino, finished with steamed cream, whipped cream, cocoa and cinnamon, sounds particularly suited to a celebratory weekend. According to the Atlanta dining guide, the cafe's broad menu also makes it a practical choice for groups with very different breakfast habits. (Rough Draft Atlanta)</w:t>
      </w:r>
      <w:r/>
    </w:p>
    <w:p>
      <w:r/>
      <w:r>
        <w:t>Those who'd rather move straight into the festivities can head to Park Tavern, beside the park, for its Big Gay Brunch. The ticketed event combines brunch with drag performances, while a higher-priced option includes bottomless mimosas. Park Tavern's own website presents the venue as a long-standing part of Atlanta's social and dining scene, and Midtown Atlanta lists it as a nearby destination by Piedmont Park. (Park Tavern; Midtown Alliance)</w:t>
      </w:r>
      <w:r/>
    </w:p>
    <w:p>
      <w:pPr>
        <w:pStyle w:val="Heading2"/>
      </w:pPr>
      <w:r>
        <w:t>Park Tavern brings brunch and the park together</w:t>
      </w:r>
      <w:r/>
    </w:p>
    <w:p>
      <w:r/>
      <w:r>
        <w:t>The appeal of Park Tavern is simple: you don't have to choose between eating and being close to the action. Its location at the edge of Piedmont Park makes it one of the easiest places to fold into an Atlanta Pride itinerary, particularly when the midday crowds begin to build.</w:t>
      </w:r>
      <w:r/>
    </w:p>
    <w:p>
      <w:r/>
      <w:r>
        <w:t>For visitors considering Park Tavern for brunch, timing matters. A ticketed drag event can fill quickly, and a 21-plus format won't suit every group, so check the latest details before setting off. Venue information from Atlanta.com and Eater Atlanta also confirms the restaurant's position as a recognised Midtown dining stop, although event menus and entertainment schedules can change. (Atlanta.com; Eater Atlanta)</w:t>
      </w:r>
      <w:r/>
    </w:p>
    <w:p>
      <w:r/>
      <w:r>
        <w:t>After brunch, a short walk can take you back into the park for performances, people-watching and the general happy chaos of Pride. It's the sort of arrangement that keeps the day feeling spontaneous, even when your food plans are carefully mapped out.</w:t>
      </w:r>
      <w:r/>
    </w:p>
    <w:p>
      <w:pPr>
        <w:pStyle w:val="Heading2"/>
      </w:pPr>
      <w:r>
        <w:t>Coffee, wine and small plates keep the afternoon easy</w:t>
      </w:r>
      <w:r/>
    </w:p>
    <w:p>
      <w:r/>
      <w:r>
        <w:t>Pride weekends demand strategic pauses. Larakin, around three minutes from the park's 12th Street entrance, offers a softer landing for anyone who wants an iced coffee, a glass of wine or something savoury without committing to a long formal meal.</w:t>
      </w:r>
      <w:r/>
    </w:p>
    <w:p>
      <w:r/>
      <w:r>
        <w:t>The cafe and wine bar serves pastries, breakfast sandwiches, charcuterie, cheese, tinned fish and focaccia pizza, making it useful at several points in the day. According to Rough Draft Atlanta, it stays open into the evening, so it can work as either an afternoon recharge or a casual pre-dinner stop. (Rough Draft Atlanta)</w:t>
      </w:r>
      <w:r/>
    </w:p>
    <w:p>
      <w:r/>
      <w:r>
        <w:t>For a more substantial evening, LGBTQ+-owned Buddy Buddy brings Greek-inspired dishes and cocktails to Midtown. Skorthalia, Greek lasagna, steamed clams and lemon chicken give the menu plenty of range, while the restaurant's drinks list adds a more polished finish. If you're travelling with friends, sharing a dip and a few plates may be the most enjoyable way to sample it all.</w:t>
      </w:r>
      <w:r/>
    </w:p>
    <w:p>
      <w:pPr>
        <w:pStyle w:val="Heading2"/>
      </w:pPr>
      <w:r>
        <w:t>Sunday is made for brunch before the parade</w:t>
      </w:r>
      <w:r/>
    </w:p>
    <w:p>
      <w:r/>
      <w:r>
        <w:t>Sunday's parade changes the rhythm of the weekend, so an early meal is worth planning. El Viñedo Local sits near the route and offers Latin American brunch dishes including empanadas, arepas and Brazilian French toast, alongside coffee and wine.</w:t>
      </w:r>
      <w:r/>
    </w:p>
    <w:p>
      <w:r/>
      <w:r>
        <w:t>Its location makes it especially convenient for anyone hoping to eat first and then claim a good viewing spot. Rough Draft Atlanta suggests settling on the steps outside after brunch, which sounds like a far better strategy than trying to navigate the crowds while hungry. (Rough Draft Atlanta)</w:t>
      </w:r>
      <w:r/>
    </w:p>
    <w:p>
      <w:r/>
      <w:r>
        <w:t>Later, Schaf Shop provides a quieter post-parade reset. The LGBTQ+-owned coffee shop serves familiar espresso drinks as well as more unusual combinations such as banana pudding matcha, cherry chai and espresso cherry Coke. The choices feel playful without being too precious, which is exactly the mood a tired Pride-goer might need.</w:t>
      </w:r>
      <w:r/>
    </w:p>
    <w:p>
      <w:pPr>
        <w:pStyle w:val="Heading2"/>
      </w:pPr>
      <w:r>
        <w:t>Finish with comfort food, Italian classics and a final drink</w:t>
      </w:r>
      <w:r/>
    </w:p>
    <w:p>
      <w:r/>
      <w:r>
        <w:t>If the post-parade appetite is serious, The Nook, across from Piedmont Park, leans into generous American comfort food. Burgers, pulled pork, smoked wings and its loaded totchos are designed for relaxed patio eating, especially if you want to watch sport while recovering from a full day outside.</w:t>
      </w:r>
      <w:r/>
    </w:p>
    <w:p>
      <w:r/>
      <w:r>
        <w:t>Dinner can then move towards Italian cooking at LGBTQ+-owned Campagnolo, about six minutes from the park. Lasagna matta, tagliatelle bolognese and roasted duck breast offer a more leisurely close to the weekend, with patio seating adding a lively Midtown backdrop. (Rough Draft Atlanta)</w:t>
      </w:r>
      <w:r/>
    </w:p>
    <w:p>
      <w:r/>
      <w:r>
        <w:t>Finally, Zocalo is a convenient place for a farewell drink, particularly if you're heading towards Midtown MARTA afterwards. A soft-serve margarita on the patio is a suitably cheerful finale, and the nearby station makes the end of the night a little easier to manage. Check transport times and venue hours before travelling, though, because Pride crowds can turn a short journey into a surprisingly slow one.</w:t>
      </w:r>
      <w:r/>
    </w:p>
    <w:p>
      <w:r/>
      <w:r>
        <w:t>Plan loosely, leave room for detours, and let the neighbourhood do some of the celebrating for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9">
        <w:r>
          <w:rPr>
            <w:color w:val="0000EE"/>
            <w:u w:val="single"/>
          </w:rPr>
          <w:t>[1]</w:t>
        </w:r>
      </w:hyperlink>
      <w:r>
        <w:t xml:space="preserve">, </w:t>
      </w:r>
      <w:hyperlink r:id="rId12">
        <w:r>
          <w:rPr>
            <w:color w:val="0000EE"/>
            <w:u w:val="single"/>
          </w:rPr>
          <w:t>[3]</w:t>
        </w:r>
      </w:hyperlink>
      <w:r>
        <w:t xml:space="preserve">- Paragraph 3: </w:t>
      </w:r>
      <w:hyperlink r:id="rId9">
        <w:r>
          <w:rPr>
            <w:color w:val="0000EE"/>
            <w:u w:val="single"/>
          </w:rPr>
          <w:t>[1]</w:t>
        </w:r>
      </w:hyperlink>
      <w:r>
        <w:t xml:space="preserve">, </w:t>
      </w:r>
      <w:hyperlink r:id="rId13">
        <w:r>
          <w:rPr>
            <w:color w:val="0000EE"/>
            <w:u w:val="single"/>
          </w:rPr>
          <w:t>[4]</w:t>
        </w:r>
      </w:hyperlink>
      <w:r>
        <w:t xml:space="preserve">- Paragraph 4: </w:t>
      </w:r>
      <w:hyperlink r:id="rId14">
        <w:r>
          <w:rPr>
            <w:color w:val="0000EE"/>
            <w:u w:val="single"/>
          </w:rPr>
          <w:t>[5]</w:t>
        </w:r>
      </w:hyperlink>
      <w:r>
        <w:t xml:space="preserve">, </w:t>
      </w:r>
      <w:hyperlink r:id="rId15">
        <w:r>
          <w:rPr>
            <w:color w:val="0000EE"/>
            <w:u w:val="single"/>
          </w:rPr>
          <w:t>[7]</w:t>
        </w:r>
      </w:hyperlink>
      <w:r>
        <w:t xml:space="preserve">- Paragraph 5: </w:t>
      </w:r>
      <w:hyperlink r:id="rId9">
        <w:r>
          <w:rPr>
            <w:color w:val="0000EE"/>
            <w:u w:val="single"/>
          </w:rPr>
          <w:t>[1]</w:t>
        </w:r>
      </w:hyperlink>
      <w:r>
        <w:t xml:space="preserve">, </w:t>
      </w:r>
      <w:hyperlink r:id="rId11">
        <w:r>
          <w:rPr>
            <w:color w:val="0000EE"/>
            <w:u w:val="single"/>
          </w:rPr>
          <w:t>[6]</w:t>
        </w:r>
      </w:hyperlink>
      <w:r>
        <w:t xml:space="preserve">- Paragraph 6: </w:t>
      </w:r>
      <w:hyperlink r:id="rId9">
        <w:r>
          <w:rPr>
            <w:color w:val="0000EE"/>
            <w:u w:val="single"/>
          </w:rPr>
          <w:t>[1]</w:t>
        </w:r>
      </w:hyperlink>
      <w:r>
        <w:t xml:space="preserve">, </w:t>
      </w:r>
      <w:hyperlink r:id="rId13">
        <w:r>
          <w:rPr>
            <w:color w:val="0000EE"/>
            <w:u w:val="single"/>
          </w:rPr>
          <w:t>[4]</w:t>
        </w:r>
      </w:hyperlink>
      <w:r>
        <w:t xml:space="preserve">- Paragraph 7: </w:t>
      </w:r>
      <w:hyperlink r:id="rId9">
        <w:r>
          <w:rPr>
            <w:color w:val="0000EE"/>
            <w:u w:val="single"/>
          </w:rPr>
          <w:t>[1]</w:t>
        </w:r>
      </w:hyperlink>
      <w:r>
        <w:t xml:space="preserve">, </w:t>
      </w:r>
      <w:hyperlink r:id="rId15">
        <w:r>
          <w:rPr>
            <w:color w:val="0000EE"/>
            <w:u w:val="single"/>
          </w:rPr>
          <w:t>[7]</w:t>
        </w:r>
      </w:hyperlink>
      <w:r>
        <w:t xml:space="preserve">- Paragraph 8: </w:t>
      </w:r>
      <w:hyperlink r:id="rId9">
        <w:r>
          <w:rPr>
            <w:color w:val="0000EE"/>
            <w:u w:val="single"/>
          </w:rPr>
          <w:t>[1]</w:t>
        </w:r>
      </w:hyperlink>
      <w:r>
        <w:t xml:space="preserve">, </w:t>
      </w:r>
      <w:hyperlink r:id="rId12">
        <w:r>
          <w:rPr>
            <w:color w:val="0000EE"/>
            <w:u w:val="single"/>
          </w:rPr>
          <w:t>[3]</w:t>
        </w:r>
      </w:hyperlink>
      <w:r>
        <w:t xml:space="preserve">- Paragraph 9: </w:t>
      </w:r>
      <w:hyperlink r:id="rId9">
        <w:r>
          <w:rPr>
            <w:color w:val="0000EE"/>
            <w:u w:val="single"/>
          </w:rPr>
          <w:t>[1]</w:t>
        </w:r>
      </w:hyperlink>
      <w:r>
        <w:t xml:space="preserve">, </w:t>
      </w:r>
      <w:hyperlink r:id="rId14">
        <w:r>
          <w:rPr>
            <w:color w:val="0000EE"/>
            <w:u w:val="single"/>
          </w:rPr>
          <w:t>[5]</w:t>
        </w:r>
      </w:hyperlink>
      <w:r>
        <w:t xml:space="preserve">- Paragraph 10: </w:t>
      </w:r>
      <w:hyperlink r:id="rId9">
        <w:r>
          <w:rPr>
            <w:color w:val="0000EE"/>
            <w:u w:val="single"/>
          </w:rPr>
          <w:t>[1]</w:t>
        </w:r>
      </w:hyperlink>
      <w:r>
        <w:t xml:space="preserve">, </w:t>
      </w:r>
      <w:hyperlink r:id="rId15">
        <w:r>
          <w:rPr>
            <w:color w:val="0000EE"/>
            <w:u w:val="single"/>
          </w:rPr>
          <w:t>[7]</w:t>
        </w:r>
      </w:hyperlink>
      <w:r>
        <w:t xml:space="preserve">- Paragraph 11: </w:t>
      </w:r>
      <w:hyperlink r:id="rId9">
        <w:r>
          <w:rPr>
            <w:color w:val="0000EE"/>
            <w:u w:val="single"/>
          </w:rPr>
          <w:t>[1]</w:t>
        </w:r>
      </w:hyperlink>
      <w:r>
        <w:t xml:space="preserve">, </w:t>
      </w:r>
      <w:hyperlink r:id="rId11">
        <w:r>
          <w:rPr>
            <w:color w:val="0000EE"/>
            <w:u w:val="single"/>
          </w:rPr>
          <w:t>[6]</w:t>
        </w:r>
      </w:hyperlink>
      <w:r>
        <w:t xml:space="preserve">- Paragraph 12: </w:t>
      </w:r>
      <w:hyperlink r:id="rId9">
        <w:r>
          <w:rPr>
            <w:color w:val="0000EE"/>
            <w:u w:val="single"/>
          </w:rPr>
          <w:t>[1]</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https://roughdraftatlanta.com/2026/10/06/lgbtq-dining-guide-atlanta-pride/</w:t>
        </w:r>
      </w:hyperlink>
      <w:r>
        <w:t xml:space="preserve"> - Please view link - unable to able to access data</w:t>
      </w:r>
      <w:r/>
    </w:p>
    <w:p>
      <w:pPr>
        <w:pStyle w:val="ListNumber"/>
        <w:spacing w:line="240" w:lineRule="auto"/>
        <w:ind w:left="720"/>
      </w:pPr>
      <w:r/>
      <w:hyperlink r:id="rId10">
        <w:r>
          <w:rPr>
            <w:color w:val="0000EE"/>
            <w:u w:val="single"/>
          </w:rPr>
          <w:t>https://www.parktavern.com/about-park-tavern/</w:t>
        </w:r>
      </w:hyperlink>
      <w:r>
        <w:t xml:space="preserve"> - Park Tavern, located at 500 10th St NE in Atlanta, Georgia, is a historic venue overlooking Piedmont Park. Originally built in 1905 as horse stables, it was transformed into a men's club and golf clubhouse in 1928. In 1990, the building was renovated and opened as a restaurant and special events facility. The current owners, Paul and Angela Smith, purchased the building in June 1999 and renamed it Park Tavern. The venue hosts various events, including weddings, corporate functions, and private gatherings, and has been a staple in Atlanta's social scene for over two decades.</w:t>
      </w:r>
      <w:r/>
    </w:p>
    <w:p>
      <w:pPr>
        <w:pStyle w:val="ListNumber"/>
        <w:spacing w:line="240" w:lineRule="auto"/>
        <w:ind w:left="720"/>
      </w:pPr>
      <w:r/>
      <w:hyperlink r:id="rId12">
        <w:r>
          <w:rPr>
            <w:color w:val="0000EE"/>
            <w:u w:val="single"/>
          </w:rPr>
          <w:t>https://www.parktavern.com/</w:t>
        </w:r>
      </w:hyperlink>
      <w:r>
        <w:t xml:space="preserve"> - Park Tavern is a unique blend of a brewpub, sports bar, and restaurant situated in the heart of Piedmont Park, Atlanta. The venue offers a diverse menu featuring burgers, wings, sandwiches, and more, all while providing stunning views of the park and city skyline. Over the years, Park Tavern has become an Atlanta icon, hosting numerous events, including weddings, corporate functions, and social gatherings. The establishment is known for its lively atmosphere, making it a popular destination for both locals and visitors seeking a memorable dining experience.</w:t>
      </w:r>
      <w:r/>
    </w:p>
    <w:p>
      <w:pPr>
        <w:pStyle w:val="ListNumber"/>
        <w:spacing w:line="240" w:lineRule="auto"/>
        <w:ind w:left="720"/>
      </w:pPr>
      <w:r/>
      <w:hyperlink r:id="rId13">
        <w:r>
          <w:rPr>
            <w:color w:val="0000EE"/>
            <w:u w:val="single"/>
          </w:rPr>
          <w:t>https://atlanta.com/articles/park/park-tavern-atlanta</w:t>
        </w:r>
      </w:hyperlink>
      <w:r>
        <w:t xml:space="preserve"> - Park Tavern, located at the southeast corner of Piedmont Park in Atlanta, is a beloved establishment that has become an integral part of the city's social life. The venue offers direct access to the park's walking paths and is steps away from the Eastside BeltLine Trail connector. Known for its casual and convivial atmosphere, Park Tavern features a covered indoor/outdoor space with TVs mounted on the walls to catch major games. The menu includes nachos, tacos, burgers, and more, catering to a wide range of tastes. Dogs are welcome, making it a pet-friendly destination.</w:t>
      </w:r>
      <w:r/>
    </w:p>
    <w:p>
      <w:pPr>
        <w:pStyle w:val="ListNumber"/>
        <w:spacing w:line="240" w:lineRule="auto"/>
        <w:ind w:left="720"/>
      </w:pPr>
      <w:r/>
      <w:hyperlink r:id="rId14">
        <w:r>
          <w:rPr>
            <w:color w:val="0000EE"/>
            <w:u w:val="single"/>
          </w:rPr>
          <w:t>https://atlanta.com/restaurants-food/american/park-tavern</w:t>
        </w:r>
      </w:hyperlink>
      <w:r>
        <w:t xml:space="preserve"> - Park Tavern is an American restaurant and event venue located in Atlanta's Piedmont Park. The establishment is known for its park-front dining with skyline views, offering approachable American fare, local craft beer, and flexible indoor–outdoor spaces suitable for everyday meals, casual meetups, and large private events. The menu features burgers, sandwiches, salads, seafood, and shareable appetizers, with seasonal specials and rotating taps keeping the offerings current. Park Tavern serves a diverse clientele, including locals, office groups, families, and travelers, and functions as both a neighborhood hangout and a destination venue.</w:t>
      </w:r>
      <w:r/>
    </w:p>
    <w:p>
      <w:pPr>
        <w:pStyle w:val="ListNumber"/>
        <w:spacing w:line="240" w:lineRule="auto"/>
        <w:ind w:left="720"/>
      </w:pPr>
      <w:r/>
      <w:hyperlink r:id="rId11">
        <w:r>
          <w:rPr>
            <w:color w:val="0000EE"/>
            <w:u w:val="single"/>
          </w:rPr>
          <w:t>https://www.midtownatl.com/go/park-tavern</w:t>
        </w:r>
      </w:hyperlink>
      <w:r>
        <w:t xml:space="preserve"> - Park Tavern, situated in the heart of Atlanta's iconic Piedmont Park, offers a unique dining experience with cozy indoor seating and an expansive patio overlooking the park and city skyline. The venue is known for its weekly deals, including Taco Tuesday and Wine Wednesday with half-priced bottles of wine. Seven days a week, guests can enjoy a Buy One Get One offer on any food items from 9 pm to 10 pm. Voted 'Best Patio' by The Atlantan and Jezebel Magazine, Park Tavern is a hidden gem for both locals and visitors seeking unforgettable moments.</w:t>
      </w:r>
      <w:r/>
    </w:p>
    <w:p>
      <w:pPr>
        <w:pStyle w:val="ListNumber"/>
        <w:spacing w:line="240" w:lineRule="auto"/>
        <w:ind w:left="720"/>
      </w:pPr>
      <w:r/>
      <w:hyperlink r:id="rId15">
        <w:r>
          <w:rPr>
            <w:color w:val="0000EE"/>
            <w:u w:val="single"/>
          </w:rPr>
          <w:t>https://atlanta.eater.com/venue/12520/park-tavern</w:t>
        </w:r>
      </w:hyperlink>
      <w:r>
        <w:t xml:space="preserve"> - Park Tavern is Piedmont Park's quintessential bar and hangout place in Atlanta. Locals frequent the venue on rainy days when draft beer is only $1. The covered indoor/outdoor space offers a casual and convivial atmosphere with TVs mounted on the walls to catch major games. The menu includes nachos, tacos, burgers, and more, catering to a wide range of tastes. Dogs are welcome, making it a pet-friendly destination. The venue is located at 500 10th St NE, Atlanta, GA 30309, and operates from 4:30 pm to 12:00 am, with extended hours on Sundays.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oughdraftatlanta.com/2026/10/06/lgbtq-dining-guide-atlanta-pride/" TargetMode="External"/><Relationship Id="rId10" Type="http://schemas.openxmlformats.org/officeDocument/2006/relationships/hyperlink" Target="https://www.parktavern.com/about-park-tavern/" TargetMode="External"/><Relationship Id="rId11" Type="http://schemas.openxmlformats.org/officeDocument/2006/relationships/hyperlink" Target="https://www.midtownatl.com/go/park-tavern" TargetMode="External"/><Relationship Id="rId12" Type="http://schemas.openxmlformats.org/officeDocument/2006/relationships/hyperlink" Target="https://www.parktavern.com/" TargetMode="External"/><Relationship Id="rId13" Type="http://schemas.openxmlformats.org/officeDocument/2006/relationships/hyperlink" Target="https://atlanta.com/articles/park/park-tavern-atlanta" TargetMode="External"/><Relationship Id="rId14" Type="http://schemas.openxmlformats.org/officeDocument/2006/relationships/hyperlink" Target="https://atlanta.com/restaurants-food/american/park-tavern" TargetMode="External"/><Relationship Id="rId15" Type="http://schemas.openxmlformats.org/officeDocument/2006/relationships/hyperlink" Target="https://atlanta.eater.com/venue/12520/park-taver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