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Asian mini-series reviews for quick BL viewing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looking for the best Asian mini-series reviews will find a mixed Korean, Japanese and Chinese selection here, from brief romances to office dramas. The short runtimes sound appealing, but several of these shows struggle with rushed storytelling, thin characterisation or endings that arrive before the story feels ready.</w:t>
      </w:r>
      <w:r/>
    </w:p>
    <w:p>
      <w:pPr>
        <w:pStyle w:val="Heading2"/>
      </w:pPr>
      <w:r>
        <w:t>Essential Takeaways</w:t>
      </w:r>
      <w:r/>
      <w:r/>
    </w:p>
    <w:p>
      <w:pPr>
        <w:pStyle w:val="ListBullet"/>
        <w:spacing w:line="240" w:lineRule="auto"/>
        <w:ind w:left="720"/>
      </w:pPr>
      <w:r/>
      <w:r>
        <w:rPr>
          <w:b/>
        </w:rPr>
        <w:t>Shortest isn't always sharpest:</w:t>
      </w:r>
      <w:r>
        <w:t xml:space="preserve"> Six-minute episodes leave little room for emotional build-up.</w:t>
      </w:r>
      <w:r/>
    </w:p>
    <w:p>
      <w:pPr>
        <w:pStyle w:val="ListBullet"/>
        <w:spacing w:line="240" w:lineRule="auto"/>
        <w:ind w:left="720"/>
      </w:pPr>
      <w:r/>
      <w:r>
        <w:rPr>
          <w:b/>
        </w:rPr>
        <w:t>Twosome Boys feels muddled:</w:t>
      </w:r>
      <w:r>
        <w:t xml:space="preserve"> Its reunion romance raises intriguing questions but offers too little context.</w:t>
      </w:r>
      <w:r/>
    </w:p>
    <w:p>
      <w:pPr>
        <w:pStyle w:val="ListBullet"/>
        <w:spacing w:line="240" w:lineRule="auto"/>
        <w:ind w:left="720"/>
      </w:pPr>
      <w:r/>
      <w:r>
        <w:rPr>
          <w:b/>
        </w:rPr>
        <w:t>With Me relies on a familiar misunderstanding:</w:t>
      </w:r>
      <w:r>
        <w:t xml:space="preserve"> The central surprise is easy to spot well in advance.</w:t>
      </w:r>
      <w:r/>
    </w:p>
    <w:p>
      <w:pPr>
        <w:pStyle w:val="ListBullet"/>
        <w:spacing w:line="240" w:lineRule="auto"/>
        <w:ind w:left="720"/>
      </w:pPr>
      <w:r/>
      <w:r>
        <w:rPr>
          <w:b/>
        </w:rPr>
        <w:t>Backdoor has promise:</w:t>
      </w:r>
      <w:r>
        <w:t xml:space="preserve"> Its office-romance setup works better than some entries, although the story stops abruptly.</w:t>
      </w:r>
      <w:r/>
    </w:p>
    <w:p>
      <w:pPr>
        <w:pStyle w:val="ListBullet"/>
        <w:spacing w:line="240" w:lineRule="auto"/>
        <w:ind w:left="720"/>
      </w:pPr>
      <w:r/>
      <w:r>
        <w:rPr>
          <w:b/>
        </w:rPr>
        <w:t>Please, Stop lacks emotional weight:</w:t>
      </w:r>
      <w:r>
        <w:t xml:space="preserve"> The complicated family dynamic is handled too quickly to feel convincing.</w:t>
      </w:r>
      <w:r/>
      <w:r/>
    </w:p>
    <w:p>
      <w:pPr>
        <w:pStyle w:val="Heading2"/>
      </w:pPr>
      <w:r>
        <w:t>Six-minute episodes need more than a good premise</w:t>
      </w:r>
      <w:r/>
    </w:p>
    <w:p>
      <w:r/>
      <w:r>
        <w:t>Short-form Asian dramas can be wonderfully snackable, but they still need clear stakes. In this collection, several series seem to confuse brevity with momentum, rushing through introductions, conflicts and emotional reversals before viewers have time to settle in.</w:t>
      </w:r>
      <w:r/>
    </w:p>
    <w:p>
      <w:r/>
      <w:r>
        <w:t xml:space="preserve">That problem is especially noticeable in </w:t>
      </w:r>
      <w:r>
        <w:rPr>
          <w:i/>
        </w:rPr>
        <w:t>Twosome Boys</w:t>
      </w:r>
      <w:r>
        <w:t>, a six-part Korean mini-series about Min and Suho, former lovers and aspiring idols forced back into each other's orbit. Listings on MyAsianTV and MovieFone identify it as a 2024 Korean drama, while BL Watcher's review also highlights the reunion premise. The setup has plenty of potential, but the storytelling leaves too many gaps.</w:t>
      </w:r>
      <w:r/>
    </w:p>
    <w:p>
      <w:r/>
      <w:r>
        <w:t>The result is less a simmering second-chance romance than a string of unexplained developments. Min's difficult family background adds a darker undertone, yet the series doesn't give that material enough room to land. It's hard to feel the heartbreak when the drama keeps the emotional map folded away.</w:t>
      </w:r>
      <w:r/>
    </w:p>
    <w:p>
      <w:pPr>
        <w:pStyle w:val="Heading2"/>
      </w:pPr>
      <w:r>
        <w:t xml:space="preserve">Familiar misunderstandings make </w:t>
      </w:r>
      <w:r>
        <w:rPr>
          <w:i/>
        </w:rPr>
        <w:t>With Me</w:t>
      </w:r>
      <w:r>
        <w:t xml:space="preserve"> feel predictable</w:t>
      </w:r>
      <w:r/>
    </w:p>
    <w:p>
      <w:r/>
      <w:r>
        <w:rPr>
          <w:i/>
        </w:rPr>
        <w:t>With Me</w:t>
      </w:r>
      <w:r>
        <w:t xml:space="preserve"> takes a well-worn route: a long-term couple becomes suspicious when one partner starts behaving strangely. Secret calls, unexplained absences and a suspiciously cheerful meeting with a mutual friend all point towards betrayal, at least from the anxious partner's perspective.</w:t>
      </w:r>
      <w:r/>
    </w:p>
    <w:p>
      <w:r/>
      <w:r>
        <w:t>The six-episode Korean series, released in 2025, eventually reveals a birthday and anniversary surprise rather than an affair. That reveal is perfectly harmless, but the journey feels underpowered because viewers can often see the destination from the opening scenes.</w:t>
      </w:r>
      <w:r/>
    </w:p>
    <w:p>
      <w:r/>
      <w:r>
        <w:t>There is a useful lesson here for anyone choosing short BL series. A familiar plot can still work if the performances create warmth or the relationship feels lived-in. Without that extra spark, the drama becomes a waiting game for information the audience has already guessed.</w:t>
      </w:r>
      <w:r/>
    </w:p>
    <w:p>
      <w:pPr>
        <w:pStyle w:val="Heading2"/>
      </w:pPr>
      <w:r>
        <w:t>Two romances that never quite take off</w:t>
      </w:r>
      <w:r/>
    </w:p>
    <w:p>
      <w:r/>
      <w:r>
        <w:rPr>
          <w:i/>
        </w:rPr>
        <w:t>All For You</w:t>
      </w:r>
      <w:r>
        <w:t xml:space="preserve"> is even more stripped back. The 2025 Korean mini-series follows a cafe owner and an employee, with their relationship explained through quick scenes and recollections shared with a roommate. It has the cosy ingredients of a gentle workplace romance, but the execution feels conspicuously basic.</w:t>
      </w:r>
      <w:r/>
    </w:p>
    <w:p>
      <w:r/>
      <w:r>
        <w:t>That isn't automatically a flaw. Sometimes a simple love story is exactly what viewers want after a long day. Here, though, the short three-episode format leaves little space for chemistry, conflict or memorable character detail, so the romance never develops much texture.</w:t>
      </w:r>
      <w:r/>
    </w:p>
    <w:p>
      <w:r/>
      <w:r>
        <w:t xml:space="preserve">Japanese series </w:t>
      </w:r>
      <w:r>
        <w:rPr>
          <w:i/>
        </w:rPr>
        <w:t>The Plain Accountant</w:t>
      </w:r>
      <w:r>
        <w:t xml:space="preserve"> takes a different approach, pairing a reserved office accountant with an energetic colleague who secretly works as a host. The contrast between corporate restraint and after-hours flamboyance sounds promising, but the bite-sized structure doesn't generate enough tension. According to the available listing, the story spans two seasons with two episodes each, yet even that compact format struggles to maintain interest.</w:t>
      </w:r>
      <w:r/>
    </w:p>
    <w:p>
      <w:pPr>
        <w:pStyle w:val="Heading2"/>
      </w:pPr>
      <w:r>
        <w:rPr>
          <w:i/>
        </w:rPr>
        <w:t>Backdoor</w:t>
      </w:r>
      <w:r>
        <w:t xml:space="preserve"> has the strongest hook, then stops</w:t>
      </w:r>
      <w:r/>
    </w:p>
    <w:p>
      <w:r/>
      <w:r>
        <w:t xml:space="preserve">Among the collection, </w:t>
      </w:r>
      <w:r>
        <w:rPr>
          <w:i/>
        </w:rPr>
        <w:t>Backdoor</w:t>
      </w:r>
      <w:r>
        <w:t xml:space="preserve"> comes closest to making its premise work. Do Yun is rescued from a career-threatening crisis by an anonymous stranger, only to discover that the person behind the intervention is Ji Hyeok, a privileged rookie he already dislikes.</w:t>
      </w:r>
      <w:r/>
    </w:p>
    <w:p>
      <w:r/>
      <w:r>
        <w:t>That creates a workable office-romance engine: resentment, professional rivalry and an unexpected debt all sit neatly alongside the attraction. The Korean series runs for four episodes of roughly 11 minutes, giving it slightly more breathing room than some of the shorter entries.</w:t>
      </w:r>
      <w:r/>
    </w:p>
    <w:p>
      <w:r/>
      <w:r>
        <w:t>The frustration is structural. Just as the relationship begins to become interesting, the story ends midstream. Cliffhangers can be effective, but they need to feel like a deliberate pause rather than a missing final act. Here, it feels more like the viewer has been asked to wait for the actual drama to begin.</w:t>
      </w:r>
      <w:r/>
    </w:p>
    <w:p>
      <w:pPr>
        <w:pStyle w:val="Heading2"/>
      </w:pPr>
      <w:r>
        <w:rPr>
          <w:i/>
        </w:rPr>
        <w:t>Please, Stop</w:t>
      </w:r>
      <w:r>
        <w:t xml:space="preserve"> handles a difficult dynamic too quickly</w:t>
      </w:r>
      <w:r/>
    </w:p>
    <w:p>
      <w:r/>
      <w:r>
        <w:t xml:space="preserve">The Chinese mini-series </w:t>
      </w:r>
      <w:r>
        <w:rPr>
          <w:i/>
        </w:rPr>
        <w:t>Please, Stop</w:t>
      </w:r>
      <w:r>
        <w:t xml:space="preserve"> explores a complicated relationship between two stepbrothers living together. The younger brother has romantic feelings for the older one, who is straight and has a girlfriend, creating an uncomfortable emotional triangle.</w:t>
      </w:r>
      <w:r/>
    </w:p>
    <w:p>
      <w:r/>
      <w:r>
        <w:t>The premise requires careful handling, especially because the story moves between sexual longing, family attachment and the older brother's eventual recognition of a deeply loving but non-romantic bond. Instead, the six-episode structure moves rapidly from one turn to the next, leaving little time for believable reflection.</w:t>
      </w:r>
      <w:r/>
    </w:p>
    <w:p>
      <w:r/>
      <w:r>
        <w:t>That rushed pacing weakens the emotional stakes. Viewers aren't given enough space to understand why the younger brother feels this way, how the household dynamic developed or what either character truly risks losing. The concept may attract curious viewers, but the execution is unlikely to reward those looking for a nuanced slow burn.</w:t>
      </w:r>
      <w:r/>
    </w:p>
    <w:p>
      <w:pPr>
        <w:pStyle w:val="Heading2"/>
      </w:pPr>
      <w:r>
        <w:t>A useful warning for short-form drama shoppers</w:t>
      </w:r>
      <w:r/>
    </w:p>
    <w:p>
      <w:r/>
      <w:r>
        <w:t>This collection is a reminder that episode count isn't the same as efficiency. A six-minute instalment can feel brisk and satisfying when each scene carries character, but it can also feel like a trailer stretched across several episodes.</w:t>
      </w:r>
      <w:r/>
    </w:p>
    <w:p>
      <w:r/>
      <w:r>
        <w:t>For viewers browsing Asian mini-series, the safest approach is to check the total runtime, not just the number of episodes. A show with six short chapters may offer less narrative space than a single conventional episode, so strong acting and a tightly controlled premise become especially important.</w:t>
      </w:r>
      <w:r/>
    </w:p>
    <w:p>
      <w:r/>
      <w:r>
        <w:t xml:space="preserve">There are still appealing ideas here, particularly the rivalry-to-romance tension in </w:t>
      </w:r>
      <w:r>
        <w:rPr>
          <w:i/>
        </w:rPr>
        <w:t>Backdoor</w:t>
      </w:r>
      <w:r>
        <w:t xml:space="preserve"> and the second-chance setup of </w:t>
      </w:r>
      <w:r>
        <w:rPr>
          <w:i/>
        </w:rPr>
        <w:t>Twosome Boys</w:t>
      </w:r>
      <w:r>
        <w:t>. But if you're after emotional payoff rather than quick plot fragments, this particular batch looks better suited to cautious sampling than enthusiastic bingeing.</w:t>
      </w:r>
      <w:r/>
    </w:p>
    <w:p>
      <w:r/>
      <w:r>
        <w:t>A promising premise needs room to breathe, even when the episodes are tiny.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[7]</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[7]</w:t>
        </w:r>
      </w:hyperlink>
      <w:r>
        <w:t xml:space="preserve">- Paragraph 15: </w:t>
      </w:r>
      <w:hyperlink r:id="rId14">
        <w:r>
          <w:rPr>
            <w:color w:val="0000EE"/>
            <w:u w:val="single"/>
          </w:rPr>
          <w:t>[5]</w:t>
        </w:r>
      </w:hyperlink>
      <w:r>
        <w:t xml:space="preserve">, </w:t>
      </w:r>
      <w:hyperlink r:id="rId15">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1">
        <w:r>
          <w:rPr>
            <w:color w:val="0000EE"/>
            <w:u w:val="single"/>
          </w:rPr>
          <w:t>[3]</w:t>
        </w:r>
      </w:hyperlink>
      <w:r>
        <w:t xml:space="preserve">, </w:t>
      </w:r>
      <w:hyperlink r:id="rId13">
        <w:r>
          <w:rPr>
            <w:color w:val="0000EE"/>
            <w:u w:val="single"/>
          </w:rPr>
          <w:t>[7]</w:t>
        </w:r>
      </w:hyperlink>
      <w:r>
        <w:t xml:space="preserve">- Paragraph 18: </w:t>
      </w:r>
      <w:hyperlink r:id="rId14">
        <w:r>
          <w:rPr>
            <w:color w:val="0000EE"/>
            <w:u w:val="single"/>
          </w:rPr>
          <w:t>[5]</w:t>
        </w:r>
      </w:hyperlink>
      <w:r>
        <w:t xml:space="preserve">, </w:t>
      </w:r>
      <w:hyperlink r:id="rId15">
        <w:r>
          <w:rPr>
            <w:color w:val="0000EE"/>
            <w:u w:val="single"/>
          </w:rPr>
          <w:t>[6]</w:t>
        </w:r>
      </w:hyperlink>
      <w:r>
        <w:t xml:space="preserve">- Paragraph 19: </w:t>
      </w:r>
      <w:hyperlink r:id="rId10">
        <w:r>
          <w:rPr>
            <w:color w:val="0000EE"/>
            <w:u w:val="single"/>
          </w:rPr>
          <w:t>[2]</w:t>
        </w:r>
      </w:hyperlink>
      <w:r>
        <w:t xml:space="preserve">, </w:t>
      </w:r>
      <w:hyperlink r:id="rId12">
        <w:r>
          <w:rPr>
            <w:color w:val="0000EE"/>
            <w:u w:val="single"/>
          </w:rPr>
          <w:t>[4]</w:t>
        </w:r>
      </w:hyperlink>
      <w:r>
        <w:t xml:space="preserve">- Paragraph 20: </w:t>
      </w:r>
      <w:hyperlink r:id="rId11">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https://www.thegayreels.com/2026/10/asian-mini-series-collection-part-4.html</w:t>
        </w:r>
      </w:hyperlink>
      <w:r>
        <w:t xml:space="preserve"> - Please view link - unable to able to access data</w:t>
      </w:r>
      <w:r/>
    </w:p>
    <w:p>
      <w:pPr>
        <w:pStyle w:val="ListNumber"/>
        <w:spacing w:line="240" w:lineRule="auto"/>
        <w:ind w:left="720"/>
      </w:pPr>
      <w:r/>
      <w:hyperlink r:id="rId10">
        <w:r>
          <w:rPr>
            <w:color w:val="0000EE"/>
            <w:u w:val="single"/>
          </w:rPr>
          <w:t>https://www.imdb.com/title/tt38779484/</w:t>
        </w:r>
      </w:hyperlink>
      <w:r>
        <w:t xml:space="preserve"> - 'Twosome Boys' is a South Korean TV mini-series that aired from 2024 to 2025. The series follows Kang Min, an aspiring idol who, after failing to debut with his original group, continues to practice relentlessly. He reunites with his ex-boyfriend, Su Ho, who has become a successful idol. The series explores themes of reconciliation and unresolved resentment. The IMDb rating is 4.9/10 based on 19 user ratings. (</w:t>
      </w:r>
      <w:hyperlink r:id="rId16">
        <w:r>
          <w:rPr>
            <w:color w:val="0000EE"/>
            <w:u w:val="single"/>
          </w:rPr>
          <w:t>imdb.com</w:t>
        </w:r>
      </w:hyperlink>
      <w:r>
        <w:t>)</w:t>
      </w:r>
      <w:r/>
    </w:p>
    <w:p>
      <w:pPr>
        <w:pStyle w:val="ListNumber"/>
        <w:spacing w:line="240" w:lineRule="auto"/>
        <w:ind w:left="720"/>
      </w:pPr>
      <w:r/>
      <w:hyperlink r:id="rId11">
        <w:r>
          <w:rPr>
            <w:color w:val="0000EE"/>
            <w:u w:val="single"/>
          </w:rPr>
          <w:t>https://www.myasiantv.rest/series/two-some-boys-2024/</w:t>
        </w:r>
      </w:hyperlink>
      <w:r>
        <w:t xml:space="preserve"> - 'Two Some Boys' is a 2024 South Korean BL series consisting of six episodes, each approximately six minutes long. The plot centres on Kang Min, an aspiring idol who, after not debuting with his original group, continues to practice diligently. He encounters his ex-boyfriend, Su Ho, now a debuted idol, leading to a reunion filled with unresolved emotions. The series delves into themes of betrayal and reconciliation. (</w:t>
      </w:r>
      <w:hyperlink r:id="rId17">
        <w:r>
          <w:rPr>
            <w:color w:val="0000EE"/>
            <w:u w:val="single"/>
          </w:rPr>
          <w:t>ww7.myasiantv.rest</w:t>
        </w:r>
      </w:hyperlink>
      <w:r>
        <w:t>)</w:t>
      </w:r>
      <w:r/>
    </w:p>
    <w:p>
      <w:pPr>
        <w:pStyle w:val="ListNumber"/>
        <w:spacing w:line="240" w:lineRule="auto"/>
        <w:ind w:left="720"/>
      </w:pPr>
      <w:r/>
      <w:hyperlink r:id="rId12">
        <w:r>
          <w:rPr>
            <w:color w:val="0000EE"/>
            <w:u w:val="single"/>
          </w:rPr>
          <w:t>https://blwatcher.com/bl-series/twosome-boys-drama-review/</w:t>
        </w:r>
      </w:hyperlink>
      <w:r>
        <w:t xml:space="preserve"> - 'Twosome Boys' is a short Korean BL series about two idol trainees. After failing to debut last year, the main character feels frustrated by his lack of career progress. He crosses paths with a former acquaintance who wants to reconnect. However, the protagonist harbours a deep grudge against him. The two used to be close and trained together. However, a shocking betrayal shattered their bond, straining their relationship until now. (</w:t>
      </w:r>
      <w:hyperlink r:id="rId18">
        <w:r>
          <w:rPr>
            <w:color w:val="0000EE"/>
            <w:u w:val="single"/>
          </w:rPr>
          <w:t>blwatcher.com</w:t>
        </w:r>
      </w:hyperlink>
      <w:r>
        <w:t>)</w:t>
      </w:r>
      <w:r/>
    </w:p>
    <w:p>
      <w:pPr>
        <w:pStyle w:val="ListNumber"/>
        <w:spacing w:line="240" w:lineRule="auto"/>
        <w:ind w:left="720"/>
      </w:pPr>
      <w:r/>
      <w:hyperlink r:id="rId14">
        <w:r>
          <w:rPr>
            <w:color w:val="0000EE"/>
            <w:u w:val="single"/>
          </w:rPr>
          <w:t>https://mementobl.com/es/series/986/</w:t>
        </w:r>
      </w:hyperlink>
      <w:r>
        <w:t xml:space="preserve"> - 'Two Some Boys' is a South Korean series that aired from December 26, 2024, to January 25, 2025. The series follows Kang Min, an aspiring idol who, after failing to debut with his original group, continues to practice relentlessly. He reunites with his ex-boyfriend, Su Ho, who has become a successful idol. The series explores themes of reconciliation and unresolved resentment. (</w:t>
      </w:r>
      <w:hyperlink r:id="rId19">
        <w:r>
          <w:rPr>
            <w:color w:val="0000EE"/>
            <w:u w:val="single"/>
          </w:rPr>
          <w:t>mementobl.com</w:t>
        </w:r>
      </w:hyperlink>
      <w:r>
        <w:t>)</w:t>
      </w:r>
      <w:r/>
    </w:p>
    <w:p>
      <w:pPr>
        <w:pStyle w:val="ListNumber"/>
        <w:spacing w:line="240" w:lineRule="auto"/>
        <w:ind w:left="720"/>
      </w:pPr>
      <w:r/>
      <w:hyperlink r:id="rId15">
        <w:r>
          <w:rPr>
            <w:color w:val="0000EE"/>
            <w:u w:val="single"/>
          </w:rPr>
          <w:t>https://note.com/echinops_sp/n/n9cd3a5572509</w:t>
        </w:r>
      </w:hyperlink>
      <w:r>
        <w:t xml:space="preserve"> - 'Twosome Boys' is a 2024 South Korean BL drama that follows the story of Kang Min, an aspiring idol who, after failing to debut with his original group, continues to practice relentlessly. He reunites with his ex-boyfriend, Su Ho, who has become a successful idol. The series delves into themes of reconciliation and unresolved resentment. (</w:t>
      </w:r>
      <w:hyperlink r:id="rId20">
        <w:r>
          <w:rPr>
            <w:color w:val="0000EE"/>
            <w:u w:val="single"/>
          </w:rPr>
          <w:t>note.com</w:t>
        </w:r>
      </w:hyperlink>
      <w:r>
        <w:t>)</w:t>
      </w:r>
      <w:r/>
    </w:p>
    <w:p>
      <w:pPr>
        <w:pStyle w:val="ListNumber"/>
        <w:spacing w:line="240" w:lineRule="auto"/>
        <w:ind w:left="720"/>
      </w:pPr>
      <w:r/>
      <w:hyperlink r:id="rId13">
        <w:r>
          <w:rPr>
            <w:color w:val="0000EE"/>
            <w:u w:val="single"/>
          </w:rPr>
          <w:t>https://www.moviefone.com/tv-shows/two-some-boys/ZmWtsK1TqiyNO1wigaSIV1/</w:t>
        </w:r>
      </w:hyperlink>
      <w:r>
        <w:t xml:space="preserve"> - 'Two Some Boys' is a South Korean TV series that aired from December 26, 2024, to January 25, 2025. The series follows Kang Min, an aspiring idol who, after failing to debut with his original group, continues to practice relentlessly. He reunites with his ex-boyfriend, Su Ho, who has become a successful idol. The series explores themes of reconciliation and unresolved resentment. (</w:t>
      </w:r>
      <w:hyperlink r:id="rId21">
        <w:r>
          <w:rPr>
            <w:color w:val="0000EE"/>
            <w:u w:val="single"/>
          </w:rPr>
          <w:t>moviefone.com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ayreels.com/2026/10/asian-mini-series-collection-part-4.html" TargetMode="External"/><Relationship Id="rId10" Type="http://schemas.openxmlformats.org/officeDocument/2006/relationships/hyperlink" Target="https://www.imdb.com/title/tt38779484/" TargetMode="External"/><Relationship Id="rId11" Type="http://schemas.openxmlformats.org/officeDocument/2006/relationships/hyperlink" Target="https://www.myasiantv.rest/series/two-some-boys-2024/" TargetMode="External"/><Relationship Id="rId12" Type="http://schemas.openxmlformats.org/officeDocument/2006/relationships/hyperlink" Target="https://blwatcher.com/bl-series/twosome-boys-drama-review/" TargetMode="External"/><Relationship Id="rId13" Type="http://schemas.openxmlformats.org/officeDocument/2006/relationships/hyperlink" Target="https://www.moviefone.com/tv-shows/two-some-boys/ZmWtsK1TqiyNO1wigaSIV1/" TargetMode="External"/><Relationship Id="rId14" Type="http://schemas.openxmlformats.org/officeDocument/2006/relationships/hyperlink" Target="https://mementobl.com/es/series/986/" TargetMode="External"/><Relationship Id="rId15" Type="http://schemas.openxmlformats.org/officeDocument/2006/relationships/hyperlink" Target="https://note.com/echinops_sp/n/n9cd3a5572509" TargetMode="External"/><Relationship Id="rId16" Type="http://schemas.openxmlformats.org/officeDocument/2006/relationships/hyperlink" Target="https://www.imdb.com/title/tt38779484/?utm_source=openai" TargetMode="External"/><Relationship Id="rId17" Type="http://schemas.openxmlformats.org/officeDocument/2006/relationships/hyperlink" Target="https://ww7.myasiantv.rest/series/two-some-boys-2024/?utm_source=openai" TargetMode="External"/><Relationship Id="rId18" Type="http://schemas.openxmlformats.org/officeDocument/2006/relationships/hyperlink" Target="https://blwatcher.com/bl-series/twosome-boys-drama-review/?utm_source=openai" TargetMode="External"/><Relationship Id="rId19" Type="http://schemas.openxmlformats.org/officeDocument/2006/relationships/hyperlink" Target="https://mementobl.com/es/series/986/?utm_source=openai" TargetMode="External"/><Relationship Id="rId20" Type="http://schemas.openxmlformats.org/officeDocument/2006/relationships/hyperlink" Target="https://note.com/echinops_sp/n/n9cd3a5572509?utm_source=openai" TargetMode="External"/><Relationship Id="rId21" Type="http://schemas.openxmlformats.org/officeDocument/2006/relationships/hyperlink" Target="https://www.moviefone.com/tv-shows/two-some-boys/ZmWtsK1TqiyNO1wigaSIV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