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Luxembourg’s Rainbow Career Day Matters for Inclusive Workplaces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Employers and jobseekers are gathering in Luxembourg for Rainbow Career Day, an event focused on inclusion, diversity and respect at work. With companies, organisations and individuals sharing ideas and opportunities, the gathering offers a practical reminder that fair workplaces are built through visible action, not just good intentions.</w:t>
      </w:r>
      <w:r/>
    </w:p>
    <w:p>
      <w:pPr>
        <w:pStyle w:val="Heading2"/>
      </w:pPr>
      <w:r>
        <w:t>Essential Takeaways</w:t>
      </w:r>
      <w:r/>
      <w:r/>
    </w:p>
    <w:p>
      <w:pPr>
        <w:pStyle w:val="ListBullet"/>
        <w:spacing w:line="240" w:lineRule="auto"/>
        <w:ind w:left="720"/>
      </w:pPr>
      <w:r/>
      <w:r>
        <w:rPr>
          <w:b/>
        </w:rPr>
        <w:t>A visible platform:</w:t>
      </w:r>
      <w:r>
        <w:t xml:space="preserve"> Rainbow Career Day brings together employers, organisations and jobseekers who support workplace equality.</w:t>
      </w:r>
      <w:r/>
    </w:p>
    <w:p>
      <w:pPr>
        <w:pStyle w:val="ListBullet"/>
        <w:spacing w:line="240" w:lineRule="auto"/>
        <w:ind w:left="720"/>
      </w:pPr>
      <w:r/>
      <w:r>
        <w:rPr>
          <w:b/>
        </w:rPr>
        <w:t>Respect matters:</w:t>
      </w:r>
      <w:r>
        <w:t xml:space="preserve"> The event centres on people being able to bring their identity to work without fear of exclusion.</w:t>
      </w:r>
      <w:r/>
    </w:p>
    <w:p>
      <w:pPr>
        <w:pStyle w:val="ListBullet"/>
        <w:spacing w:line="240" w:lineRule="auto"/>
        <w:ind w:left="720"/>
      </w:pPr>
      <w:r/>
      <w:r>
        <w:rPr>
          <w:b/>
        </w:rPr>
        <w:t>Employers have a role:</w:t>
      </w:r>
      <w:r>
        <w:t xml:space="preserve"> Companies are encouraged to examine their own policies, culture and recruitment practices.</w:t>
      </w:r>
      <w:r/>
    </w:p>
    <w:p>
      <w:pPr>
        <w:pStyle w:val="ListBullet"/>
        <w:spacing w:line="240" w:lineRule="auto"/>
        <w:ind w:left="720"/>
      </w:pPr>
      <w:r/>
      <w:r>
        <w:rPr>
          <w:b/>
        </w:rPr>
        <w:t>Networking with purpose:</w:t>
      </w:r>
      <w:r>
        <w:t xml:space="preserve"> Conversations and connections can turn broad commitments into practical workplace changes.</w:t>
      </w:r>
      <w:r/>
    </w:p>
    <w:p>
      <w:pPr>
        <w:pStyle w:val="ListBullet"/>
        <w:spacing w:line="240" w:lineRule="auto"/>
        <w:ind w:left="720"/>
      </w:pPr>
      <w:r/>
      <w:r>
        <w:rPr>
          <w:b/>
        </w:rPr>
        <w:t>A timely message:</w:t>
      </w:r>
      <w:r>
        <w:t xml:space="preserve"> The event reflects growing attention to diversity and belonging across Luxembourg’s employment landscape.</w:t>
      </w:r>
      <w:r/>
      <w:r/>
    </w:p>
    <w:p>
      <w:pPr>
        <w:pStyle w:val="Heading2"/>
      </w:pPr>
      <w:r>
        <w:t>Luxembourg’s inclusive careers conversation is moving forward</w:t>
      </w:r>
      <w:r/>
    </w:p>
    <w:p>
      <w:r/>
      <w:r>
        <w:t>A career fair can sometimes feel like a whirl of name badges, hurried introductions and lukewarm coffee. Rainbow Career Day aims to make that encounter more meaningful by placing dignity and belonging at the centre of the conversation.</w:t>
      </w:r>
      <w:r/>
    </w:p>
    <w:p>
      <w:r/>
      <w:r>
        <w:t>The Luxembourg event connects people who are looking for work with employers and organisations committed to creating more welcoming workplaces. The focus is broader than recruitment alone. It’s also about whether people feel seen, respected and able to progress once they’re hired, according to information from ADEM and the event organisers.</w:t>
      </w:r>
      <w:r/>
    </w:p>
    <w:p>
      <w:pPr>
        <w:pStyle w:val="Heading2"/>
      </w:pPr>
      <w:r>
        <w:t>Why workplace respect needs more than a slogan</w:t>
      </w:r>
      <w:r/>
    </w:p>
    <w:p>
      <w:r/>
      <w:r>
        <w:t>Inclusive language on a careers page is useful, but it only goes so far. Employees notice what happens in everyday meetings, how managers respond to discrimination and whether promotion opportunities are genuinely open to everyone.</w:t>
      </w:r>
      <w:r/>
    </w:p>
    <w:p>
      <w:r/>
      <w:r>
        <w:t>That’s why events such as Rainbow Career Day matter. They give employers a chance to explain what they’re doing, while allowing candidates to ask sharper questions about culture and support. The Charter of Diversity in Luxembourg has likewise highlighted the value of organisations making diversity part of their structures rather than treating it as a one-off campaign.</w:t>
      </w:r>
      <w:r/>
    </w:p>
    <w:p>
      <w:r/>
      <w:r>
        <w:t>A fair workplace isn’t created by a rainbow logo alone, however attractive the branding may be. It depends on policies, training, leadership and the quieter daily choices that shape whether people feel safe speaking up.</w:t>
      </w:r>
      <w:r/>
    </w:p>
    <w:p>
      <w:pPr>
        <w:pStyle w:val="Heading2"/>
      </w:pPr>
      <w:r>
        <w:t>What can jobseekers learn from the event?</w:t>
      </w:r>
      <w:r/>
    </w:p>
    <w:p>
      <w:r/>
      <w:r>
        <w:t>For candidates, the most useful conversations may be the least polished ones. Ask how an organisation handles harassment, whether staff networks exist, how flexible working is managed and what support is available during recruitment and employment.</w:t>
      </w:r>
      <w:r/>
    </w:p>
    <w:p>
      <w:r/>
      <w:r>
        <w:t>It’s also worth looking beyond the biggest names in the room. Smaller employers can offer a close-knit culture and direct access to decision-makers, while larger organisations may have more formal diversity programmes. Neither is automatically better, so listen for specific examples rather than relying on reassuring phrases.</w:t>
      </w:r>
      <w:r/>
    </w:p>
    <w:p>
      <w:r/>
      <w:r>
        <w:t>Rainbow Career Day’s programme and related event listings point to a format built around meetings, exchange and networking. That gives jobseekers a chance to compare employers in real time, rather than judging them solely by a carefully edited vacancy advert.</w:t>
      </w:r>
      <w:r/>
    </w:p>
    <w:p>
      <w:pPr>
        <w:pStyle w:val="Heading2"/>
      </w:pPr>
      <w:r>
        <w:t>Employers are being asked to show their work</w:t>
      </w:r>
      <w:r/>
    </w:p>
    <w:p>
      <w:r/>
      <w:r>
        <w:t>For participating companies, the event is an opportunity to attract talent, but it’s also a moment of accountability. Turning up is a positive signal; explaining how inclusion works inside the business is more convincing.</w:t>
      </w:r>
      <w:r/>
    </w:p>
    <w:p>
      <w:r/>
      <w:r>
        <w:t>Organisations can prepare by bringing clear information about recruitment, employee support and progression. They should also make sure representatives are ready to discuss practical matters, including inclusive language, accessibility and how concerns are handled.</w:t>
      </w:r>
      <w:r/>
    </w:p>
    <w:p>
      <w:r/>
      <w:r>
        <w:t>The wider Luxembourg events calendar shows strong interest in career-focused gatherings, from specialist fairs to broader job and networking days. Rainbow Career Day adds a distinct social purpose to that mix, linking employment with the kind of workplace communities people want to join.</w:t>
      </w:r>
      <w:r/>
    </w:p>
    <w:p>
      <w:pPr>
        <w:pStyle w:val="Heading2"/>
      </w:pPr>
      <w:r>
        <w:t>A small event can carry a wider message</w:t>
      </w:r>
      <w:r/>
    </w:p>
    <w:p>
      <w:r/>
      <w:r>
        <w:t>The second edition of Rainbow Career Day arrives at a time when many workers are looking more closely at employer values. Salary remains important, of course, but so do respect, security and the feeling that you won’t have to hide part of yourself to succeed.</w:t>
      </w:r>
      <w:r/>
    </w:p>
    <w:p>
      <w:r/>
      <w:r>
        <w:t>That makes the event relevant even to people who aren’t attending. Its central idea is simple: inclusion should be visible in recruitment, supported by leadership and experienced in everyday working life. As the Luxembourg gathering continues to connect employers and candidates, its most lasting contribution may be encouraging more honest conversations after the event has ended.</w:t>
      </w:r>
      <w:r/>
    </w:p>
    <w:p>
      <w:r/>
      <w:r>
        <w:t>A respectful workplace is not a finished product. It’s something organisations have to keep building, one policy and one conversation at a time.</w:t>
      </w:r>
      <w:r/>
    </w:p>
    <w:p>
      <w:r/>
      <w:r>
        <w:t>It’s a small but important step towards making work fairer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5">
        <w:r>
          <w:rPr>
            <w:color w:val="0000EE"/>
            <w:u w:val="single"/>
          </w:rPr>
          <w:t>[6]</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https://www.luxtimes.lu/test/treating-one-another-with-respect-both-today-and-tomorrow/162623112.html</w:t>
        </w:r>
      </w:hyperlink>
      <w:r>
        <w:t xml:space="preserve"> - Please view link - unable to able to access data</w:t>
      </w:r>
      <w:r/>
    </w:p>
    <w:p>
      <w:pPr>
        <w:pStyle w:val="ListNumber"/>
        <w:spacing w:line="240" w:lineRule="auto"/>
        <w:ind w:left="720"/>
      </w:pPr>
      <w:r/>
      <w:hyperlink r:id="rId10">
        <w:r>
          <w:rPr>
            <w:color w:val="0000EE"/>
            <w:u w:val="single"/>
          </w:rPr>
          <w:t>https://adem.public.lu/en/agenda/rainbow-career-day.html</w:t>
        </w:r>
      </w:hyperlink>
      <w:r>
        <w:t xml:space="preserve"> - The Rainbow Career Day in Luxembourg is scheduled for 30 October 2026 at the Abbaye de Neimünster. This event aims to promote diversity and inclusion in the workplace by bringing together regional employers who value diversity as a core aspect of their corporate culture. Attendees will have the opportunity to engage in discussions, exchange ideas, and network with various companies committed to fostering an inclusive environment.</w:t>
      </w:r>
      <w:r/>
    </w:p>
    <w:p>
      <w:pPr>
        <w:pStyle w:val="ListNumber"/>
        <w:spacing w:line="240" w:lineRule="auto"/>
        <w:ind w:left="720"/>
      </w:pPr>
      <w:r/>
      <w:hyperlink r:id="rId11">
        <w:r>
          <w:rPr>
            <w:color w:val="0000EE"/>
            <w:u w:val="single"/>
          </w:rPr>
          <w:t>https://rainbow-career.de/en/events/rainbow-career-day-luxembourg-2026/</w:t>
        </w:r>
      </w:hyperlink>
      <w:r>
        <w:t xml:space="preserve"> - The Rainbow Career Day Luxembourg 2026 is set for 30 October 2026, from 13:00 to 17:30, at Neumünster Abbey in Luxembourg City. The event focuses on diversity in the workplace, with participating companies showcasing their commitment to inclusive corporate cultures. It offers a platform for individuals from the queer community and others who value diversity to connect with potential employers and explore career opportunities.</w:t>
      </w:r>
      <w:r/>
    </w:p>
    <w:p>
      <w:pPr>
        <w:pStyle w:val="ListNumber"/>
        <w:spacing w:line="240" w:lineRule="auto"/>
        <w:ind w:left="720"/>
      </w:pPr>
      <w:r/>
      <w:hyperlink r:id="rId12">
        <w:r>
          <w:rPr>
            <w:color w:val="0000EE"/>
            <w:u w:val="single"/>
          </w:rPr>
          <w:t>https://www.chartediversite.lu/en/news/rainbow-career-day-entreprises-participez-a-levenement</w:t>
        </w:r>
      </w:hyperlink>
      <w:r>
        <w:t xml:space="preserve"> - The Diversity Charter Lëtzebuerg is participating in the Rainbow Career Day in Luxembourg on 30 October 2026. The event, under the patronage of the Ministry of Labour, the Ministry of the Economy, and the MEGA Ministry, aims to promote diversity in the workplace. Companies interested in participating are encouraged to contact Sebastian Krug, Managing Director, at info@rainbow-career.de.</w:t>
      </w:r>
      <w:r/>
    </w:p>
    <w:p>
      <w:pPr>
        <w:pStyle w:val="ListNumber"/>
        <w:spacing w:line="240" w:lineRule="auto"/>
        <w:ind w:left="720"/>
      </w:pPr>
      <w:r/>
      <w:hyperlink r:id="rId14">
        <w:r>
          <w:rPr>
            <w:color w:val="0000EE"/>
            <w:u w:val="single"/>
          </w:rPr>
          <w:t>https://www.youtube.com/watch?v=bnob8E5fu2w</w:t>
        </w:r>
      </w:hyperlink>
      <w:r>
        <w:t xml:space="preserve"> - This video by iHASCO discusses the importance of Equality, Diversity, and Inclusion (EDI) in the workplace. It highlights that everyone has the right to be treated with dignity and respect, both inside and outside of work. Embracing diversity leads to a more innovative, creative, and effective team, benefiting the overall success of the organisation.</w:t>
      </w:r>
      <w:r/>
    </w:p>
    <w:p>
      <w:pPr>
        <w:pStyle w:val="ListNumber"/>
        <w:spacing w:line="240" w:lineRule="auto"/>
        <w:ind w:left="720"/>
      </w:pPr>
      <w:r/>
      <w:hyperlink r:id="rId15">
        <w:r>
          <w:rPr>
            <w:color w:val="0000EE"/>
            <w:u w:val="single"/>
          </w:rPr>
          <w:t>https://luxtoday.lu/en/events/workshops/moovijob-day-2026</w:t>
        </w:r>
      </w:hyperlink>
      <w:r>
        <w:t xml:space="preserve"> - Moovijob Day 2026 is the largest job and career development fair in Luxembourg and the Greater Region, scheduled for 20 March 2026 at Luxexpo The Box. The event is open to everyone, regardless of age, qualifications, or professional situation, offering job seekers and interns the opportunity to meet key players from the Luxembourg job market and attend a wide range of conferences free of charge.</w:t>
      </w:r>
      <w:r/>
    </w:p>
    <w:p>
      <w:pPr>
        <w:pStyle w:val="ListNumber"/>
        <w:spacing w:line="240" w:lineRule="auto"/>
        <w:ind w:left="720"/>
      </w:pPr>
      <w:r/>
      <w:hyperlink r:id="rId13">
        <w:r>
          <w:rPr>
            <w:color w:val="0000EE"/>
            <w:u w:val="single"/>
          </w:rPr>
          <w:t>https://www.messeninfo.de/Rainbow-Career-Day-M5474/Luxemburg.html</w:t>
        </w:r>
      </w:hyperlink>
      <w:r>
        <w:t xml:space="preserve"> - Rainbow Career Day Luxembourg is a specialist careers and recruitment fair that brings together professional opportunities with a strong focus on diversity, equal opportunities, and inclusive workplace cultures. The event is aimed particularly at LGBTQ+ jobseekers, graduates, students, experienced professionals, managers, and career changers, but is open to anyone who values diversity, equity, and inclusion in the workplace.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uxtimes.lu/test/treating-one-another-with-respect-both-today-and-tomorrow/162623112.html" TargetMode="External"/><Relationship Id="rId10" Type="http://schemas.openxmlformats.org/officeDocument/2006/relationships/hyperlink" Target="https://adem.public.lu/en/agenda/rainbow-career-day.html" TargetMode="External"/><Relationship Id="rId11" Type="http://schemas.openxmlformats.org/officeDocument/2006/relationships/hyperlink" Target="https://rainbow-career.de/en/events/rainbow-career-day-luxembourg-2026/" TargetMode="External"/><Relationship Id="rId12" Type="http://schemas.openxmlformats.org/officeDocument/2006/relationships/hyperlink" Target="https://www.chartediversite.lu/en/news/rainbow-career-day-entreprises-participez-a-levenement" TargetMode="External"/><Relationship Id="rId13" Type="http://schemas.openxmlformats.org/officeDocument/2006/relationships/hyperlink" Target="https://www.messeninfo.de/Rainbow-Career-Day-M5474/Luxemburg.html" TargetMode="External"/><Relationship Id="rId14" Type="http://schemas.openxmlformats.org/officeDocument/2006/relationships/hyperlink" Target="https://www.youtube.com/watch?v=bnob8E5fu2w" TargetMode="External"/><Relationship Id="rId15" Type="http://schemas.openxmlformats.org/officeDocument/2006/relationships/hyperlink" Target="https://luxtoday.lu/en/events/workshops/moovijob-da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