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Gay Footballers Still Fear Coming Out During Their Careers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Mario Basler's comments on gay footballers have reopened a difficult question in German sport: how welcoming is professional football really? His podcast conversation with Hella von Sinnen highlights the gap between public support and the pressure players may face inside dressing rooms, stadiums and the wider media spotlight.</w:t>
      </w:r>
      <w:r/>
    </w:p>
    <w:p>
      <w:pPr>
        <w:pStyle w:val="Heading2"/>
      </w:pPr>
      <w:r>
        <w:t>Essential Takeaways</w:t>
      </w:r>
      <w:r/>
      <w:r/>
    </w:p>
    <w:p>
      <w:pPr>
        <w:pStyle w:val="ListBullet"/>
        <w:spacing w:line="240" w:lineRule="auto"/>
        <w:ind w:left="720"/>
      </w:pPr>
      <w:r/>
      <w:r>
        <w:rPr>
          <w:b/>
        </w:rPr>
        <w:t>Basler's warning:</w:t>
      </w:r>
      <w:r>
        <w:t xml:space="preserve"> He believes a player coming out during a Bundesliga career could face severe professional and personal pressure.</w:t>
      </w:r>
      <w:r/>
    </w:p>
    <w:p>
      <w:pPr>
        <w:pStyle w:val="ListBullet"/>
        <w:spacing w:line="240" w:lineRule="auto"/>
        <w:ind w:left="720"/>
      </w:pPr>
      <w:r/>
      <w:r>
        <w:rPr>
          <w:b/>
        </w:rPr>
        <w:t>A divided message:</w:t>
      </w:r>
      <w:r>
        <w:t xml:space="preserve"> Basler says he accepts gay and lesbian people, yet remains deeply pessimistic about football's culture.</w:t>
      </w:r>
      <w:r/>
    </w:p>
    <w:p>
      <w:pPr>
        <w:pStyle w:val="ListBullet"/>
        <w:spacing w:line="240" w:lineRule="auto"/>
        <w:ind w:left="720"/>
      </w:pPr>
      <w:r/>
      <w:r>
        <w:rPr>
          <w:b/>
        </w:rPr>
        <w:t>Hitzlsperger's example:</w:t>
      </w:r>
      <w:r>
        <w:t xml:space="preserve"> Thomas Hitzlsperger came out publicly after retiring, sparking debate about timing and responsibility.</w:t>
      </w:r>
      <w:r/>
    </w:p>
    <w:p>
      <w:pPr>
        <w:pStyle w:val="ListBullet"/>
        <w:spacing w:line="240" w:lineRule="auto"/>
        <w:ind w:left="720"/>
      </w:pPr>
      <w:r/>
      <w:r>
        <w:rPr>
          <w:b/>
        </w:rPr>
        <w:t>Visibility matters:</w:t>
      </w:r>
      <w:r>
        <w:t xml:space="preserve"> Hella von Sinnen argues that more public figures living openly could help shift social attitudes.</w:t>
      </w:r>
      <w:r/>
    </w:p>
    <w:p>
      <w:pPr>
        <w:pStyle w:val="ListBullet"/>
        <w:spacing w:line="240" w:lineRule="auto"/>
        <w:ind w:left="720"/>
      </w:pPr>
      <w:r/>
      <w:r>
        <w:rPr>
          <w:b/>
        </w:rPr>
        <w:t>The wider issue:</w:t>
      </w:r>
      <w:r>
        <w:t xml:space="preserve"> Fear of abuse, headlines and isolation can make coming out feel like an impossible choice.</w:t>
      </w:r>
      <w:r/>
      <w:r/>
    </w:p>
    <w:p>
      <w:pPr>
        <w:pStyle w:val="Heading2"/>
      </w:pPr>
      <w:r>
        <w:t>Basler's blunt assessment of gay footballers</w:t>
      </w:r>
      <w:r/>
    </w:p>
    <w:p>
      <w:r/>
      <w:r>
        <w:t>Mario Basler has never been known for wrapping his opinions in soft packaging, and his comments on homosexuality in professional football were no exception. Speaking with comedian and presenter Hella von Sinnen, the former Germany international said he believed a player who came out during their career could be pushed out of the game.</w:t>
      </w:r>
      <w:r/>
    </w:p>
    <w:p>
      <w:r/>
      <w:r>
        <w:t>According to Abendzeitung, Basler described the situation in German football as deeply troubling. His central point was stark: acceptance in everyday conversation doesn't necessarily translate into safety for a player standing in the centre circle, surrounded by teammates, opponents, fans and cameras.</w:t>
      </w:r>
      <w:r/>
    </w:p>
    <w:p>
      <w:r/>
      <w:r>
        <w:t>That distinction matters. A player may have supportive friends and colleagues, yet still fear abuse from the stands, hostile coverage or the exhausting scrutiny that follows a major personal announcement. In football, where banter is often treated as part of the furniture, the line between humour and intimidation can become painfully blurred.</w:t>
      </w:r>
      <w:r/>
    </w:p>
    <w:p>
      <w:pPr>
        <w:pStyle w:val="Heading2"/>
      </w:pPr>
      <w:r>
        <w:t>Why coming out during a career still feels risky</w:t>
      </w:r>
      <w:r/>
    </w:p>
    <w:p>
      <w:r/>
      <w:r>
        <w:t>Basler said he had no direct knowledge of openly gay teammates during his playing days, although, like many people in football, he recalled that rumours and assumptions existed. He argued that coming out in the Bundesliga would have made continuing at the highest level extraordinarily difficult.</w:t>
      </w:r>
      <w:r/>
    </w:p>
    <w:p>
      <w:r/>
      <w:r>
        <w:t>Focus reported the same warning, presenting Basler's view that an active player could face something close to professional destruction after coming out. That's a dramatic assessment, but it reflects a fear that has long hovered around men's elite football: the idea that a player's sexuality would become a permanent story rather than simply one part of their life.</w:t>
      </w:r>
      <w:r/>
    </w:p>
    <w:p>
      <w:r/>
      <w:r>
        <w:t>The pressure is not only sporting. Players must also consider sponsors, social media, family reactions and the possibility that every mistake on the pitch could be interpreted through the prism of their identity. No wonder some choose privacy until retirement, even when living openly might bring personal relief.</w:t>
      </w:r>
      <w:r/>
    </w:p>
    <w:p>
      <w:pPr>
        <w:pStyle w:val="Heading2"/>
      </w:pPr>
      <w:r>
        <w:t>Thomas Hitzlsperger's example raises a difficult question</w:t>
      </w:r>
      <w:r/>
    </w:p>
    <w:p>
      <w:r/>
      <w:r>
        <w:t>The conversation also turned to Thomas Hitzlsperger, who publicly came out as gay in 2014, after ending his professional career. Basler praised the decision but questioned Hitzlsperger's encouragement for active players to be open while still playing.</w:t>
      </w:r>
      <w:r/>
    </w:p>
    <w:p>
      <w:r/>
      <w:r>
        <w:t>That criticism exposes a genuine tension. Is it fair to ask current players to take a risk that previous generations were unwilling or unable to take themselves? Or does every public figure who comes out help make the next person's decision a little less frightening?</w:t>
      </w:r>
      <w:r/>
    </w:p>
    <w:p>
      <w:r/>
      <w:r>
        <w:t>Turi2 and SWR have both highlighted Basler's wider media presence, including podcast work that gives him room to discuss subjects beyond match results and dressing-room stories. In this case, the value of the discussion lies less in offering a neat solution than in showing how unresolved the issue remains.</w:t>
      </w:r>
      <w:r/>
    </w:p>
    <w:p>
      <w:pPr>
        <w:pStyle w:val="Heading2"/>
      </w:pPr>
      <w:r>
        <w:t>Hella von Sinnen argues for visibility</w:t>
      </w:r>
      <w:r/>
    </w:p>
    <w:p>
      <w:r/>
      <w:r>
        <w:t>Von Sinnen offered a more hopeful interpretation of Hitzlsperger's message. Rather than demanding that players come out, she suggested that he may have been expressing hope that more people in high-profile professions could live openly and help change society.</w:t>
      </w:r>
      <w:r/>
    </w:p>
    <w:p>
      <w:r/>
      <w:r>
        <w:t>Her own experience shaped that view. Von Sinnen came out publicly as a lesbian in 1990, and told Basler that living honestly can bring greater happiness. It's a powerful reminder that coming out isn't only a media event or a political gesture. For the person involved, it can be an intensely private decision involving love, family, safety and self-respect.</w:t>
      </w:r>
      <w:r/>
    </w:p>
    <w:p>
      <w:r/>
      <w:r>
        <w:t>The podcast listing for Gestatten, von Sinnen! places the exchange within a broader conversation about identity and public life. That format matters because it allows the subject to breathe. Football often reduces complex issues to slogans, while real people are left carrying the consequences long after the headlines disappear.</w:t>
      </w:r>
      <w:r/>
    </w:p>
    <w:p>
      <w:pPr>
        <w:pStyle w:val="Heading2"/>
      </w:pPr>
      <w:r>
        <w:t>What would make football safer?</w:t>
      </w:r>
      <w:r/>
    </w:p>
    <w:p>
      <w:r/>
      <w:r>
        <w:t>There isn't one magic fix. Clubs need clear anti-discrimination policies, confidential support, strong action against homophobic abuse and leadership that treats inclusion as a daily responsibility rather than a campaign-week photo opportunity.</w:t>
      </w:r>
      <w:r/>
    </w:p>
    <w:p>
      <w:r/>
      <w:r>
        <w:t>Players also need practical reassurance. That could include access to specialist counsellors, advice on media handling and visible backing from teammates, managers and governing bodies. A rainbow armband may send a useful signal, but it can't replace a culture in which abuse is challenged consistently.</w:t>
      </w:r>
      <w:r/>
    </w:p>
    <w:p>
      <w:r/>
      <w:r>
        <w:t>SWR's coverage of Basler's podcast projects shows how former players continue to shape conversations around football after leaving the pitch. That influence could be used constructively. If the sport wants more players to feel safe being themselves, it must make openness look ordinary, protected and sustainable, not heroic and lonely.</w:t>
      </w:r>
      <w:r/>
    </w:p>
    <w:p>
      <w:r/>
      <w:r>
        <w:t>Football is full of people who remember the smallest gestures: a teammate standing beside them, a manager shutting down a joke, a club choosing action over a statement. Sometimes that is where cultural change begins.</w:t>
      </w:r>
      <w:r/>
    </w:p>
    <w:p>
      <w:r/>
      <w:r>
        <w:t>It's difficult to celebrate football's diversity while asking players to hide who they love.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[3]</w:t>
        </w:r>
      </w:hyperlink>
      <w:r>
        <w:t xml:space="preserve">- Paragraph 2: </w:t>
      </w:r>
      <w:hyperlink r:id="rId9">
        <w:r>
          <w:rPr>
            <w:color w:val="0000EE"/>
            <w:u w:val="single"/>
          </w:rPr>
          <w:t>[3]</w:t>
        </w:r>
      </w:hyperlink>
      <w:r>
        <w:t xml:space="preserve">, </w:t>
      </w:r>
      <w:hyperlink r:id="rId11">
        <w:r>
          <w:rPr>
            <w:color w:val="0000EE"/>
            <w:u w:val="single"/>
          </w:rPr>
          <w:t>[7]</w:t>
        </w:r>
      </w:hyperlink>
      <w:r>
        <w:t xml:space="preserve">- Paragraph 3: </w:t>
      </w:r>
      <w:hyperlink r:id="rId10">
        <w:r>
          <w:rPr>
            <w:color w:val="0000EE"/>
            <w:u w:val="single"/>
          </w:rPr>
          <w:t>[2]</w:t>
        </w:r>
      </w:hyperlink>
      <w:r>
        <w:t xml:space="preserve">, </w:t>
      </w:r>
      <w:hyperlink r:id="rId9">
        <w:r>
          <w:rPr>
            <w:color w:val="0000EE"/>
            <w:u w:val="single"/>
          </w:rPr>
          <w:t>[3]</w:t>
        </w:r>
      </w:hyperlink>
      <w:r>
        <w:t xml:space="preserve">- Paragraph 4: </w:t>
      </w:r>
      <w:hyperlink r:id="rId10">
        <w:r>
          <w:rPr>
            <w:color w:val="0000EE"/>
            <w:u w:val="single"/>
          </w:rPr>
          <w:t>[2]</w:t>
        </w:r>
      </w:hyperlink>
      <w:r>
        <w:t xml:space="preserve">, </w:t>
      </w:r>
      <w:hyperlink r:id="rId9">
        <w:r>
          <w:rPr>
            <w:color w:val="0000EE"/>
            <w:u w:val="single"/>
          </w:rPr>
          <w:t>[3]</w:t>
        </w:r>
      </w:hyperlink>
      <w:r>
        <w:t xml:space="preserve">- Paragraph 5: </w:t>
      </w:r>
      <w:hyperlink r:id="rId9">
        <w:r>
          <w:rPr>
            <w:color w:val="0000EE"/>
            <w:u w:val="single"/>
          </w:rPr>
          <w:t>[3]</w:t>
        </w:r>
      </w:hyperlink>
      <w:r>
        <w:t xml:space="preserve">, </w:t>
      </w:r>
      <w:hyperlink r:id="rId11">
        <w:r>
          <w:rPr>
            <w:color w:val="0000EE"/>
            <w:u w:val="single"/>
          </w:rPr>
          <w:t>[7]</w:t>
        </w:r>
      </w:hyperlink>
      <w:r>
        <w:t xml:space="preserve">- Paragraph 6: </w:t>
      </w:r>
      <w:hyperlink r:id="rId10">
        <w:r>
          <w:rPr>
            <w:color w:val="0000EE"/>
            <w:u w:val="single"/>
          </w:rPr>
          <w:t>[2]</w:t>
        </w:r>
      </w:hyperlink>
      <w:r>
        <w:t xml:space="preserve">, </w:t>
      </w:r>
      <w:hyperlink r:id="rId9">
        <w:r>
          <w:rPr>
            <w:color w:val="0000EE"/>
            <w:u w:val="single"/>
          </w:rPr>
          <w:t>[3]</w:t>
        </w:r>
      </w:hyperlink>
      <w:r>
        <w:t xml:space="preserve">- Paragraph 7: </w:t>
      </w:r>
      <w:hyperlink r:id="rId9">
        <w:r>
          <w:rPr>
            <w:color w:val="0000EE"/>
            <w:u w:val="single"/>
          </w:rPr>
          <w:t>[3]</w:t>
        </w:r>
      </w:hyperlink>
      <w:r>
        <w:t xml:space="preserve">, </w:t>
      </w:r>
      <w:hyperlink r:id="rId12">
        <w:r>
          <w:rPr>
            <w:color w:val="0000EE"/>
            <w:u w:val="single"/>
          </w:rPr>
          <w:t>[5]</w:t>
        </w:r>
      </w:hyperlink>
      <w:r>
        <w:t xml:space="preserve">- Paragraph 8: </w:t>
      </w:r>
      <w:hyperlink r:id="rId13">
        <w:r>
          <w:rPr>
            <w:color w:val="0000EE"/>
            <w:u w:val="single"/>
          </w:rPr>
          <w:t>[4]</w:t>
        </w:r>
      </w:hyperlink>
      <w:r>
        <w:t xml:space="preserve">, </w:t>
      </w:r>
      <w:hyperlink r:id="rId12">
        <w:r>
          <w:rPr>
            <w:color w:val="0000EE"/>
            <w:u w:val="single"/>
          </w:rPr>
          <w:t>[5]</w:t>
        </w:r>
      </w:hyperlink>
      <w:r>
        <w:t xml:space="preserve">- Paragraph 9: </w:t>
      </w:r>
      <w:hyperlink r:id="rId9">
        <w:r>
          <w:rPr>
            <w:color w:val="0000EE"/>
            <w:u w:val="single"/>
          </w:rPr>
          <w:t>[3]</w:t>
        </w:r>
      </w:hyperlink>
      <w:r>
        <w:t xml:space="preserve">, </w:t>
      </w:r>
      <w:hyperlink r:id="rId11">
        <w:r>
          <w:rPr>
            <w:color w:val="0000EE"/>
            <w:u w:val="single"/>
          </w:rPr>
          <w:t>[7]</w:t>
        </w:r>
      </w:hyperlink>
      <w:r>
        <w:t xml:space="preserve">- Paragraph 10: </w:t>
      </w:r>
      <w:hyperlink r:id="rId11">
        <w:r>
          <w:rPr>
            <w:color w:val="0000EE"/>
            <w:u w:val="single"/>
          </w:rPr>
          <w:t>[7]</w:t>
        </w:r>
      </w:hyperlink>
      <w:r>
        <w:t xml:space="preserve">, </w:t>
      </w:r>
      <w:hyperlink r:id="rId13">
        <w:r>
          <w:rPr>
            <w:color w:val="0000EE"/>
            <w:u w:val="single"/>
          </w:rPr>
          <w:t>[4]</w:t>
        </w:r>
      </w:hyperlink>
      <w:r>
        <w:t xml:space="preserve">- Paragraph 11: </w:t>
      </w:r>
      <w:hyperlink r:id="rId13">
        <w:r>
          <w:rPr>
            <w:color w:val="0000EE"/>
            <w:u w:val="single"/>
          </w:rPr>
          <w:t>[4]</w:t>
        </w:r>
      </w:hyperlink>
      <w:r>
        <w:t xml:space="preserve">, </w:t>
      </w:r>
      <w:hyperlink r:id="rId14">
        <w:r>
          <w:rPr>
            <w:color w:val="0000EE"/>
            <w:u w:val="single"/>
          </w:rPr>
          <w:t>[6]</w:t>
        </w:r>
      </w:hyperlink>
      <w:r>
        <w:t xml:space="preserve">- Paragraph 12: </w:t>
      </w:r>
      <w:hyperlink r:id="rId12">
        <w:r>
          <w:rPr>
            <w:color w:val="0000EE"/>
            <w:u w:val="single"/>
          </w:rPr>
          <w:t>[5]</w:t>
        </w:r>
      </w:hyperlink>
      <w:r>
        <w:t xml:space="preserve">, </w:t>
      </w:r>
      <w:hyperlink r:id="rId14">
        <w:r>
          <w:rPr>
            <w:color w:val="0000EE"/>
            <w:u w:val="single"/>
          </w:rPr>
          <w:t>[6]</w:t>
        </w:r>
      </w:hyperlink>
      <w:r>
        <w:t xml:space="preserve">- Paragraph 13: </w:t>
      </w:r>
      <w:hyperlink r:id="rId13">
        <w:r>
          <w:rPr>
            <w:color w:val="0000EE"/>
            <w:u w:val="single"/>
          </w:rPr>
          <w:t>[4]</w:t>
        </w:r>
      </w:hyperlink>
      <w:r>
        <w:t xml:space="preserve">, </w:t>
      </w:r>
      <w:hyperlink r:id="rId14">
        <w:r>
          <w:rPr>
            <w:color w:val="0000EE"/>
            <w:u w:val="single"/>
          </w:rPr>
          <w:t>[6]</w:t>
        </w:r>
      </w:hyperlink>
      <w:r>
        <w:t xml:space="preserve">- Paragraph 14: </w:t>
      </w:r>
      <w:hyperlink r:id="rId12">
        <w:r>
          <w:rPr>
            <w:color w:val="0000EE"/>
            <w:u w:val="single"/>
          </w:rPr>
          <w:t>[5]</w:t>
        </w:r>
      </w:hyperlink>
      <w:r>
        <w:t xml:space="preserve">, </w:t>
      </w:r>
      <w:hyperlink r:id="rId11">
        <w:r>
          <w:rPr>
            <w:color w:val="0000EE"/>
            <w:u w:val="single"/>
          </w:rPr>
          <w:t>[7]</w:t>
        </w:r>
      </w:hyperlink>
      <w:r>
        <w:t xml:space="preserve">- Paragraph 15: </w:t>
      </w:r>
      <w:hyperlink r:id="rId13">
        <w:r>
          <w:rPr>
            <w:color w:val="0000EE"/>
            <w:u w:val="single"/>
          </w:rPr>
          <w:t>[4]</w:t>
        </w:r>
      </w:hyperlink>
      <w:r>
        <w:t xml:space="preserve">, </w:t>
      </w:r>
      <w:hyperlink r:id="rId14">
        <w:r>
          <w:rPr>
            <w:color w:val="0000EE"/>
            <w:u w:val="single"/>
          </w:rPr>
          <w:t>[6]</w:t>
        </w:r>
      </w:hyperlink>
      <w:r>
        <w:t xml:space="preserve">- Paragraph 16: </w:t>
      </w:r>
      <w:hyperlink r:id="rId12">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https://www.abendzeitung-muenchen.de/promis/mario-basler-geoutete-schwule-fussballer-haetten-keine-ueberlebenschance-art-1163596</w:t>
        </w:r>
      </w:hyperlink>
      <w:r>
        <w:t xml:space="preserve"> - Please view link - unable to able to access data</w:t>
      </w:r>
      <w:r/>
    </w:p>
    <w:p>
      <w:pPr>
        <w:pStyle w:val="ListNumber"/>
        <w:spacing w:line="240" w:lineRule="auto"/>
        <w:ind w:left="720"/>
      </w:pPr>
      <w:r/>
      <w:hyperlink r:id="rId10">
        <w:r>
          <w:rPr>
            <w:color w:val="0000EE"/>
            <w:u w:val="single"/>
          </w:rPr>
          <w:t>https://www.focus.de/kultur/stars/mario-basler-ueber-homosexualitaet-im-profifussall-spieler-der-sich-outet-hat-keine-ueberlebenschance_6e385606-97ce-4c8b-b3f2-70534a362179.html</w:t>
        </w:r>
      </w:hyperlink>
      <w:r>
        <w:t xml:space="preserve"> - In a recent podcast, former footballer Mario Basler discussed the challenges faced by homosexual players in professional football. He expressed concerns that players who come out in the Bundesliga would face significant difficulties, stating they would have 'no chance of survival' due to potential backlash and discrimination.</w:t>
      </w:r>
      <w:r/>
    </w:p>
    <w:p>
      <w:pPr>
        <w:pStyle w:val="ListNumber"/>
        <w:spacing w:line="240" w:lineRule="auto"/>
        <w:ind w:left="720"/>
      </w:pPr>
      <w:r/>
      <w:hyperlink r:id="rId9">
        <w:r>
          <w:rPr>
            <w:color w:val="0000EE"/>
            <w:u w:val="single"/>
          </w:rPr>
          <w:t>https://www.abendzeitung-muenchen.de/promis/mario-basler-geoutete-schwule-fussballer-haetten-keine-ueberlebenschance-art-1163596</w:t>
        </w:r>
      </w:hyperlink>
      <w:r>
        <w:t xml:space="preserve"> - Mario Basler, in the 'Gestatten, von Sinnen!' podcast, shared his views on homosexuality in professional football. He highlighted the challenges faced by homosexual players in the German football scene, expressing that coming out during a player's career would lead to immediate termination and a lack of survival chances.</w:t>
      </w:r>
      <w:r/>
    </w:p>
    <w:p>
      <w:pPr>
        <w:pStyle w:val="ListNumber"/>
        <w:spacing w:line="240" w:lineRule="auto"/>
        <w:ind w:left="720"/>
      </w:pPr>
      <w:r/>
      <w:hyperlink r:id="rId13">
        <w:r>
          <w:rPr>
            <w:color w:val="0000EE"/>
            <w:u w:val="single"/>
          </w:rPr>
          <w:t>https://www.swr.de/mario-basler-letzter-typ/lieblingskind-2-4-100.html</w:t>
        </w:r>
      </w:hyperlink>
      <w:r>
        <w:t xml:space="preserve"> - The SWR podcast 'MARIO BASLER – Letzter Typ' delves into the life of former footballer Mario Basler. In the episode titled 'Lieblingskind (2/4)', Basler reflects on his upbringing, career, and personal experiences, providing insights into his journey and the challenges he faced.</w:t>
      </w:r>
      <w:r/>
    </w:p>
    <w:p>
      <w:pPr>
        <w:pStyle w:val="ListNumber"/>
        <w:spacing w:line="240" w:lineRule="auto"/>
        <w:ind w:left="720"/>
      </w:pPr>
      <w:r/>
      <w:hyperlink r:id="rId12">
        <w:r>
          <w:rPr>
            <w:color w:val="0000EE"/>
            <w:u w:val="single"/>
          </w:rPr>
          <w:t>https://www.turi2.de/aktuell/swr-widmet-ex-fussballer-mario-basler-einen-vierteiligen-podcast/</w:t>
        </w:r>
      </w:hyperlink>
      <w:r>
        <w:t xml:space="preserve"> - SWR has released a four-part podcast titled 'MARIO BASLER – Letzter Typ', focusing on the life of ex-footballer Mario Basler. The podcast, hosted by Katharina Reckers, explores Basler's career, controversies, and personal experiences, offering a comprehensive look into his life.</w:t>
      </w:r>
      <w:r/>
    </w:p>
    <w:p>
      <w:pPr>
        <w:pStyle w:val="ListNumber"/>
        <w:spacing w:line="240" w:lineRule="auto"/>
        <w:ind w:left="720"/>
      </w:pPr>
      <w:r/>
      <w:hyperlink r:id="rId14">
        <w:r>
          <w:rPr>
            <w:color w:val="0000EE"/>
            <w:u w:val="single"/>
          </w:rPr>
          <w:t>https://www.swr.de/unternehmen/kommunikation/mario-basler-letzter-typ-2026-108.html</w:t>
        </w:r>
      </w:hyperlink>
      <w:r>
        <w:t xml:space="preserve"> - The SWR podcast 'MARIO BASLER – Letzter Typ' features former footballer Mario Basler. Hosted by Katharina Reckers, the podcast provides an in-depth look into Basler's life, discussing his career, controversies, and personal experiences, offering listeners a unique perspective on the football star.</w:t>
      </w:r>
      <w:r/>
    </w:p>
    <w:p>
      <w:pPr>
        <w:pStyle w:val="ListNumber"/>
        <w:spacing w:line="240" w:lineRule="auto"/>
        <w:ind w:left="720"/>
      </w:pPr>
      <w:r/>
      <w:hyperlink r:id="rId11">
        <w:r>
          <w:rPr>
            <w:color w:val="0000EE"/>
            <w:u w:val="single"/>
          </w:rPr>
          <w:t>https://podfollow.com/gestatten-von-sinnen/episode/646ad3c0bf1c91cd9d84c394905c2d0b87809bc6/view</w:t>
        </w:r>
      </w:hyperlink>
      <w:r>
        <w:t xml:space="preserve"> - In the 'Gestatten, von Sinnen!' podcast episode titled '#14 - DAS PROBLEM, SIND DIE HEUCHLER! - MIT MARIO BASLER', former footballer Mario Basler discusses various topics, including his views on homosexuality in professional football, sharing his candid opinions and experiences.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bendzeitung-muenchen.de/promis/mario-basler-geoutete-schwule-fussballer-haetten-keine-ueberlebenschance-art-1163596" TargetMode="External"/><Relationship Id="rId10" Type="http://schemas.openxmlformats.org/officeDocument/2006/relationships/hyperlink" Target="https://www.focus.de/kultur/stars/mario-basler-ueber-homosexualitaet-im-profifussall-spieler-der-sich-outet-hat-keine-ueberlebenschance_6e385606-97ce-4c8b-b3f2-70534a362179.html" TargetMode="External"/><Relationship Id="rId11" Type="http://schemas.openxmlformats.org/officeDocument/2006/relationships/hyperlink" Target="https://podfollow.com/gestatten-von-sinnen/episode/646ad3c0bf1c91cd9d84c394905c2d0b87809bc6/view" TargetMode="External"/><Relationship Id="rId12" Type="http://schemas.openxmlformats.org/officeDocument/2006/relationships/hyperlink" Target="https://www.turi2.de/aktuell/swr-widmet-ex-fussballer-mario-basler-einen-vierteiligen-podcast/" TargetMode="External"/><Relationship Id="rId13" Type="http://schemas.openxmlformats.org/officeDocument/2006/relationships/hyperlink" Target="https://www.swr.de/mario-basler-letzter-typ/lieblingskind-2-4-100.html" TargetMode="External"/><Relationship Id="rId14" Type="http://schemas.openxmlformats.org/officeDocument/2006/relationships/hyperlink" Target="https://www.swr.de/unternehmen/kommunikation/mario-basler-letzter-typ-2026-108.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