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Adults Makes Queer Love Feel Ordinary on Television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embracing Adults for the way it treats queer love as part of everyday life, not a dramatic mystery to solve. Set among a tangled group of friends, the series finds its strongest romantic tension in loyalty, timing and messy decisions, giving Paul Baker, Anton and Issa room to feel complicated, funny and entirely human.</w:t>
      </w:r>
      <w:r/>
    </w:p>
    <w:p>
      <w:pPr>
        <w:pStyle w:val="Heading2"/>
      </w:pPr>
      <w:r>
        <w:t>Essential Takeaways</w:t>
      </w:r>
      <w:r/>
      <w:r/>
    </w:p>
    <w:p>
      <w:pPr>
        <w:pStyle w:val="ListBullet"/>
        <w:spacing w:line="240" w:lineRule="auto"/>
        <w:ind w:left="720"/>
      </w:pPr>
      <w:r/>
      <w:r>
        <w:rPr>
          <w:b/>
        </w:rPr>
        <w:t>Queer attraction isn't the punchline:</w:t>
      </w:r>
      <w:r>
        <w:t xml:space="preserve"> The show focuses on relationships and consequences rather than treating sexuality as a surprise reveal.</w:t>
      </w:r>
      <w:r/>
    </w:p>
    <w:p>
      <w:pPr>
        <w:pStyle w:val="ListBullet"/>
        <w:spacing w:line="240" w:lineRule="auto"/>
        <w:ind w:left="720"/>
      </w:pPr>
      <w:r/>
      <w:r>
        <w:rPr>
          <w:b/>
        </w:rPr>
        <w:t>The central tension is personal:</w:t>
      </w:r>
      <w:r>
        <w:t xml:space="preserve"> Paul Baker, Anton and Issa are caught in a knot of love, friendship and loyalty.</w:t>
      </w:r>
      <w:r/>
    </w:p>
    <w:p>
      <w:pPr>
        <w:pStyle w:val="ListBullet"/>
        <w:spacing w:line="240" w:lineRule="auto"/>
        <w:ind w:left="720"/>
      </w:pPr>
      <w:r/>
      <w:r>
        <w:rPr>
          <w:b/>
        </w:rPr>
        <w:t>Issa gets her own future:</w:t>
      </w:r>
      <w:r>
        <w:t xml:space="preserve"> Her story doesn't end with accepting Paul Baker and Anton's relationship.</w:t>
      </w:r>
      <w:r/>
    </w:p>
    <w:p>
      <w:pPr>
        <w:pStyle w:val="ListBullet"/>
        <w:spacing w:line="240" w:lineRule="auto"/>
        <w:ind w:left="720"/>
      </w:pPr>
      <w:r/>
      <w:r>
        <w:rPr>
          <w:b/>
        </w:rPr>
        <w:t>Messy feels believable:</w:t>
      </w:r>
      <w:r>
        <w:t xml:space="preserve"> Awkward conversations and poor timing create the drama, not identity-based shock.</w:t>
      </w:r>
      <w:r/>
    </w:p>
    <w:p>
      <w:pPr>
        <w:pStyle w:val="ListBullet"/>
        <w:spacing w:line="240" w:lineRule="auto"/>
        <w:ind w:left="720"/>
      </w:pPr>
      <w:r/>
      <w:r>
        <w:rPr>
          <w:b/>
        </w:rPr>
        <w:t>The setting raises the stakes:</w:t>
      </w:r>
      <w:r>
        <w:t xml:space="preserve"> Living closely together means nobody can easily escape an uncomfortable romance.</w:t>
      </w:r>
      <w:r/>
      <w:r/>
    </w:p>
    <w:p>
      <w:pPr>
        <w:pStyle w:val="Heading2"/>
      </w:pPr>
      <w:r>
        <w:t>Adults makes queer love part of everyday chaos</w:t>
      </w:r>
      <w:r/>
    </w:p>
    <w:p>
      <w:r/>
      <w:r>
        <w:t>The most striking thing about Adults is what it doesn't do. When characters fall for someone of the same gender, the series doesn't slam on the brakes for a grand explanation. Instead, the feelings arrive among work worries, housemate tension and the kind of emotional clutter that makes a shared home feel both cosy and unbearable.</w:t>
      </w:r>
      <w:r/>
    </w:p>
    <w:p>
      <w:r/>
      <w:r>
        <w:t>Her Campus' U Conn contributor praised that approach, noting that romantic complications are treated as relationship problems rather than evidence that a character's sexuality needs to become the main storyline. It's a small creative decision, but it gives the show a relaxed confidence. The characters can fancy someone, panic about it and make a mess without turning the moment into a television lecture.</w:t>
      </w:r>
      <w:r/>
    </w:p>
    <w:p>
      <w:r/>
      <w:r>
        <w:t>That makes the romance feel pleasantly recognisable. The circumstances may be heightened, but the emotional problem is familiar: what happens when wanting something could hurt someone you care about?</w:t>
      </w:r>
      <w:r/>
    </w:p>
    <w:p>
      <w:pPr>
        <w:pStyle w:val="Heading2"/>
      </w:pPr>
      <w:r>
        <w:t>Paul Baker and Anton bring the real tension</w:t>
      </w:r>
      <w:r/>
    </w:p>
    <w:p>
      <w:r/>
      <w:r>
        <w:t>Paul Baker and Anton's story works because the show places the pressure exactly where it belongs, on their connections with one another and with Issa. Anton's feelings for his best friend's boyfriend are awkward for obvious reasons, but the series doesn't present his attraction as the scandal. The difficult part is the possible fallout.</w:t>
      </w:r>
      <w:r/>
    </w:p>
    <w:p>
      <w:r/>
      <w:r>
        <w:t>Coverage of the second-season finale focused on whether Anton finally acknowledged what he feels for Paul Baker. Their eventual closeness carries weight because it follows a long stretch of hesitation, glances and badly timed choices, rather than a sudden identity reveal. As TV Insider's reporting on the show's intimate scenes suggests, the relationship has been allowed to develop through physical and emotional tension.</w:t>
      </w:r>
      <w:r/>
    </w:p>
    <w:p>
      <w:r/>
      <w:r>
        <w:t>There isn't an easy villain here. Paul Baker has to be honest, Anton has to consider Issa, and Issa has every right to feel wounded. That balance keeps the plot from becoming a simple romance fantasy. You can want two people to be together while still recognising the damage their choices might cause.</w:t>
      </w:r>
      <w:r/>
    </w:p>
    <w:p>
      <w:pPr>
        <w:pStyle w:val="Heading2"/>
      </w:pPr>
      <w:r>
        <w:t>Issa's romantic life doesn't stop at the breakup</w:t>
      </w:r>
      <w:r/>
    </w:p>
    <w:p>
      <w:r/>
      <w:r>
        <w:t>One of the kinder choices in the story is that Issa isn't left behind once Paul Baker and Anton's feelings become impossible to ignore. The finale opens the door to a possible connection between Issa and another woman, without insisting that this immediately define her or explain everything about her past.</w:t>
      </w:r>
      <w:r/>
    </w:p>
    <w:p>
      <w:r/>
      <w:r>
        <w:t>The point isn't to produce a neat label. It's to show that Issa still has desires, curiosity and a life beyond her former relationship. India Times' finale coverage also highlighted the wider romantic movement around the group, underlining how several characters are still searching for connection rather than reaching tidy conclusions.</w:t>
      </w:r>
      <w:r/>
    </w:p>
    <w:p>
      <w:r/>
      <w:r>
        <w:t>That matters because breakup plots often make the person left behind look like an obstacle. Adults gives Issa more dignity than that. She can be hurt, uncertain and interested in someone new at the same time. Real life is rarely as orderly as a season finale, and thankfully the show knows it.</w:t>
      </w:r>
      <w:r/>
    </w:p>
    <w:p>
      <w:pPr>
        <w:pStyle w:val="Heading2"/>
      </w:pPr>
      <w:r>
        <w:t>Why ordinary queer romance feels so refreshing</w:t>
      </w:r>
      <w:r/>
    </w:p>
    <w:p>
      <w:r/>
      <w:r>
        <w:t>Television has plenty of valuable coming-out stories, especially for viewers who recognise the uncertainty of finding words for their identity. But not every queer character needs an introductory seminar before they can kiss someone. Sometimes attraction can simply be one strand of a larger, untidy life.</w:t>
      </w:r>
      <w:r/>
    </w:p>
    <w:p>
      <w:r/>
      <w:r>
        <w:t>Marie Claire's coverage of Adults and its cast places the series within a broader ensemble tradition, where character chemistry and friendship dynamics carry as much weight as the central premise. That helps explain why the romantic story feels lived-in. The show isn't asking viewers to admire its progressiveness from a distance; it's asking them to worry about who might get hurt at dinner.</w:t>
      </w:r>
      <w:r/>
    </w:p>
    <w:p>
      <w:r/>
      <w:r>
        <w:t>There is also a welcome lack of polish to the relationships. People hesitate, misread one another and wait too long to speak. According to El Pais' discussion of the series, the show thrives on this close-knit ensemble dynamic, where private feelings quickly become communal trouble. In that house, even a quiet crush has nowhere safe to hide.</w:t>
      </w:r>
      <w:r/>
    </w:p>
    <w:p>
      <w:pPr>
        <w:pStyle w:val="Heading2"/>
      </w:pPr>
      <w:r>
        <w:t>Choosing a believable queer romance on screen</w:t>
      </w:r>
      <w:r/>
    </w:p>
    <w:p>
      <w:r/>
      <w:r>
        <w:t>For viewers looking for a queer love story that feels natural rather than heavily signposted, Adults offers a useful distinction. Acceptance doesn't mean the characters avoid conflict. It means the conflict comes from the same things that complicate many relationships: loyalty, trust, timing and fear.</w:t>
      </w:r>
      <w:r/>
    </w:p>
    <w:p>
      <w:r/>
      <w:r>
        <w:t>That approach also makes the show easier to connect with. You don't need to share the exact circumstances of Paul Baker, Anton or Issa's triangle to understand the dread of fancying the wrong person, or the awkwardness of discovering that a friend has moved on before you have.</w:t>
      </w:r>
      <w:r/>
    </w:p>
    <w:p>
      <w:r/>
      <w:r>
        <w:t>The series leaves its characters room to be inconsistent, which is perhaps its most human quality. As the cast and wider ensemble continue to attract attention, the appeal lies less in delivering a perfect romantic outcome than in watching this group stumble towards something honest.</w:t>
      </w:r>
      <w:r/>
    </w:p>
    <w:p>
      <w:r/>
      <w:r>
        <w:t>Adults doesn't make queer love ordinary by making it uneventful. It makes it ordinary by allowing it to be joyful, selfish, confusing and occasionally inconvenient, just like love everywhere else.</w:t>
      </w:r>
      <w:r/>
    </w:p>
    <w:p>
      <w:r/>
      <w:r>
        <w:t>It's a quiet but meaningful shift: the romance gets to be the story, not an explanation for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w:t>
      </w:r>
      <w:hyperlink r:id="rId10">
        <w:r>
          <w:rPr>
            <w:color w:val="0000EE"/>
            <w:u w:val="single"/>
          </w:rPr>
          <w:t>[5]</w:t>
        </w:r>
      </w:hyperlink>
      <w:r>
        <w:t xml:space="preserve">- Paragraph 6: </w:t>
      </w:r>
      <w:hyperlink r:id="rId10">
        <w:r>
          <w:rPr>
            <w:color w:val="0000EE"/>
            <w:u w:val="single"/>
          </w:rPr>
          <w:t>[5]</w:t>
        </w:r>
      </w:hyperlink>
      <w:r>
        <w:t xml:space="preserve">, </w:t>
      </w:r>
      <w:hyperlink r:id="rId13">
        <w:r>
          <w:rPr>
            <w:color w:val="0000EE"/>
            <w:u w:val="single"/>
          </w:rPr>
          <w:t>[6]</w:t>
        </w:r>
      </w:hyperlink>
      <w:r>
        <w:t xml:space="preserve">- Paragraph 7: </w:t>
      </w:r>
      <w:hyperlink r:id="rId14">
        <w:r>
          <w:rPr>
            <w:color w:val="0000EE"/>
            <w:u w:val="single"/>
          </w:rPr>
          <w:t>[7]</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https://www.hercampus.com/school/u-conn/adults-makes-queer-love-feel-ordinary/</w:t>
        </w:r>
      </w:hyperlink>
      <w:r>
        <w:t xml:space="preserve"> - Please view link - unable to able to access data</w:t>
      </w:r>
      <w:r/>
    </w:p>
    <w:p>
      <w:pPr>
        <w:pStyle w:val="ListNumber"/>
        <w:spacing w:line="240" w:lineRule="auto"/>
        <w:ind w:left="720"/>
      </w:pPr>
      <w:r/>
      <w:hyperlink r:id="rId9">
        <w:r>
          <w:rPr>
            <w:color w:val="0000EE"/>
            <w:u w:val="single"/>
          </w:rPr>
          <w:t>https://www.hercampus.com/school/u-conn/adults-makes-queer-love-feel-ordinary/</w:t>
        </w:r>
      </w:hyperlink>
      <w:r>
        <w:t xml:space="preserve"> - An article discussing the TV series 'Adults' and its portrayal of queer relationships, highlighting how the show normalises queer love without making it a central plot point. It focuses on the relationships between characters Paul Baker, Anton, and Issa, and how the show addresses the complexities of their interactions without resorting to stereotypical coming-out narratives.</w:t>
      </w:r>
      <w:r/>
    </w:p>
    <w:p>
      <w:pPr>
        <w:pStyle w:val="ListNumber"/>
        <w:spacing w:line="240" w:lineRule="auto"/>
        <w:ind w:left="720"/>
      </w:pPr>
      <w:r/>
      <w:hyperlink r:id="rId11">
        <w:r>
          <w:rPr>
            <w:color w:val="0000EE"/>
            <w:u w:val="single"/>
          </w:rPr>
          <w:t>https://www.tvinsider.com/swooon/1298147/adults-threesome-scene-anton-paul-baker-thigh-grab-interview/</w:t>
        </w:r>
      </w:hyperlink>
      <w:r>
        <w:t xml:space="preserve"> - An exclusive interview discussing a significant scene in 'Adults' Season 2, where characters Anton and Paul Baker share a moment of intimacy. The article delves into the actors' experiences filming the scene, the unscripted thigh grab, and how the show portrays complex queer relationships without sensationalising them.</w:t>
      </w:r>
      <w:r/>
    </w:p>
    <w:p>
      <w:pPr>
        <w:pStyle w:val="ListNumber"/>
        <w:spacing w:line="240" w:lineRule="auto"/>
        <w:ind w:left="720"/>
      </w:pPr>
      <w:r/>
      <w:hyperlink r:id="rId12">
        <w:r>
          <w:rPr>
            <w:color w:val="0000EE"/>
            <w:u w:val="single"/>
          </w:rPr>
          <w:t>https://www.indiatimes.com/trending/adults-season-2-finale-recap-ending-explained-did-anton-finally-confess-his-love-for-paul-baker-and-do-billie-and-samir-end-up-together/amp_articleshow/133662473.html</w:t>
        </w:r>
      </w:hyperlink>
      <w:r>
        <w:t xml:space="preserve"> - A recap and analysis of the 'Adults' Season 2 finale, exploring the developments in the relationships between Anton, Paul Baker, Billie, and Samir. The article examines how the show handles the intricacies of queer love and friendship, highlighting the authenticity and depth of the characters' interactions.</w:t>
      </w:r>
      <w:r/>
    </w:p>
    <w:p>
      <w:pPr>
        <w:pStyle w:val="ListNumber"/>
        <w:spacing w:line="240" w:lineRule="auto"/>
        <w:ind w:left="720"/>
      </w:pPr>
      <w:r/>
      <w:hyperlink r:id="rId10">
        <w:r>
          <w:rPr>
            <w:color w:val="0000EE"/>
            <w:u w:val="single"/>
          </w:rPr>
          <w:t>https://www.marieclaire.com/culture/tv-shows/adults-fx-cast-trivia/</w:t>
        </w:r>
      </w:hyperlink>
      <w:r>
        <w:t xml:space="preserve"> - An article featuring the cast of 'Adults' participating in a trivia game, showcasing their off-screen camaraderie. The piece highlights the actors' experiences portraying complex queer characters and how their personal dynamics contribute to the authentic representation of queer relationships on screen.</w:t>
      </w:r>
      <w:r/>
    </w:p>
    <w:p>
      <w:pPr>
        <w:pStyle w:val="ListNumber"/>
        <w:spacing w:line="240" w:lineRule="auto"/>
        <w:ind w:left="720"/>
      </w:pPr>
      <w:r/>
      <w:hyperlink r:id="rId13">
        <w:r>
          <w:rPr>
            <w:color w:val="0000EE"/>
            <w:u w:val="single"/>
          </w:rPr>
          <w:t>https://www.marieclaire.com/culture/tv-shows/maleah-joi-moon-a-different-world-interview/</w:t>
        </w:r>
      </w:hyperlink>
      <w:r>
        <w:t xml:space="preserve"> - An interview with Maleah Joi Moon, reflecting on the cultural significance of the original series 'A Different World' and its parallels to her own life. The discussion touches upon themes of representation and the importance of authentic storytelling in depicting diverse experiences, relevant to the portrayal of queer relationships in media.</w:t>
      </w:r>
      <w:r/>
    </w:p>
    <w:p>
      <w:pPr>
        <w:pStyle w:val="ListNumber"/>
        <w:spacing w:line="240" w:lineRule="auto"/>
        <w:ind w:left="720"/>
      </w:pPr>
      <w:r/>
      <w:hyperlink r:id="rId14">
        <w:r>
          <w:rPr>
            <w:color w:val="0000EE"/>
            <w:u w:val="single"/>
          </w:rPr>
          <w:t>https://www.elpais.com/television/series/adults/</w:t>
        </w:r>
      </w:hyperlink>
      <w:r>
        <w:t xml:space="preserve"> - An article discussing the TV series 'Adults', focusing on its portrayal of a group of twenty-somethings navigating adulthood in New York. The piece highlights how the show addresses themes of love, friendship, and identity, including the representation of queer relationships, and how it resonates with contemporary audiences.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u-conn/adults-makes-queer-love-feel-ordinary/" TargetMode="External"/><Relationship Id="rId10" Type="http://schemas.openxmlformats.org/officeDocument/2006/relationships/hyperlink" Target="https://www.marieclaire.com/culture/tv-shows/adults-fx-cast-trivia/" TargetMode="External"/><Relationship Id="rId11" Type="http://schemas.openxmlformats.org/officeDocument/2006/relationships/hyperlink" Target="https://www.tvinsider.com/swooon/1298147/adults-threesome-scene-anton-paul-baker-thigh-grab-interview/" TargetMode="External"/><Relationship Id="rId12" Type="http://schemas.openxmlformats.org/officeDocument/2006/relationships/hyperlink" Target="https://www.indiatimes.com/trending/adults-season-2-finale-recap-ending-explained-did-anton-finally-confess-his-love-for-paul-baker-and-do-billie-and-samir-end-up-together/amp_articleshow/133662473.html" TargetMode="External"/><Relationship Id="rId13" Type="http://schemas.openxmlformats.org/officeDocument/2006/relationships/hyperlink" Target="https://www.marieclaire.com/culture/tv-shows/maleah-joi-moon-a-different-world-interview/" TargetMode="External"/><Relationship Id="rId14" Type="http://schemas.openxmlformats.org/officeDocument/2006/relationships/hyperlink" Target="https://www.elpais.com/television/series/adul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