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2026 Headliners Bring Pop and Country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planning ahead for Palm Springs: LGBTQ+ visitors and local residents now have a first look at the music lineup for the 40th annual Greater Palm Springs Pride, taking place downtown from 6 to 8 November 2026. Aubrey O'Day and The Cowgays will lead a free, three-day celebration built around visibility, live entertainment and belonging.</w:t>
      </w:r>
      <w:r/>
    </w:p>
    <w:p>
      <w:pPr>
        <w:pStyle w:val="Heading2"/>
      </w:pPr>
      <w:r>
        <w:t>Essential Takeaways</w:t>
      </w:r>
      <w:r/>
      <w:r/>
    </w:p>
    <w:p>
      <w:pPr>
        <w:pStyle w:val="ListBullet"/>
        <w:spacing w:line="240" w:lineRule="auto"/>
        <w:ind w:left="720"/>
      </w:pPr>
      <w:r/>
      <w:r>
        <w:rPr>
          <w:b/>
        </w:rPr>
        <w:t>Two headline acts:</w:t>
      </w:r>
      <w:r>
        <w:t xml:space="preserve"> The Cowgays perform on Saturday, while Aubrey O'Day takes the Sunday slot.</w:t>
      </w:r>
      <w:r/>
    </w:p>
    <w:p>
      <w:pPr>
        <w:pStyle w:val="ListBullet"/>
        <w:spacing w:line="240" w:lineRule="auto"/>
        <w:ind w:left="720"/>
      </w:pPr>
      <w:r/>
      <w:r>
        <w:rPr>
          <w:b/>
        </w:rPr>
        <w:t>Free entry:</w:t>
      </w:r>
      <w:r>
        <w:t xml:space="preserve"> Visitors can enjoy music, drag, DJs and community stalls without buying a ticket.</w:t>
      </w:r>
      <w:r/>
    </w:p>
    <w:p>
      <w:pPr>
        <w:pStyle w:val="ListBullet"/>
        <w:spacing w:line="240" w:lineRule="auto"/>
        <w:ind w:left="720"/>
      </w:pPr>
      <w:r/>
      <w:r>
        <w:rPr>
          <w:b/>
        </w:rPr>
        <w:t>Three-stage programme:</w:t>
      </w:r>
      <w:r>
        <w:t xml:space="preserve"> Events will spread across downtown Palm Springs and the Arenas District.</w:t>
      </w:r>
      <w:r/>
    </w:p>
    <w:p>
      <w:pPr>
        <w:pStyle w:val="ListBullet"/>
        <w:spacing w:line="240" w:lineRule="auto"/>
        <w:ind w:left="720"/>
      </w:pPr>
      <w:r/>
      <w:r>
        <w:rPr>
          <w:b/>
        </w:rPr>
        <w:t>Big anniversary:</w:t>
      </w:r>
      <w:r>
        <w:t xml:space="preserve"> The 2026 festival marks 40 years of Palm Springs Pride.</w:t>
      </w:r>
      <w:r/>
    </w:p>
    <w:p>
      <w:pPr>
        <w:pStyle w:val="ListBullet"/>
        <w:spacing w:line="240" w:lineRule="auto"/>
        <w:ind w:left="720"/>
      </w:pPr>
      <w:r/>
      <w:r>
        <w:rPr>
          <w:b/>
        </w:rPr>
        <w:t>Parade finale:</w:t>
      </w:r>
      <w:r>
        <w:t xml:space="preserve"> Sunday's procession begins at 10am along Palm Canyon Drive.</w:t>
      </w:r>
      <w:r/>
      <w:r/>
    </w:p>
    <w:p>
      <w:pPr>
        <w:pStyle w:val="Heading2"/>
      </w:pPr>
      <w:r>
        <w:t>A pop name and a queer-country trio headline the weekend</w:t>
      </w:r>
      <w:r/>
    </w:p>
    <w:p>
      <w:r/>
      <w:r>
        <w:t>Palm Springs Pride 2026 is mixing glossy pop credentials with Nashville harmonies. Aubrey O'Day, known for Danity Kane and the dance-pop duo dumblonde, will headline on Sunday, while The Cowgays are scheduled to take the Saturday spotlight.</w:t>
      </w:r>
      <w:r/>
    </w:p>
    <w:p>
      <w:r/>
      <w:r>
        <w:t xml:space="preserve">That contrast is part of the appeal. O'Day brings a polished, television-ready performance background, whereas The Cowgays lean into three-part country singing, theatrical humour and a distinctly queer perspective. According to KESQ, the pairing gives the anniversary celebration a broad musical reach without losing its community focus. </w:t>
      </w:r>
      <w:hyperlink r:id="rId9">
        <w:r>
          <w:rPr>
            <w:color w:val="0000EE"/>
            <w:u w:val="single"/>
          </w:rPr>
          <w:t>[5]</w:t>
        </w:r>
      </w:hyperlink>
      <w:r/>
    </w:p>
    <w:p>
      <w:r/>
      <w:r>
        <w:t xml:space="preserve">The Cowgays are made up of Adam Mac, Brooke Eden and Chris Housman. Their sound revisits the country music of the 1990s, but with a modern LGBTQ+ lens that feels both playful and purposeful. It's the sort of live set likely to invite a singalong before the first chorus has finished. </w:t>
      </w:r>
      <w:hyperlink r:id="rId10">
        <w:r>
          <w:rPr>
            <w:color w:val="0000EE"/>
            <w:u w:val="single"/>
          </w:rPr>
          <w:t>[6]</w:t>
        </w:r>
      </w:hyperlink>
      <w:r/>
    </w:p>
    <w:p>
      <w:pPr>
        <w:pStyle w:val="Heading2"/>
      </w:pPr>
      <w:r>
        <w:t>Free entry keeps the celebration open to everyone</w:t>
      </w:r>
      <w:r/>
    </w:p>
    <w:p>
      <w:r/>
      <w:r>
        <w:t>The festival won't require a ticket, which matters at a time when the cost of a weekend out can quickly climb. Organisers say visitors will be able to move between performances, community organisations and the festival marketplace without paying admission.</w:t>
      </w:r>
      <w:r/>
    </w:p>
    <w:p>
      <w:r/>
      <w:r>
        <w:t xml:space="preserve">The free format also fits the event's 2026 theme, "Be Included". KESQ reported that the message is intended to underline active inclusion and representation, rather than treating them as decorative extras. In practical terms, that means a celebration designed to feel accessible whether you're a regular attendee, a first-time visitor or an ally joining friends. </w:t>
      </w:r>
      <w:hyperlink r:id="rId11">
        <w:r>
          <w:rPr>
            <w:color w:val="0000EE"/>
            <w:u w:val="single"/>
          </w:rPr>
          <w:t>[4]</w:t>
        </w:r>
      </w:hyperlink>
      <w:r/>
    </w:p>
    <w:p>
      <w:r/>
      <w:r>
        <w:t xml:space="preserve">Greater Palm Springs Pride has also positioned the event as a community gathering, not simply a concert series. Visit Greater Palm Springs lists the celebration among the area's established LGBTQ+ events, helping explain why the weekend draws both local participation and visitors from further afield. </w:t>
      </w:r>
      <w:hyperlink r:id="rId12">
        <w:r>
          <w:rPr>
            <w:color w:val="0000EE"/>
            <w:u w:val="single"/>
          </w:rPr>
          <w:t>[2]</w:t>
        </w:r>
      </w:hyperlink>
      <w:r/>
    </w:p>
    <w:p>
      <w:pPr>
        <w:pStyle w:val="Heading2"/>
      </w:pPr>
      <w:r>
        <w:t>Three stages will fill downtown Palm Springs with sound</w:t>
      </w:r>
      <w:r/>
    </w:p>
    <w:p>
      <w:r/>
      <w:r>
        <w:t>The programme will run across three stages in downtown Palm Springs and the Arenas District. Alongside the headliners, organisers expect a mix of regional favourites, emerging performers and artists from the LGBTQ+ community and beyond.</w:t>
      </w:r>
      <w:r/>
    </w:p>
    <w:p>
      <w:r/>
      <w:r>
        <w:t>That spread should give the weekend a lively, walkable rhythm. One area might offer a high-energy DJ set, while another leans towards drag or live vocals, so visitors can shape the day around their own mood rather than follow a single fixed schedule.</w:t>
      </w:r>
      <w:r/>
    </w:p>
    <w:p>
      <w:r/>
      <w:r>
        <w:t xml:space="preserve">Additional performers are due to be announced in the weeks ahead. For anyone planning a Palm Springs Pride trip, the sensible move is to check the official programme before travelling, then leave room for discoveries on the ground. Gay Desert Guide also highlighted the headliners as part of the festival's 40th-anniversary plans. </w:t>
      </w:r>
      <w:hyperlink r:id="rId10">
        <w:r>
          <w:rPr>
            <w:color w:val="0000EE"/>
            <w:u w:val="single"/>
          </w:rPr>
          <w:t>[6]</w:t>
        </w:r>
      </w:hyperlink>
      <w:r/>
    </w:p>
    <w:p>
      <w:pPr>
        <w:pStyle w:val="Heading2"/>
      </w:pPr>
      <w:r>
        <w:t>The parade will bring the weekend to a colourful close</w:t>
      </w:r>
      <w:r/>
    </w:p>
    <w:p>
      <w:r/>
      <w:r>
        <w:t>Sunday's Palm Springs Pride Parade begins at 10am along Palm Canyon Drive. It will provide the weekend's most visible public moment, with the festival atmosphere spilling into one of the city's best-known thoroughfares.</w:t>
      </w:r>
      <w:r/>
    </w:p>
    <w:p>
      <w:r/>
      <w:r>
        <w:t>If you're attending, arrive early for a comfortable viewing spot and expect plenty of movement, music and warm desert sunshine. Comfortable shoes, water and a little patience are useful essentials, especially if you're combining the parade with the final day's performances.</w:t>
      </w:r>
      <w:r/>
    </w:p>
    <w:p>
      <w:r/>
      <w:r>
        <w:t xml:space="preserve">The parade also gives the anniversary weekend a clear sense of progression: music and community activities build through the festival, then the city comes together in one shared procession. Inclusivity.org lists Greater Palm Springs Pride as a major regional celebration, reflecting its wider role in the local LGBTQ+ calendar. </w:t>
      </w:r>
      <w:hyperlink r:id="rId13">
        <w:r>
          <w:rPr>
            <w:color w:val="0000EE"/>
            <w:u w:val="single"/>
          </w:rPr>
          <w:t>[3]</w:t>
        </w:r>
      </w:hyperlink>
      <w:r/>
    </w:p>
    <w:p>
      <w:pPr>
        <w:pStyle w:val="Heading2"/>
      </w:pPr>
      <w:r>
        <w:t>What visitors should know before planning</w:t>
      </w:r>
      <w:r/>
    </w:p>
    <w:p>
      <w:r/>
      <w:r>
        <w:t>The 2026 celebration runs from Friday 6 November through Sunday 8 November in downtown Palm Springs. Organisers say more talent and event details will follow, so the final schedule is likely to become more useful closer to the date.</w:t>
      </w:r>
      <w:r/>
    </w:p>
    <w:p>
      <w:r/>
      <w:r>
        <w:t xml:space="preserve">For now, the headline attractions are clear: The Cowgays on Saturday, Aubrey O'Day on Sunday, free access throughout and a parade to finish the weekend. Jasmine Sullivan Waits, executive director of Greater Palm Springs Pride, said the organisation remains committed to keeping the event free, welcoming and accessible, even as community celebrations face tougher financial conditions. </w:t>
      </w:r>
      <w:hyperlink r:id="rId14">
        <w:r>
          <w:rPr>
            <w:color w:val="0000EE"/>
            <w:u w:val="single"/>
          </w:rPr>
          <w:t>[7]</w:t>
        </w:r>
      </w:hyperlink>
      <w:r/>
    </w:p>
    <w:p>
      <w:r/>
      <w:r>
        <w:t>That commitment may be the most important part of the announcement. A big anniversary deserves star power, but it also needs a front door that stays open. In Palm Springs, the invitation is deliberately broad: come for the music, stay for the community and be included.</w:t>
      </w:r>
      <w:r/>
    </w:p>
    <w:p>
      <w:r/>
      <w:r>
        <w:t>Plan ahead, then leave space for a little desert magic.</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9">
        <w:r>
          <w:rPr>
            <w:color w:val="0000EE"/>
            <w:u w:val="single"/>
          </w:rPr>
          <w:t>[5]</w:t>
        </w:r>
      </w:hyperlink>
      <w:r>
        <w:t xml:space="preserve">, </w:t>
      </w:r>
      <w:hyperlink r:id="rId10">
        <w:r>
          <w:rPr>
            <w:color w:val="0000EE"/>
            <w:u w:val="single"/>
          </w:rPr>
          <w:t>[6]</w:t>
        </w:r>
      </w:hyperlink>
      <w:r>
        <w:t xml:space="preserve">- Paragraph 3: </w:t>
      </w:r>
      <w:hyperlink r:id="rId10">
        <w:r>
          <w:rPr>
            <w:color w:val="0000EE"/>
            <w:u w:val="single"/>
          </w:rPr>
          <w:t>[6]</w:t>
        </w:r>
      </w:hyperlink>
      <w:r>
        <w:t xml:space="preserve">- Paragraph 4: </w:t>
      </w:r>
      <w:hyperlink r:id="rId12">
        <w:r>
          <w:rPr>
            <w:color w:val="0000EE"/>
            <w:u w:val="single"/>
          </w:rPr>
          <w:t>[2]</w:t>
        </w:r>
      </w:hyperlink>
      <w:r>
        <w:t xml:space="preserve">, </w:t>
      </w:r>
      <w:hyperlink r:id="rId13">
        <w:r>
          <w:rPr>
            <w:color w:val="0000EE"/>
            <w:u w:val="single"/>
          </w:rPr>
          <w:t>[3]</w:t>
        </w:r>
      </w:hyperlink>
      <w:r>
        <w:t xml:space="preserve">- Paragraph 5: </w:t>
      </w:r>
      <w:hyperlink r:id="rId11">
        <w:r>
          <w:rPr>
            <w:color w:val="0000EE"/>
            <w:u w:val="single"/>
          </w:rPr>
          <w:t>[4]</w:t>
        </w:r>
      </w:hyperlink>
      <w:r>
        <w:t xml:space="preserve">- Paragraph 6: </w:t>
      </w:r>
      <w:hyperlink r:id="rId12">
        <w:r>
          <w:rPr>
            <w:color w:val="0000EE"/>
            <w:u w:val="single"/>
          </w:rPr>
          <w:t>[2]</w:t>
        </w:r>
      </w:hyperlink>
      <w:r>
        <w:t xml:space="preserve">- Paragraph 7: </w:t>
      </w:r>
      <w:hyperlink r:id="rId10">
        <w:r>
          <w:rPr>
            <w:color w:val="0000EE"/>
            <w:u w:val="single"/>
          </w:rPr>
          <w:t>[6]</w:t>
        </w:r>
      </w:hyperlink>
      <w:r>
        <w:t xml:space="preserve">- Paragraph 8: </w:t>
      </w:r>
      <w:hyperlink r:id="rId13">
        <w:r>
          <w:rPr>
            <w:color w:val="0000EE"/>
            <w:u w:val="single"/>
          </w:rPr>
          <w:t>[3]</w:t>
        </w:r>
      </w:hyperlink>
      <w:r>
        <w:t xml:space="preserve">- Paragraph 9: </w:t>
      </w:r>
      <w:hyperlink r:id="rId13">
        <w:r>
          <w:rPr>
            <w:color w:val="0000EE"/>
            <w:u w:val="single"/>
          </w:rPr>
          <w:t>[3]</w:t>
        </w:r>
      </w:hyperlink>
      <w:r>
        <w:t xml:space="preserve">- Paragraph 10: </w:t>
      </w:r>
      <w:hyperlink r:id="rId12">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[7]</w:t>
        </w:r>
      </w:hyperlink>
      <w:r>
        <w:t xml:space="preserve">- Paragraph 12: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https://thepalmspringspost.com/greater-palm-springs-pride-names-aubrey-oday-the-cowgays-as-2026-headliners/</w:t>
        </w:r>
      </w:hyperlink>
      <w:r>
        <w:t xml:space="preserve"> - Please view link - unable to able to access data</w:t>
      </w:r>
      <w:r/>
    </w:p>
    <w:p>
      <w:pPr>
        <w:pStyle w:val="ListNumber"/>
        <w:spacing w:line="240" w:lineRule="auto"/>
        <w:ind w:left="720"/>
      </w:pPr>
      <w:r/>
      <w:hyperlink r:id="rId12">
        <w:r>
          <w:rPr>
            <w:color w:val="0000EE"/>
            <w:u w:val="single"/>
          </w:rPr>
          <w:t>https://www.visitgreaterpalmsprings.com/events/events-and-festivals/greater-palm-springs-lgbtq-pride/</w:t>
        </w:r>
      </w:hyperlink>
      <w:r>
        <w:t xml:space="preserve"> - The Greater Palm Springs Pride website provides comprehensive details about the 2026 Pride event, scheduled for November 6-8 in downtown Palm Springs. The festival will feature live music, drag entertainment, DJs, and special performances across three stages in downtown Palm Springs and the Arenas District. The theme for this year's celebration is 'Be Included,' reflecting an effort to create spaces where LGBTQ+ people and allies are actively included and represented. Admission is free, and attendees can enjoy the festival marketplace, community organizations, and entertainment without purchasing a ticket.</w:t>
      </w:r>
      <w:r/>
    </w:p>
    <w:p>
      <w:pPr>
        <w:pStyle w:val="ListNumber"/>
        <w:spacing w:line="240" w:lineRule="auto"/>
        <w:ind w:left="720"/>
      </w:pPr>
      <w:r/>
      <w:hyperlink r:id="rId13">
        <w:r>
          <w:rPr>
            <w:color w:val="0000EE"/>
            <w:u w:val="single"/>
          </w:rPr>
          <w:t>https://www.inclusivity.org/pride/greater-palm-springs-pride</w:t>
        </w:r>
      </w:hyperlink>
      <w:r>
        <w:t xml:space="preserve"> - Inclusivity.org offers an overview of the Greater Palm Springs Pride event, highlighting its significance as a three-day festival and parade in downtown Palm Springs. The 2026 celebration is set for November 6-8 and includes a 5K run and walk, the Pride Honors awards, interfaith services, and a Sunday morning parade. The event aims to celebrate LGBTQ+ people and mark the Stonewall uprising of June 1969, combining a parade or march with a festival of performers, community groups, vendors, and food.</w:t>
      </w:r>
      <w:r/>
    </w:p>
    <w:p>
      <w:pPr>
        <w:pStyle w:val="ListNumber"/>
        <w:spacing w:line="240" w:lineRule="auto"/>
        <w:ind w:left="720"/>
      </w:pPr>
      <w:r/>
      <w:hyperlink r:id="rId11">
        <w:r>
          <w:rPr>
            <w:color w:val="0000EE"/>
            <w:u w:val="single"/>
          </w:rPr>
          <w:t>https://kesq.com/pride/2026/04/01/greater-palm-springs-pride-announces-theme-for-2026-celebration/</w:t>
        </w:r>
      </w:hyperlink>
      <w:r>
        <w:t xml:space="preserve"> - KESQ reports on the announcement of the theme for the 2026 Greater Palm Springs Pride celebration, which is 'Be Included.' The theme is an invitation to embrace one's full self and reflects a commitment to creating a safe and welcoming space for LGBTQ+ people and allies. The 40th annual event will be held from November 6-8, featuring live entertainment, an expansive marketplace, and nightly block parties. The Pride parade is scheduled for 10 a.m. on November 8, with more than 200 entries traveling along Palm Canyon Drive to Amado Road.</w:t>
      </w:r>
      <w:r/>
    </w:p>
    <w:p>
      <w:pPr>
        <w:pStyle w:val="ListNumber"/>
        <w:spacing w:line="240" w:lineRule="auto"/>
        <w:ind w:left="720"/>
      </w:pPr>
      <w:r/>
      <w:hyperlink r:id="rId9">
        <w:r>
          <w:rPr>
            <w:color w:val="0000EE"/>
            <w:u w:val="single"/>
          </w:rPr>
          <w:t>https://kesq.com/pride/2026/10/02/aubrey-oday-the-cowgays-to-headline-40th-annual-palm-springs-pride-celebration/</w:t>
        </w:r>
      </w:hyperlink>
      <w:r>
        <w:t xml:space="preserve"> - KESQ announces that recording artist and television personality Aubrey O'Day and the country trio The Cowgays will headline the 40th annual Palm Springs Pride celebration. The event is set for November 6-8 in downtown Palm Springs and the Arenas District. Additional performers will be announced in the coming weeks, with the lineup expected to include regional favorites, emerging artists, and talent from across the LGBTQ+ community and beyond. The festival will feature live music, drag entertainment, DJs, and special performances across three stages.</w:t>
      </w:r>
      <w:r/>
    </w:p>
    <w:p>
      <w:pPr>
        <w:pStyle w:val="ListNumber"/>
        <w:spacing w:line="240" w:lineRule="auto"/>
        <w:ind w:left="720"/>
      </w:pPr>
      <w:r/>
      <w:hyperlink r:id="rId10">
        <w:r>
          <w:rPr>
            <w:color w:val="0000EE"/>
            <w:u w:val="single"/>
          </w:rPr>
          <w:t>https://gaydesertguide.com/palm-springs-pride-announces-2026-headliners-aubrey-oday-and-the-cowgays/</w:t>
        </w:r>
      </w:hyperlink>
      <w:r>
        <w:t xml:space="preserve"> - Gay Desert Guide reports on the announcement of Aubrey O'Day and The Cowgays as headliners for the 2026 Palm Springs Pride festival. The three-day event returns to downtown Palm Springs and the Arenas District from November 6-8, bringing an expanded mix of live music, drag, DJs, and special performances across three stages. This initial announcement offers a preview of the diverse entertainment lineup being curated for the milestone year, with more performers—including regional favorites, emerging artists, and talent from across and beyond the LGBTQ+ community—expected to be announced soon.</w:t>
      </w:r>
      <w:r/>
    </w:p>
    <w:p>
      <w:pPr>
        <w:pStyle w:val="ListNumber"/>
        <w:spacing w:line="240" w:lineRule="auto"/>
        <w:ind w:left="720"/>
      </w:pPr>
      <w:r/>
      <w:hyperlink r:id="rId14">
        <w:r>
          <w:rPr>
            <w:color w:val="0000EE"/>
            <w:u w:val="single"/>
          </w:rPr>
          <w:t>https://kesq.com/news/2026/09/14/greater-palm-springs-pride-announces-2026-grand-marshals-for-40th-anniversary/</w:t>
        </w:r>
      </w:hyperlink>
      <w:r>
        <w:t xml:space="preserve"> - KESQ reports on the announcement of the Grand Marshals for the 40th Annual Greater Palm Springs Pride Parade, taking place Sunday, November 8, 2026, under the theme 'Be Included.' The parade will recognize four individuals whose work and contributions have helped uplift the LGBTQIA+ community locally and nationally. Comedian, writer, and actor Fortune Feimster has been named National Grand Marshal, and Cheyenne Jackson, the GRAMMY- and Emmy-nominated actor, singer, and songwriter, will serve as Celebrity Grand Marshal. The parade and festival are supported by the City of Palm Springs, Arenas Road Merchants, and PS Resorts.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pride/2026/10/02/aubrey-oday-the-cowgays-to-headline-40th-annual-palm-springs-pride-celebration/" TargetMode="External"/><Relationship Id="rId10" Type="http://schemas.openxmlformats.org/officeDocument/2006/relationships/hyperlink" Target="https://gaydesertguide.com/palm-springs-pride-announces-2026-headliners-aubrey-oday-and-the-cowgays/" TargetMode="External"/><Relationship Id="rId11" Type="http://schemas.openxmlformats.org/officeDocument/2006/relationships/hyperlink" Target="https://kesq.com/pride/2026/04/01/greater-palm-springs-pride-announces-theme-for-2026-celebration/" TargetMode="External"/><Relationship Id="rId12" Type="http://schemas.openxmlformats.org/officeDocument/2006/relationships/hyperlink" Target="https://www.visitgreaterpalmsprings.com/events/events-and-festivals/greater-palm-springs-lgbtq-pride/" TargetMode="External"/><Relationship Id="rId13" Type="http://schemas.openxmlformats.org/officeDocument/2006/relationships/hyperlink" Target="https://www.inclusivity.org/pride/greater-palm-springs-pride" TargetMode="External"/><Relationship Id="rId14" Type="http://schemas.openxmlformats.org/officeDocument/2006/relationships/hyperlink" Target="https://kesq.com/news/2026/09/14/greater-palm-springs-pride-announces-2026-grand-marshals-for-40th-anniversary/" TargetMode="External"/><Relationship Id="rId15" Type="http://schemas.openxmlformats.org/officeDocument/2006/relationships/hyperlink" Target="https://thepalmspringspost.com/greater-palm-springs-pride-names-aubrey-oday-the-cowgays-as-2026-headli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