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West Hollywood Rainbow District Guide for LGBTQ+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now explore West Hollywood's Rainbow District with a dedicated online guide covering LGBTQ+ venues, events, dining, deals and practical details. Launched as the neighbourhood approaches another busy Halloween season, the site makes it easier for locals, tourists and allies to plan a colourful day or night along Santa Monica Boulevard.</w:t>
      </w:r>
      <w:r/>
    </w:p>
    <w:p>
      <w:pPr>
        <w:pStyle w:val="Heading2"/>
      </w:pPr>
      <w:r>
        <w:t>Essential Takeaways</w:t>
      </w:r>
      <w:r/>
      <w:r/>
    </w:p>
    <w:p>
      <w:pPr>
        <w:pStyle w:val="ListBullet"/>
        <w:spacing w:line="240" w:lineRule="auto"/>
        <w:ind w:left="720"/>
      </w:pPr>
      <w:r/>
      <w:r>
        <w:rPr>
          <w:b/>
        </w:rPr>
        <w:t>One-stop planning:</w:t>
      </w:r>
      <w:r>
        <w:t xml:space="preserve"> The new website brings together businesses, events, offers and suggested experiences.</w:t>
      </w:r>
      <w:r/>
    </w:p>
    <w:p>
      <w:pPr>
        <w:pStyle w:val="ListBullet"/>
        <w:spacing w:line="240" w:lineRule="auto"/>
        <w:ind w:left="720"/>
      </w:pPr>
      <w:r/>
      <w:r>
        <w:rPr>
          <w:b/>
        </w:rPr>
        <w:t>A recognised landmark:</w:t>
      </w:r>
      <w:r>
        <w:t xml:space="preserve"> The Rainbow District covers Santa Monica Boulevard between Doheny Drive and La Cienega Boulevard.</w:t>
      </w:r>
      <w:r/>
    </w:p>
    <w:p>
      <w:pPr>
        <w:pStyle w:val="ListBullet"/>
        <w:spacing w:line="240" w:lineRule="auto"/>
        <w:ind w:left="720"/>
      </w:pPr>
      <w:r/>
      <w:r>
        <w:rPr>
          <w:b/>
        </w:rPr>
        <w:t>More choice:</w:t>
      </w:r>
      <w:r>
        <w:t xml:space="preserve"> More than 14 businesses joined the area over the past year, alongside over 100 established venues.</w:t>
      </w:r>
      <w:r/>
    </w:p>
    <w:p>
      <w:pPr>
        <w:pStyle w:val="ListBullet"/>
        <w:spacing w:line="240" w:lineRule="auto"/>
        <w:ind w:left="720"/>
      </w:pPr>
      <w:r/>
      <w:r>
        <w:rPr>
          <w:b/>
        </w:rPr>
        <w:t>Halloween highlight:</w:t>
      </w:r>
      <w:r>
        <w:t xml:space="preserve"> West Hollywood's free Halloween Carnaval remains one of the district's biggest annual attractions.</w:t>
      </w:r>
      <w:r/>
    </w:p>
    <w:p>
      <w:pPr>
        <w:pStyle w:val="ListBullet"/>
        <w:spacing w:line="240" w:lineRule="auto"/>
        <w:ind w:left="720"/>
      </w:pPr>
      <w:r/>
      <w:r>
        <w:rPr>
          <w:b/>
        </w:rPr>
        <w:t>Community purpose:</w:t>
      </w:r>
      <w:r>
        <w:t xml:space="preserve"> The area celebrates LGBTQ+ history while supporting local businesses, nightlife and cultural life.</w:t>
      </w:r>
      <w:r/>
      <w:r/>
    </w:p>
    <w:p>
      <w:pPr>
        <w:pStyle w:val="Heading2"/>
      </w:pPr>
      <w:r>
        <w:t>West Hollywood's Rainbow District gets a digital upgrade</w:t>
      </w:r>
      <w:r/>
    </w:p>
    <w:p>
      <w:r/>
      <w:r>
        <w:t>Finding your way around West Hollywood's best-known LGBTQ+ neighbourhood is about to become considerably less chaotic. The city has launched RainbowDistrictWeHo.com, a new digital guide designed to put the district's venues, events and visitor information in one place.</w:t>
      </w:r>
      <w:r/>
    </w:p>
    <w:p>
      <w:r/>
      <w:r>
        <w:t>According to GayCities, the site includes a directory, events calendar, exclusive offers and an AI chat function that can answer questions about parking, activities and possible itineraries. That's useful in a neighbourhood where deciding between dinner, cocktails, dancing and a late-night snack can easily become an evening in itself.</w:t>
      </w:r>
      <w:r/>
    </w:p>
    <w:p>
      <w:r/>
      <w:r>
        <w:t>The guide arrives after the city formally recognised the Rainbow District as a cultural landmark. Visit West Hollywood describes the area as a major centre for LGBTQ+ culture, hospitality and community life, stretching along Santa Monica Boulevard between Doheny Drive and La Cienega Boulevard.</w:t>
      </w:r>
      <w:r/>
    </w:p>
    <w:p>
      <w:pPr>
        <w:pStyle w:val="Heading2"/>
      </w:pPr>
      <w:r>
        <w:t>What makes the Rainbow District special?</w:t>
      </w:r>
      <w:r/>
    </w:p>
    <w:p>
      <w:r/>
      <w:r>
        <w:t>The Rainbow District isn't simply a collection of bars with rainbow flags outside. It's a lively corridor shaped by decades of LGBTQ+ organising, nightlife, dining, celebrations and everyday community life.</w:t>
      </w:r>
      <w:r/>
    </w:p>
    <w:p>
      <w:r/>
      <w:r>
        <w:t>The West Hollywood Preservation Alliance notes the wider importance of protecting the city's distinctive history and built environment. That context matters because visitors aren't just dropping into a nightlife strip. They're stepping into a place that has helped make LGBTQ+ visibility part of the city's public identity.</w:t>
      </w:r>
      <w:r/>
    </w:p>
    <w:p>
      <w:r/>
      <w:r>
        <w:t>There are familiar names, including The Abbey Food and Bar, alongside restaurants, shops and newer arrivals. The result is a district with a slightly different rhythm depending on the time of day: coffee and browsing earlier on, then increasingly bright lights, music and people as evening takes over.</w:t>
      </w:r>
      <w:r/>
    </w:p>
    <w:p>
      <w:pPr>
        <w:pStyle w:val="Heading2"/>
      </w:pPr>
      <w:r>
        <w:t>New businesses bring fresh energy</w:t>
      </w:r>
      <w:r/>
    </w:p>
    <w:p>
      <w:r/>
      <w:r>
        <w:t>More than 14 new businesses opened in the district during the past year, according to city information reported by GayCities. They include Erewhon, karaoke venue Mic Drop, White Label Cookies and Wasim Signature, joining more than 100 established businesses.</w:t>
      </w:r>
      <w:r/>
    </w:p>
    <w:p>
      <w:r/>
      <w:r>
        <w:t>That mix gives visitors more reasons to linger beyond the traditional bar crawl. You can browse, eat, sing, shop and then head out for nightlife without leaving the district, which is exactly the sort of easy, walkable itinerary many visitors want.</w:t>
      </w:r>
      <w:r/>
    </w:p>
    <w:p>
      <w:r/>
      <w:r>
        <w:t>The change also reflects a wider trend in LGBTQ+ destinations. Successful queer neighbourhoods increasingly need to offer more than nightlife, with food, retail, entertainment and cultural experiences helping them stay welcoming throughout the day.</w:t>
      </w:r>
      <w:r/>
    </w:p>
    <w:p>
      <w:pPr>
        <w:pStyle w:val="Heading2"/>
      </w:pPr>
      <w:r>
        <w:t>Planning a visit around Halloween?</w:t>
      </w:r>
      <w:r/>
    </w:p>
    <w:p>
      <w:r/>
      <w:r>
        <w:t>Timing could hardly be more strategic. The website launched shortly before Halloween, one of the Rainbow District's busiest periods, when West Hollywood's annual Carnaval draws large crowds and turns the boulevard into a huge outdoor celebration.</w:t>
      </w:r>
      <w:r/>
    </w:p>
    <w:p>
      <w:r/>
      <w:r>
        <w:t>WeHo Online's local coverage highlights how major events can bring both energy and practical challenges, from transport and crowd movement to finding somewhere to eat. Visitors should check event information early, allow extra time for travel and avoid assuming they'll be able to park close to the action.</w:t>
      </w:r>
      <w:r/>
    </w:p>
    <w:p>
      <w:r/>
      <w:r>
        <w:t>The new website's event listings and AI chat tool could be particularly handy for first-time visitors. Use them to compare venues, build a simple route and check the details before setting off. Your future self will thank you when the streets are busy and your phone battery is fading.</w:t>
      </w:r>
      <w:r/>
    </w:p>
    <w:p>
      <w:pPr>
        <w:pStyle w:val="Heading2"/>
      </w:pPr>
      <w:r>
        <w:t>A district with a wider community mission</w:t>
      </w:r>
      <w:r/>
    </w:p>
    <w:p>
      <w:r/>
      <w:r>
        <w:t>The Rainbow District's role extends beyond tourism. It also provides a visible setting for community events and causes, including AIDS Walk Los Angeles, which follows a route through West Hollywood.</w:t>
      </w:r>
      <w:r/>
    </w:p>
    <w:p>
      <w:r/>
      <w:r>
        <w:t>GayCities reported that the latest walk raised more than $1 million for HIV-related support and services. That reminder gives the district's celebratory atmosphere a deeper context: pride, nightlife and entertainment sit alongside ongoing work around health, access and equality.</w:t>
      </w:r>
      <w:r/>
    </w:p>
    <w:p>
      <w:r/>
      <w:r>
        <w:t>For visitors, that makes the new guide more than a simple directory. It helps connect the fun parts of a trip with the history and community work that give the Rainbow District its character. As one local preservation organisation puts it, safeguarding West Hollywood's identity means keeping its stories and spaces meaningful for future generations.</w:t>
      </w:r>
      <w:r/>
    </w:p>
    <w:p>
      <w:pPr>
        <w:pStyle w:val="Heading2"/>
      </w:pPr>
      <w:r>
        <w:t>How to use the new guide wisely</w:t>
      </w:r>
      <w:r/>
    </w:p>
    <w:p>
      <w:r/>
      <w:r>
        <w:t>Start with the events calendar, then choose two or three businesses that fit your plans rather than trying to cover everything. The district is compact enough to explore on foot, but popular evenings can be busy, so reservations and an early start may save frustration.</w:t>
      </w:r>
      <w:r/>
    </w:p>
    <w:p>
      <w:r/>
      <w:r>
        <w:t>Check transport details before travelling, especially around Carnaval and other large events. Look at venue opening times, accessibility information and any offers listed online, then keep a little flexibility for an unplanned stop. In West Hollywood, that spontaneous detour is often where the evening gets interesting.</w:t>
      </w:r>
      <w:r/>
    </w:p>
    <w:p>
      <w:r/>
      <w:r>
        <w:t>The best Rainbow District itinerary doesn't need to be over-engineered. Pick a starting point, leave room for food and conversation, and let the boulevard do some of the organising for you.</w:t>
      </w:r>
      <w:r/>
    </w:p>
    <w:p>
      <w:r/>
      <w:r>
        <w:t>The new guide makes West Hollywood's most recognisable LGBTQ+ neighbourhood easier to explore, but the real appeal remains wonderfully old-fashioned: good company, bright lights and somewhere welcoming to go.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9">
        <w:r>
          <w:rPr>
            <w:color w:val="0000EE"/>
            <w:u w:val="single"/>
          </w:rPr>
          <w:t>[2]</w:t>
        </w:r>
      </w:hyperlink>
      <w:r>
        <w:t xml:space="preserve">, </w:t>
      </w:r>
      <w:hyperlink r:id="rId11">
        <w:r>
          <w:rPr>
            <w:color w:val="0000EE"/>
            <w:u w:val="single"/>
          </w:rPr>
          <w:t>[4]</w:t>
        </w:r>
      </w:hyperlink>
      <w:r>
        <w:t xml:space="preserve">- Paragraph 18: </w:t>
      </w:r>
      <w:hyperlink r:id="rId10">
        <w:r>
          <w:rPr>
            <w:color w:val="0000EE"/>
            <w:u w:val="single"/>
          </w:rPr>
          <w:t>[3]</w:t>
        </w:r>
      </w:hyperlink>
      <w:r>
        <w:t xml:space="preserve">, </w:t>
      </w:r>
      <w:hyperlink r:id="rId12">
        <w:r>
          <w:rPr>
            <w:color w:val="0000EE"/>
            <w:u w:val="single"/>
          </w:rPr>
          <w:t>[5]</w:t>
        </w:r>
      </w:hyperlink>
      <w:r>
        <w:t xml:space="preserve">- Paragraph 19: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https://www.gaycities.com/articles/107548/west-hollywood-just-made-it-easier-to-find-your-way-around-its-rainbow-district/</w:t>
        </w:r>
      </w:hyperlink>
      <w:r>
        <w:t xml:space="preserve"> - Please view link - unable to able to access data</w:t>
      </w:r>
      <w:r/>
    </w:p>
    <w:p>
      <w:pPr>
        <w:pStyle w:val="ListNumber"/>
        <w:spacing w:line="240" w:lineRule="auto"/>
        <w:ind w:left="720"/>
      </w:pPr>
      <w:r/>
      <w:hyperlink r:id="rId9">
        <w:r>
          <w:rPr>
            <w:color w:val="0000EE"/>
            <w:u w:val="single"/>
          </w:rPr>
          <w:t>https://www.gaycities.com/articles/107548/west-hollywood-just-made-it-easier-to-find-your-way-around-its-rainbow-district/</w:t>
        </w:r>
      </w:hyperlink>
      <w:r>
        <w:t xml:space="preserve"> - This article discusses West Hollywood's designation of its Rainbow District as a cultural landmark, highlighting the area's significance to the LGBTQ+ community. It mentions the launch of the website RainbowDistrictWeHo.com, which offers a directory, event calendar, and AI chat tool. The piece also notes the upcoming Halloween Carnaval on October 31 and the Winter Market on December 11. Additionally, it references the opening of over 14 new businesses in the district, including Erewhon, Mic Drop, White Label Cookies, and Wasim Signature. The article concludes with information about the 42nd AIDS Walk Los Angeles on October 18. (</w:t>
      </w:r>
      <w:hyperlink r:id="rId15">
        <w:r>
          <w:rPr>
            <w:color w:val="0000EE"/>
            <w:u w:val="single"/>
          </w:rPr>
          <w:t>gaycities.com</w:t>
        </w:r>
      </w:hyperlink>
      <w:r>
        <w:t>)</w:t>
      </w:r>
      <w:r/>
    </w:p>
    <w:p>
      <w:pPr>
        <w:pStyle w:val="ListNumber"/>
        <w:spacing w:line="240" w:lineRule="auto"/>
        <w:ind w:left="720"/>
      </w:pPr>
      <w:r/>
      <w:hyperlink r:id="rId10">
        <w:r>
          <w:rPr>
            <w:color w:val="0000EE"/>
            <w:u w:val="single"/>
          </w:rPr>
          <w:t>https://www.visitwesthollywood.com/neighborhoods/rainbow-district/</w:t>
        </w:r>
      </w:hyperlink>
      <w:r>
        <w:t xml:space="preserve"> - This page provides an overview of West Hollywood's Rainbow District, describing it as a vibrant 1-mile stretch along Santa Monica Boulevard between La Cienega Boulevard and Doheny Drive. The district is home to over 50 LGBTQ+-owned and allied businesses, including bars, restaurants, and shops. It hosts events like WeHo Pride and the West Hollywood Halloween Carnaval. The page also highlights landmarks such as the Inclusive Pride Crosswalks and STORIES: The AIDS Monument. Visitors can find information on nightlife, dining, and community organizations in the area. (</w:t>
      </w:r>
      <w:hyperlink r:id="rId16">
        <w:r>
          <w:rPr>
            <w:color w:val="0000EE"/>
            <w:u w:val="single"/>
          </w:rPr>
          <w:t>visitwesthollywood.com</w:t>
        </w:r>
      </w:hyperlink>
      <w:r>
        <w:t>)</w:t>
      </w:r>
      <w:r/>
    </w:p>
    <w:p>
      <w:pPr>
        <w:pStyle w:val="ListNumber"/>
        <w:spacing w:line="240" w:lineRule="auto"/>
        <w:ind w:left="720"/>
      </w:pPr>
      <w:r/>
      <w:hyperlink r:id="rId11">
        <w:r>
          <w:rPr>
            <w:color w:val="0000EE"/>
            <w:u w:val="single"/>
          </w:rPr>
          <w:t>https://wehoonline.com/147070-2/</w:t>
        </w:r>
      </w:hyperlink>
      <w:r>
        <w:t xml:space="preserve"> - This article reports on the City of West Hollywood's formal designation of the Rainbow District as an LGBTQ+ cultural district. It mentions the launch of official social media channels for the district and highlights the area's significance as a hub for LGBTQ+ culture, nightlife, and activism. The piece notes the district's role in hosting events like WeHo Pride and the Halloween Carnaval, and its contribution to the city's cultural fabric and economic vitality. (</w:t>
      </w:r>
      <w:hyperlink r:id="rId17">
        <w:r>
          <w:rPr>
            <w:color w:val="0000EE"/>
            <w:u w:val="single"/>
          </w:rPr>
          <w:t>wehoonline.com</w:t>
        </w:r>
      </w:hyperlink>
      <w:r>
        <w:t>)</w:t>
      </w:r>
      <w:r/>
    </w:p>
    <w:p>
      <w:pPr>
        <w:pStyle w:val="ListNumber"/>
        <w:spacing w:line="240" w:lineRule="auto"/>
        <w:ind w:left="720"/>
      </w:pPr>
      <w:r/>
      <w:hyperlink r:id="rId12">
        <w:r>
          <w:rPr>
            <w:color w:val="0000EE"/>
            <w:u w:val="single"/>
          </w:rPr>
          <w:t>https://hollywoodtimes.net/west-hollywoods-rainbow-district-a-new-era-of-pride-culture-and-community-spirit/</w:t>
        </w:r>
      </w:hyperlink>
      <w:r>
        <w:t xml:space="preserve"> - This article discusses West Hollywood's official recognition of the Rainbow District as the cultural heart of LGBTQ+ life. It highlights the district's vibrant history, nightlife, and community pride, noting the presence of over 50 shops, bars, eateries, and community institutions. The piece mentions upcoming events such as the Winter Market &amp; Ice Rink in December 2025, Go-Go Dancer Appreciation Day in March 2026, Harvey Milk Day on May 22, 2026, and WeHo Pride Weekend &amp; OUTLOUD Music Festival from June 5 to 7, 2026. (</w:t>
      </w:r>
      <w:hyperlink r:id="rId18">
        <w:r>
          <w:rPr>
            <w:color w:val="0000EE"/>
            <w:u w:val="single"/>
          </w:rPr>
          <w:t>hollywoodtimes.net</w:t>
        </w:r>
      </w:hyperlink>
      <w:r>
        <w:t>)</w:t>
      </w:r>
      <w:r/>
    </w:p>
    <w:p>
      <w:pPr>
        <w:pStyle w:val="ListNumber"/>
        <w:spacing w:line="240" w:lineRule="auto"/>
        <w:ind w:left="720"/>
      </w:pPr>
      <w:r/>
      <w:hyperlink r:id="rId13">
        <w:r>
          <w:rPr>
            <w:color w:val="0000EE"/>
            <w:u w:val="single"/>
          </w:rPr>
          <w:t>https://www.wehopreservation.org/about-us/</w:t>
        </w:r>
      </w:hyperlink>
      <w:r>
        <w:t xml:space="preserve"> - This page provides information about the City of West Hollywood's Historic Preservation program, which has recognized the importance of preserving cultural resources since 1984. The city adopted a Historic Preservation Ordinance in 1989 and has designated over 90 historic and cultural resources, including six historic districts. The page emphasizes the value of maintaining and rehabilitating older buildings and neighborhoods to retain the city's special character and cultural depth. (</w:t>
      </w:r>
      <w:hyperlink r:id="rId19">
        <w:r>
          <w:rPr>
            <w:color w:val="0000EE"/>
            <w:u w:val="single"/>
          </w:rPr>
          <w:t>wehopreservation.org</w:t>
        </w:r>
      </w:hyperlink>
      <w:r>
        <w:t>)</w:t>
      </w:r>
      <w:r/>
    </w:p>
    <w:p>
      <w:pPr>
        <w:pStyle w:val="ListNumber"/>
        <w:spacing w:line="240" w:lineRule="auto"/>
        <w:ind w:left="720"/>
      </w:pPr>
      <w:r/>
      <w:hyperlink r:id="rId14">
        <w:r>
          <w:rPr>
            <w:color w:val="0000EE"/>
            <w:u w:val="single"/>
          </w:rPr>
          <w:t>https://www.wehopreservation.org/</w:t>
        </w:r>
      </w:hyperlink>
      <w:r>
        <w:t xml:space="preserve"> - This is the official website for the City of West Hollywood's Historic Preservation program. It provides information on the city's efforts to preserve cultural resources, including the designation of over 80 historic and cultural resources, such as six historic districts. The site emphasizes the importance of maintaining and rehabilitating older buildings and neighborhoods to retain the city's special character and cultural depth. (</w:t>
      </w:r>
      <w:hyperlink r:id="rId20">
        <w:r>
          <w:rPr>
            <w:color w:val="0000EE"/>
            <w:u w:val="single"/>
          </w:rPr>
          <w:t>wehopreservation.org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548/west-hollywood-just-made-it-easier-to-find-your-way-around-its-rainbow-district/" TargetMode="External"/><Relationship Id="rId10" Type="http://schemas.openxmlformats.org/officeDocument/2006/relationships/hyperlink" Target="https://www.visitwesthollywood.com/neighborhoods/rainbow-district/" TargetMode="External"/><Relationship Id="rId11" Type="http://schemas.openxmlformats.org/officeDocument/2006/relationships/hyperlink" Target="https://wehoonline.com/147070-2/" TargetMode="External"/><Relationship Id="rId12" Type="http://schemas.openxmlformats.org/officeDocument/2006/relationships/hyperlink" Target="https://hollywoodtimes.net/west-hollywoods-rainbow-district-a-new-era-of-pride-culture-and-community-spirit/" TargetMode="External"/><Relationship Id="rId13" Type="http://schemas.openxmlformats.org/officeDocument/2006/relationships/hyperlink" Target="https://www.wehopreservation.org/about-us/" TargetMode="External"/><Relationship Id="rId14" Type="http://schemas.openxmlformats.org/officeDocument/2006/relationships/hyperlink" Target="https://www.wehopreservation.org/" TargetMode="External"/><Relationship Id="rId15" Type="http://schemas.openxmlformats.org/officeDocument/2006/relationships/hyperlink" Target="https://www.gaycities.com/articles/107548/west-hollywood-just-made-it-easier-to-find-your-way-around-its-rainbow-district/?utm_source=openai" TargetMode="External"/><Relationship Id="rId16" Type="http://schemas.openxmlformats.org/officeDocument/2006/relationships/hyperlink" Target="https://www.visitwesthollywood.com/neighborhoods/rainbow-district/?utm_source=openai" TargetMode="External"/><Relationship Id="rId17" Type="http://schemas.openxmlformats.org/officeDocument/2006/relationships/hyperlink" Target="https://wehoonline.com/147070-2/?utm_source=openai" TargetMode="External"/><Relationship Id="rId18" Type="http://schemas.openxmlformats.org/officeDocument/2006/relationships/hyperlink" Target="https://hollywoodtimes.net/west-hollywoods-rainbow-district-a-new-era-of-pride-culture-and-community-spirit/?utm_source=openai" TargetMode="External"/><Relationship Id="rId19" Type="http://schemas.openxmlformats.org/officeDocument/2006/relationships/hyperlink" Target="https://www.wehopreservation.org/about-us/?utm_source=openai" TargetMode="External"/><Relationship Id="rId20" Type="http://schemas.openxmlformats.org/officeDocument/2006/relationships/hyperlink" Target="https://www.wehopreservation.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