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South Padre Pride 2026 Events for a Colourful Weekend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heading to South Padre Island, Texas, for a lively four-day Pride weekend from 9 to 12 October 2026. With drag performances, pool parties, beachside gatherings and the much-loved Caravan of Colors, the event offers a sunny mix of celebration, community and easygoing island fun.</w:t>
      </w:r>
      <w:r/>
    </w:p>
    <w:p>
      <w:pPr>
        <w:pStyle w:val="Heading2"/>
      </w:pPr>
      <w:r>
        <w:t>Essential Takeaways</w:t>
      </w:r>
      <w:r/>
      <w:r/>
    </w:p>
    <w:p>
      <w:pPr>
        <w:pStyle w:val="ListBullet"/>
        <w:spacing w:line="240" w:lineRule="auto"/>
        <w:ind w:left="720"/>
      </w:pPr>
      <w:r/>
      <w:r>
        <w:rPr>
          <w:b/>
        </w:rPr>
        <w:t>Four days of Pride:</w:t>
      </w:r>
      <w:r>
        <w:t xml:space="preserve"> South Padre Pride runs from Friday 9 October to Monday 12 October 2026.</w:t>
      </w:r>
      <w:r/>
    </w:p>
    <w:p>
      <w:pPr>
        <w:pStyle w:val="ListBullet"/>
        <w:spacing w:line="240" w:lineRule="auto"/>
        <w:ind w:left="720"/>
      </w:pPr>
      <w:r/>
      <w:r>
        <w:rPr>
          <w:b/>
        </w:rPr>
        <w:t>Plenty of variety:</w:t>
      </w:r>
      <w:r>
        <w:t xml:space="preserve"> Expect drag shows, DJ-led pool parties, bingo events and a themed film screening.</w:t>
      </w:r>
      <w:r/>
    </w:p>
    <w:p>
      <w:pPr>
        <w:pStyle w:val="ListBullet"/>
        <w:spacing w:line="240" w:lineRule="auto"/>
        <w:ind w:left="720"/>
      </w:pPr>
      <w:r/>
      <w:r>
        <w:rPr>
          <w:b/>
        </w:rPr>
        <w:t>Dress-up moment:</w:t>
      </w:r>
      <w:r>
        <w:t xml:space="preserve"> Saturday's Rhinestones &amp; Fishnets show celebrates Dolly Parton and Tim Curry.</w:t>
      </w:r>
      <w:r/>
    </w:p>
    <w:p>
      <w:pPr>
        <w:pStyle w:val="ListBullet"/>
        <w:spacing w:line="240" w:lineRule="auto"/>
        <w:ind w:left="720"/>
      </w:pPr>
      <w:r/>
      <w:r>
        <w:rPr>
          <w:b/>
        </w:rPr>
        <w:t>Big finale:</w:t>
      </w:r>
      <w:r>
        <w:t xml:space="preserve"> The Caravan of Colors sets off along Padre Boulevard on Monday at midday.</w:t>
      </w:r>
      <w:r/>
    </w:p>
    <w:p>
      <w:pPr>
        <w:pStyle w:val="ListBullet"/>
        <w:spacing w:line="240" w:lineRule="auto"/>
        <w:ind w:left="720"/>
      </w:pPr>
      <w:r/>
      <w:r>
        <w:rPr>
          <w:b/>
        </w:rPr>
        <w:t>Plan ahead:</w:t>
      </w:r>
      <w:r>
        <w:t xml:space="preserve"> Accommodation, restaurant bookings and event details are worth checking early.</w:t>
      </w:r>
      <w:r/>
      <w:r/>
    </w:p>
    <w:p>
      <w:pPr>
        <w:pStyle w:val="Heading2"/>
      </w:pPr>
      <w:r>
        <w:t>South Padre Pride 2026 brings colour to the coast</w:t>
      </w:r>
      <w:r/>
    </w:p>
    <w:p>
      <w:r/>
      <w:r>
        <w:t>The appeal is immediate: warm sand, bright costumes and a long weekend built around being out and about. South Padre Pride 2026 will bring visitors from across Texas and further afield to South Padre Island for four days of entertainment and LGBTQ+ community spirit.</w:t>
      </w:r>
      <w:r/>
    </w:p>
    <w:p>
      <w:r/>
      <w:r>
        <w:t>Organisers are spreading activities across island venues, so the weekend should feel less like one crowded festival site and more like a rolling celebration. The official South Padre Pride website is the best place to check the latest programme details, timings and venue information.</w:t>
      </w:r>
      <w:r/>
    </w:p>
    <w:p>
      <w:pPr>
        <w:pStyle w:val="Heading2"/>
      </w:pPr>
      <w:r>
        <w:t>Drag, DJs and a little Dolly Parton sparkle</w:t>
      </w:r>
      <w:r/>
    </w:p>
    <w:p>
      <w:r/>
      <w:r>
        <w:t>Saturday night has one of the weekend's standout events. Rhinestones &amp; Fishnets begins at 10.30pm at the Upper Deck, with a drag tribute to Dolly Parton and Tim Curry. Guests are encouraged to lean into the theme, which makes this feel like more than a show - it's an excuse to arrive in something gloriously over the top.</w:t>
      </w:r>
      <w:r/>
    </w:p>
    <w:p>
      <w:r/>
      <w:r>
        <w:t>Elsewhere, the programme includes adults-only pool parties with live DJs, Pride Music Bingo and a Drag Bingo Brunch. These events give visitors different ways to join in, whether they want a late night, a relaxed daytime gathering or something with a competitive edge.</w:t>
      </w:r>
      <w:r/>
    </w:p>
    <w:p>
      <w:pPr>
        <w:pStyle w:val="Heading2"/>
      </w:pPr>
      <w:r>
        <w:t>The Caravan of Colors is the bright finale</w:t>
      </w:r>
      <w:r/>
    </w:p>
    <w:p>
      <w:r/>
      <w:r>
        <w:t>The signature Caravan of Colors begins at noon on Monday from the South Padre Island Convention Center. Participants can decorate their vehicles and join the procession along Padre Boulevard, turning the island's main route into a moving burst of colour.</w:t>
      </w:r>
      <w:r/>
    </w:p>
    <w:p>
      <w:r/>
      <w:r>
        <w:t>It sounds wonderfully low-pressure: bring imagination, add decorations and enjoy the spectacle. For visitors who prefer watching rather than taking part, the parade should offer one of the easiest ways to soak up the weekend atmosphere.</w:t>
      </w:r>
      <w:r/>
    </w:p>
    <w:p>
      <w:pPr>
        <w:pStyle w:val="Heading2"/>
      </w:pPr>
      <w:r>
        <w:t>More than one Pride event is on the island calendar</w:t>
      </w:r>
      <w:r/>
    </w:p>
    <w:p>
      <w:r/>
      <w:r>
        <w:t>South Padre Island's October events calendar is broader than Pride alone. Sandcastle Days and other seasonal activities can add extra reasons to extend a stay, while local visitor resources highlight the island's restaurants, outdoor attractions and accommodation choices.</w:t>
      </w:r>
      <w:r/>
    </w:p>
    <w:p>
      <w:r/>
      <w:r>
        <w:t>That wider calendar matters for travellers building a proper break rather than making a flying visit. A Pride weekend can be the anchor, with beach time, seafood, sunset strolls and other island activities filling the quieter hours.</w:t>
      </w:r>
      <w:r/>
    </w:p>
    <w:p>
      <w:pPr>
        <w:pStyle w:val="Heading2"/>
      </w:pPr>
      <w:r>
        <w:t>How to plan a smoother Pride weekend</w:t>
      </w:r>
      <w:r/>
    </w:p>
    <w:p>
      <w:r/>
      <w:r>
        <w:t>Start with accommodation, particularly if you're travelling with friends or want to stay close to the main venues. Check official event pages before setting off, as timings, ticket arrangements and venue details can change, and some pool events may have age restrictions or limited capacity.</w:t>
      </w:r>
      <w:r/>
    </w:p>
    <w:p>
      <w:r/>
      <w:r>
        <w:t>It also pays to leave room in the itinerary. South Padre Island is best enjoyed at an unhurried pace, and the combination of late-night entertainment and warm-weather activities means a packed schedule could quickly become tiring. Comfortable shoes, sun protection and a bold outfit for the Saturday show are sensible additions.</w:t>
      </w:r>
      <w:r/>
    </w:p>
    <w:p>
      <w:r/>
      <w:r>
        <w:t>The island's welcoming reputation is central to the event. As Visit South Padre Island chief executive Kelly deSchaun said in the event announcement, the weekend is intended to reflect a place where people can relax, enjoy themselves and come as they are.</w:t>
      </w:r>
      <w:r/>
    </w:p>
    <w:p>
      <w:r/>
      <w:r>
        <w:t>It's a colourful coastal celebration with plenty of room for both sparkle and downtime.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0">
        <w:r>
          <w:rPr>
            <w:color w:val="0000EE"/>
            <w:u w:val="single"/>
          </w:rPr>
          <w:t>[2]</w:t>
        </w:r>
      </w:hyperlink>
      <w:r>
        <w:t xml:space="preserve">, </w:t>
      </w:r>
      <w:hyperlink r:id="rId12">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0">
        <w:r>
          <w:rPr>
            <w:color w:val="0000EE"/>
            <w:u w:val="single"/>
          </w:rPr>
          <w:t>[2]</w:t>
        </w:r>
      </w:hyperlink>
      <w:r>
        <w:t xml:space="preserve">, </w:t>
      </w:r>
      <w:hyperlink r:id="rId13">
        <w:r>
          <w:rPr>
            <w:color w:val="0000EE"/>
            <w:u w:val="single"/>
          </w:rPr>
          <w:t>[5]</w:t>
        </w:r>
      </w:hyperlink>
      <w:r>
        <w:t xml:space="preserve">- Paragraph 8: </w:t>
      </w:r>
      <w:hyperlink r:id="rId14">
        <w:r>
          <w:rPr>
            <w:color w:val="0000EE"/>
            <w:u w:val="single"/>
          </w:rPr>
          <w:t>[3]</w:t>
        </w:r>
      </w:hyperlink>
      <w:r>
        <w:t xml:space="preserve">, </w:t>
      </w:r>
      <w:hyperlink r:id="rId13">
        <w:r>
          <w:rPr>
            <w:color w:val="0000EE"/>
            <w:u w:val="single"/>
          </w:rPr>
          <w:t>[5]</w:t>
        </w:r>
      </w:hyperlink>
      <w:r>
        <w:t xml:space="preserve">- Paragraph 9: </w:t>
      </w:r>
      <w:hyperlink r:id="rId11">
        <w:r>
          <w:rPr>
            <w:color w:val="0000EE"/>
            <w:u w:val="single"/>
          </w:rPr>
          <w:t>[4]</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0">
        <w:r>
          <w:rPr>
            <w:color w:val="0000EE"/>
            <w:u w:val="single"/>
          </w:rPr>
          <w:t>[2]</w:t>
        </w:r>
      </w:hyperlink>
      <w:r>
        <w:t xml:space="preserve">, </w:t>
      </w:r>
      <w:hyperlink r:id="rId15">
        <w:r>
          <w:rPr>
            <w:color w:val="0000EE"/>
            <w:u w:val="single"/>
          </w:rPr>
          <w:t>[6]</w:t>
        </w:r>
      </w:hyperlink>
      <w:r>
        <w:t xml:space="preserve">- Paragraph 13: </w:t>
      </w:r>
      <w:hyperlink r:id="rId9">
        <w:r>
          <w:rPr>
            <w:color w:val="0000EE"/>
            <w:u w:val="single"/>
          </w:rPr>
          <w:t>[1]</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https://meaws.com/news/love-diversity-and-community-to-be/105649</w:t>
        </w:r>
      </w:hyperlink>
      <w:r>
        <w:t xml:space="preserve"> - Please view link - unable to able to access data</w:t>
      </w:r>
      <w:r/>
    </w:p>
    <w:p>
      <w:pPr>
        <w:pStyle w:val="ListNumber"/>
        <w:spacing w:line="240" w:lineRule="auto"/>
        <w:ind w:left="720"/>
      </w:pPr>
      <w:r/>
      <w:hyperlink r:id="rId10">
        <w:r>
          <w:rPr>
            <w:color w:val="0000EE"/>
            <w:u w:val="single"/>
          </w:rPr>
          <w:t>https://www.southpadrepride.com/</w:t>
        </w:r>
      </w:hyperlink>
      <w:r>
        <w:t xml:space="preserve"> - South Padre Pride is an annual LGBTQ+ celebration held on South Padre Island, Texas. The 2026 event is scheduled for October 9–12 and features a variety of activities, including drag shows, pool parties, and a 'Caravan of Colors' parade. The festival aims to promote love, diversity, and community spirit, welcoming visitors from across Texas and beyond. For more details, visit their official website.</w:t>
      </w:r>
      <w:r/>
    </w:p>
    <w:p>
      <w:pPr>
        <w:pStyle w:val="ListNumber"/>
        <w:spacing w:line="240" w:lineRule="auto"/>
        <w:ind w:left="720"/>
      </w:pPr>
      <w:r/>
      <w:hyperlink r:id="rId14">
        <w:r>
          <w:rPr>
            <w:color w:val="0000EE"/>
            <w:u w:val="single"/>
          </w:rPr>
          <w:t>https://www.sandcastledays.com/</w:t>
        </w:r>
      </w:hyperlink>
      <w:r>
        <w:t xml:space="preserve"> - Sandcastle Days is a free, family-friendly festival celebrating sand sculpting, live music, local art, and beach activities. The 38th annual event is set for October 2–4, 2026, at Clayton's Beach Bar in South Padre Island. Attendees can watch master sculptors create intricate sand art, participate in hands-on workshops, and enjoy beachfront entertainment. For more information, visit the official Sandcastle Days website.</w:t>
      </w:r>
      <w:r/>
    </w:p>
    <w:p>
      <w:pPr>
        <w:pStyle w:val="ListNumber"/>
        <w:spacing w:line="240" w:lineRule="auto"/>
        <w:ind w:left="720"/>
      </w:pPr>
      <w:r/>
      <w:hyperlink r:id="rId11">
        <w:r>
          <w:rPr>
            <w:color w:val="0000EE"/>
            <w:u w:val="single"/>
          </w:rPr>
          <w:t>https://www.spichamber.com/</w:t>
        </w:r>
      </w:hyperlink>
      <w:r>
        <w:t xml:space="preserve"> - The South Padre Island Chamber of Commerce provides a comprehensive events calendar for October 2026, including the Queen Isabella Days revival from October 3–10. This historic celebration features local culture, food, and history, offering a unique experience for visitors. The Chamber's website also lists other events and activities happening throughout the month, serving as a valuable resource for planning a visit to the island.</w:t>
      </w:r>
      <w:r/>
    </w:p>
    <w:p>
      <w:pPr>
        <w:pStyle w:val="ListNumber"/>
        <w:spacing w:line="240" w:lineRule="auto"/>
        <w:ind w:left="720"/>
      </w:pPr>
      <w:r/>
      <w:hyperlink r:id="rId13">
        <w:r>
          <w:rPr>
            <w:color w:val="0000EE"/>
            <w:u w:val="single"/>
          </w:rPr>
          <w:t>https://www.southpadreinfo.com/october-2026-sandcastle-days-queen-isabella-days-events/</w:t>
        </w:r>
      </w:hyperlink>
      <w:r>
        <w:t xml:space="preserve"> - SouthPadreInfo.com offers an in-depth guide to October events on South Padre Island, highlighting the 38th Annual Sandcastle Days from October 1–4 and the revival of Queen Isabella Days from October 3–10. The guide provides details on event schedules, locations, and additional activities, helping visitors plan their trips to coincide with these popular festivals.</w:t>
      </w:r>
      <w:r/>
    </w:p>
    <w:p>
      <w:pPr>
        <w:pStyle w:val="ListNumber"/>
        <w:spacing w:line="240" w:lineRule="auto"/>
        <w:ind w:left="720"/>
      </w:pPr>
      <w:r/>
      <w:hyperlink r:id="rId15">
        <w:r>
          <w:rPr>
            <w:color w:val="0000EE"/>
            <w:u w:val="single"/>
          </w:rPr>
          <w:t>https://www.southpadreinfo.com/things-to-do/seasonal-activities/</w:t>
        </w:r>
      </w:hyperlink>
      <w:r>
        <w:t xml:space="preserve"> - This resource outlines seasonal activities on South Padre Island, including the 38th Annual Sandcastle Days from October 1–4, 2026, and the SPI Muzicians Run on October 24. It offers insights into the island's fall events, providing visitors with information on dates, locations, and event details to enhance their experience during the season.</w:t>
      </w:r>
      <w:r/>
    </w:p>
    <w:p>
      <w:pPr>
        <w:pStyle w:val="ListNumber"/>
        <w:spacing w:line="240" w:lineRule="auto"/>
        <w:ind w:left="720"/>
      </w:pPr>
      <w:r/>
      <w:hyperlink r:id="rId12">
        <w:r>
          <w:rPr>
            <w:color w:val="0000EE"/>
            <w:u w:val="single"/>
          </w:rPr>
          <w:t>https://www.rgvbears.org/event-details/wet-oso-weekend-2026</w:t>
        </w:r>
      </w:hyperlink>
      <w:r>
        <w:t xml:space="preserve"> - Wet Oso Weekend 2026, celebrating its 6th anniversary, is scheduled for September 10–13, 2026, in South Padre Island. Hosted by the RGV BEARS, the event offers a range of activities, including beach parties, dance events, and relaxation opportunities. Tickets and detailed schedules are available on the RGV BEARS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love-diversity-and-community-to-be/105649" TargetMode="External"/><Relationship Id="rId10" Type="http://schemas.openxmlformats.org/officeDocument/2006/relationships/hyperlink" Target="https://www.southpadrepride.com/" TargetMode="External"/><Relationship Id="rId11" Type="http://schemas.openxmlformats.org/officeDocument/2006/relationships/hyperlink" Target="https://www.spichamber.com/" TargetMode="External"/><Relationship Id="rId12" Type="http://schemas.openxmlformats.org/officeDocument/2006/relationships/hyperlink" Target="https://www.rgvbears.org/event-details/wet-oso-weekend-2026" TargetMode="External"/><Relationship Id="rId13" Type="http://schemas.openxmlformats.org/officeDocument/2006/relationships/hyperlink" Target="https://www.southpadreinfo.com/october-2026-sandcastle-days-queen-isabella-days-events/" TargetMode="External"/><Relationship Id="rId14" Type="http://schemas.openxmlformats.org/officeDocument/2006/relationships/hyperlink" Target="https://www.sandcastledays.com/" TargetMode="External"/><Relationship Id="rId15" Type="http://schemas.openxmlformats.org/officeDocument/2006/relationships/hyperlink" Target="https://www.southpadreinfo.com/things-to-do/seasonal-activit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