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Haven Pride 2026 Highlights, From Drag to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Haven Pride 2026 brought music, drag, giant puppets and local makers to the corner of Crown and Orange, creating a colourful gathering for residents and visitors. With Trans Haven vendors, voter registration, family attendance and a warm welcome from Free Mom Hugs CT, the event showed how celebration and solidarity can share the same stage.</w:t>
      </w:r>
      <w:r/>
    </w:p>
    <w:p>
      <w:pPr>
        <w:pStyle w:val="Heading2"/>
      </w:pPr>
      <w:r>
        <w:t>Essential Takeaways</w:t>
      </w:r>
      <w:r/>
      <w:r/>
    </w:p>
    <w:p>
      <w:pPr>
        <w:pStyle w:val="ListBullet"/>
        <w:spacing w:line="240" w:lineRule="auto"/>
        <w:ind w:left="720"/>
      </w:pPr>
      <w:r/>
      <w:r>
        <w:rPr>
          <w:b/>
        </w:rPr>
        <w:t>A lively central stage:</w:t>
      </w:r>
      <w:r>
        <w:t xml:space="preserve"> Drag performers and live bands kept the crowd moving at Crown and Orange.</w:t>
      </w:r>
      <w:r/>
    </w:p>
    <w:p>
      <w:pPr>
        <w:pStyle w:val="ListBullet"/>
        <w:spacing w:line="240" w:lineRule="auto"/>
        <w:ind w:left="720"/>
      </w:pPr>
      <w:r/>
      <w:r>
        <w:rPr>
          <w:b/>
        </w:rPr>
        <w:t>Community-led shopping:</w:t>
      </w:r>
      <w:r>
        <w:t xml:space="preserve"> Local artists and makers, including a Trans Haven vendor block, added a creative marketplace.</w:t>
      </w:r>
      <w:r/>
    </w:p>
    <w:p>
      <w:pPr>
        <w:pStyle w:val="ListBullet"/>
        <w:spacing w:line="240" w:lineRule="auto"/>
        <w:ind w:left="720"/>
      </w:pPr>
      <w:r/>
      <w:r>
        <w:rPr>
          <w:b/>
        </w:rPr>
        <w:t>Visible support:</w:t>
      </w:r>
      <w:r>
        <w:t xml:space="preserve"> Free Mom Hugs CT volunteers welcomed encouragement from state and local leaders.</w:t>
      </w:r>
      <w:r/>
    </w:p>
    <w:p>
      <w:pPr>
        <w:pStyle w:val="ListBullet"/>
        <w:spacing w:line="240" w:lineRule="auto"/>
        <w:ind w:left="720"/>
      </w:pPr>
      <w:r/>
      <w:r>
        <w:rPr>
          <w:b/>
        </w:rPr>
        <w:t>Family-friendly atmosphere:</w:t>
      </w:r>
      <w:r>
        <w:t xml:space="preserve"> Parents, daughters, friends and even dogs joined the celebrations.</w:t>
      </w:r>
      <w:r/>
    </w:p>
    <w:p>
      <w:pPr>
        <w:pStyle w:val="ListBullet"/>
        <w:spacing w:line="240" w:lineRule="auto"/>
        <w:ind w:left="720"/>
      </w:pPr>
      <w:r/>
      <w:r>
        <w:rPr>
          <w:b/>
        </w:rPr>
        <w:t>More than entertainment:</w:t>
      </w:r>
      <w:r>
        <w:t xml:space="preserve"> Voter registration and conversations about trans and non-binary rights gave the day a civic purpose.</w:t>
      </w:r>
      <w:r/>
      <w:r/>
    </w:p>
    <w:p>
      <w:pPr>
        <w:pStyle w:val="Heading2"/>
      </w:pPr>
      <w:r>
        <w:t>New Haven Pride turned one busy corner into a celebration</w:t>
      </w:r>
      <w:r/>
    </w:p>
    <w:p>
      <w:r/>
      <w:r>
        <w:t>The energy was impossible to miss. New Haven Pride 2026 filled the area outside the New Haven Pride Center with colour, music and the soft thud of footsteps as Anne Cubberly's giant puppets moved through the crowd. They offered a playful visual counterpoint to the more serious conversations taking place nearby.</w:t>
      </w:r>
      <w:r/>
    </w:p>
    <w:p>
      <w:r/>
      <w:r>
        <w:t>At the performance stage, host XioMarie LaBeija guided a line-up of drag artists from Connecticut and further afield. Performers including Arachne and Ryder Die brought theatrical flair, sharp movement and plenty of personality to a crowd that clearly came ready to cheer.</w:t>
      </w:r>
      <w:r/>
    </w:p>
    <w:p>
      <w:r/>
      <w:r>
        <w:t>The New Haven Arts Paper's photo coverage captured the event's blend of spectacle and belonging, from the packed street to the smaller moments between performers, families and vendors.</w:t>
      </w:r>
      <w:r/>
    </w:p>
    <w:p>
      <w:pPr>
        <w:pStyle w:val="Heading2"/>
      </w:pPr>
      <w:r>
        <w:t>Drag, music and local makers shared the spotlight</w:t>
      </w:r>
      <w:r/>
    </w:p>
    <w:p>
      <w:r/>
      <w:r>
        <w:t>Pride's entertainment programme had plenty of sparkle, but the marketplace gave the gathering a distinctly local feel. Artists and small businesses set up around the celebration, including vendors connected with Trans Haven and the wider peer-support community.</w:t>
      </w:r>
      <w:r/>
    </w:p>
    <w:p>
      <w:r/>
      <w:r>
        <w:t>Gabriela DeJesus of Bright Raven Studio and Mello Mars of M.A.N.S.A. Creations were among those featured in the Trans Haven block. It was a useful reminder that Pride isn't only something to watch from the sidelines. For many visitors, it's also a chance to discover independent makers whose work reflects their communities.</w:t>
      </w:r>
      <w:r/>
    </w:p>
    <w:p>
      <w:r/>
      <w:r>
        <w:t>That combination of performance and shopping is becoming a familiar part of modern Pride events, and it works particularly well in a compact city setting. Visitors can catch a set, browse a table, then pause for a conversation without losing the thread of the day.</w:t>
      </w:r>
      <w:r/>
    </w:p>
    <w:p>
      <w:pPr>
        <w:pStyle w:val="Heading2"/>
      </w:pPr>
      <w:r>
        <w:t>Families and first-time visitors made the day feel personal</w:t>
      </w:r>
      <w:r/>
    </w:p>
    <w:p>
      <w:r/>
      <w:r>
        <w:t>Sage, Rayla and Wumi, a mother and her daughters, said they had to make the trip to New Haven Pride. Their presence gave the event an easy, intergenerational warmth, while Adrien, Sean and their dog Yarro travelled from New Milford to see new vendors and, especially, the queens.</w:t>
      </w:r>
      <w:r/>
    </w:p>
    <w:p>
      <w:r/>
      <w:r>
        <w:t>Those small details matter. A Pride event can look impressive in photographs, but its real character is often revealed by who feels comfortable turning up, staying awhile and bringing the people, or pets, they love.</w:t>
      </w:r>
      <w:r/>
    </w:p>
    <w:p>
      <w:r/>
      <w:r>
        <w:t>The crowd also included supporters from Free Mom Hugs CT, whose volunteers were encouraged by the presence of Connecticut Congresswoman Rosa DeLauro and State Treasurer Erick Russell. Their work added a reassuring note of visibility for attendees looking for affirmation rather than simply a party.</w:t>
      </w:r>
      <w:r/>
    </w:p>
    <w:p>
      <w:pPr>
        <w:pStyle w:val="Heading2"/>
      </w:pPr>
      <w:r>
        <w:t>Celebration came with a clear call to action</w:t>
      </w:r>
      <w:r/>
    </w:p>
    <w:p>
      <w:r/>
      <w:r>
        <w:t>Inside the New Haven Pride Center's Health and Wellness Village, the League of Women Voters of Connecticut encouraged voter registration. It was a practical addition to an otherwise festive day, connecting the celebration to participation in public life.</w:t>
      </w:r>
      <w:r/>
    </w:p>
    <w:p>
      <w:r/>
      <w:r>
        <w:t>Fable Burley also spoke about the continuing challenges faced by transgender and non-binary people in Connecticut and across the United States, while pointing to support available through Trans Haven. That balance, between naming what remains difficult and highlighting where help exists, gave the event greater depth.</w:t>
      </w:r>
      <w:r/>
    </w:p>
    <w:p>
      <w:r/>
      <w:r>
        <w:t>As Pride celebrations grow, many are making room for health information, community services and civic engagement alongside music and performance. It makes sense: people may arrive for the atmosphere, but they often leave with a new contact, a useful resource or a reason to stay involved.</w:t>
      </w:r>
      <w:r/>
    </w:p>
    <w:p>
      <w:pPr>
        <w:pStyle w:val="Heading2"/>
      </w:pPr>
      <w:r>
        <w:t>New Haven Pride shows why visibility still matters</w:t>
      </w:r>
      <w:r/>
    </w:p>
    <w:p>
      <w:r/>
      <w:r>
        <w:t>Mayor Justin Elicker appeared with Acting Executive Director Chris Freimuth outside the Pride Center's 50 Orange Street location, underlining the event's relationship with the city and its LGBTQ+ community infrastructure.</w:t>
      </w:r>
      <w:r/>
    </w:p>
    <w:p>
      <w:r/>
      <w:r>
        <w:t>The day's images suggest a celebration that was bright without being lightweight. Drag brought the drama, the puppets brought smiles and the vendors brought a creative pulse, while the speakers and volunteers kept attention on the work still needed.</w:t>
      </w:r>
      <w:r/>
    </w:p>
    <w:p>
      <w:r/>
      <w:r>
        <w:t>That mix is perhaps New Haven Pride's strongest feature. It lets people celebrate loudly, support one another quietly and leave feeling that the city belongs to them, too.</w:t>
      </w:r>
      <w:r/>
    </w:p>
    <w:p>
      <w:r/>
      <w:r>
        <w:t>It's a colourful day out, but its lasting impact comes from the community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[5]</w:t>
        </w:r>
      </w:hyperlink>
      <w:r>
        <w:t xml:space="preserve">- Paragraph 12: </w:t>
      </w:r>
      <w:hyperlink r:id="rId12">
        <w:r>
          <w:rPr>
            <w:color w:val="0000EE"/>
            <w:u w:val="single"/>
          </w:rPr>
          <w:t>[3]</w:t>
        </w:r>
      </w:hyperlink>
      <w:r>
        <w:t xml:space="preserve">, </w:t>
      </w:r>
      <w:hyperlink r:id="rId13">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https://www.newhavenarts.org/arts-paper/articles/in-photos-new-haven-celebrates-pride</w:t>
        </w:r>
      </w:hyperlink>
      <w:r>
        <w:t xml:space="preserve"> - Please view link - unable to able to access data</w:t>
      </w:r>
      <w:r/>
    </w:p>
    <w:p>
      <w:pPr>
        <w:pStyle w:val="ListNumber"/>
        <w:spacing w:line="240" w:lineRule="auto"/>
        <w:ind w:left="720"/>
      </w:pPr>
      <w:r/>
      <w:hyperlink r:id="rId10">
        <w:r>
          <w:rPr>
            <w:color w:val="0000EE"/>
            <w:u w:val="single"/>
          </w:rPr>
          <w:t>https://www.inclusivity.org/pride/new-haven-pride</w:t>
        </w:r>
      </w:hyperlink>
      <w:r>
        <w:t xml:space="preserve"> - The New Haven Pride festival, organised by the New Haven Pride Center, took place on October 3-4, 2026, in downtown New Haven, Connecticut. The event featured a DJ circle, live music, dancing, vendors, and performances, with Xiomarie LaBeija hosting the performance stage. The festival aimed to celebrate the LGBTQ+ community and promote inclusivity.</w:t>
      </w:r>
      <w:r/>
    </w:p>
    <w:p>
      <w:pPr>
        <w:pStyle w:val="ListNumber"/>
        <w:spacing w:line="240" w:lineRule="auto"/>
        <w:ind w:left="720"/>
      </w:pPr>
      <w:r/>
      <w:hyperlink r:id="rId12">
        <w:r>
          <w:rPr>
            <w:color w:val="0000EE"/>
            <w:u w:val="single"/>
          </w:rPr>
          <w:t>https://www.newhavenpridecenter.org/pride2026</w:t>
        </w:r>
      </w:hyperlink>
      <w:r>
        <w:t xml:space="preserve"> - The New Haven Pride 2026 event, held on October 3, 2026, in downtown New Haven, was hosted by Xiomarie LaBeija. The festival included a DJ circle led by DJ Concón, live music, dancing, drag performances, larger-than-life puppets, spoken word, games for all ages, a Health &amp; Wellness Village, queer vendors, food trucks, local restaurants and bars, and afterparties.</w:t>
      </w:r>
      <w:r/>
    </w:p>
    <w:p>
      <w:pPr>
        <w:pStyle w:val="ListNumber"/>
        <w:spacing w:line="240" w:lineRule="auto"/>
        <w:ind w:left="720"/>
      </w:pPr>
      <w:r/>
      <w:hyperlink r:id="rId11">
        <w:r>
          <w:rPr>
            <w:color w:val="0000EE"/>
            <w:u w:val="single"/>
          </w:rPr>
          <w:t>https://www.aol.com/articles/community-gathers-celebrate-haven-pride-231825000.html</w:t>
        </w:r>
      </w:hyperlink>
      <w:r>
        <w:t xml:space="preserve"> - The New Haven Pride event on October 3, 2026, featured drag artists, live musical acts, public yoga, a salon, and representatives from the library. The gathering aimed to raise awareness for the New Haven Pride Center and celebrate the growing LGBTQ+ community. Drag artist Xiomarie LaBeija emphasised the importance of celebrating freedom and humanity during the event.</w:t>
      </w:r>
      <w:r/>
    </w:p>
    <w:p>
      <w:pPr>
        <w:pStyle w:val="ListNumber"/>
        <w:spacing w:line="240" w:lineRule="auto"/>
        <w:ind w:left="720"/>
      </w:pPr>
      <w:r/>
      <w:hyperlink r:id="rId14">
        <w:r>
          <w:rPr>
            <w:color w:val="0000EE"/>
            <w:u w:val="single"/>
          </w:rPr>
          <w:t>https://www.thehour.com/living/article/free-mom-hugs-ct-pride-20398793.php</w:t>
        </w:r>
      </w:hyperlink>
      <w:r>
        <w:t xml:space="preserve"> - Free Mom Hugs CT is a group of volunteers in Connecticut who offer free hugs at Pride events to support the LGBTQ+ community. The initiative began in 2015 when Sara Cunningham attended the Oklahoma City Pride Festival to support her gay son. The Connecticut chapter continues this tradition, providing comfort and acceptance to individuals at Pride events.</w:t>
      </w:r>
      <w:r/>
    </w:p>
    <w:p>
      <w:pPr>
        <w:pStyle w:val="ListNumber"/>
        <w:spacing w:line="240" w:lineRule="auto"/>
        <w:ind w:left="720"/>
      </w:pPr>
      <w:r/>
      <w:hyperlink r:id="rId13">
        <w:r>
          <w:rPr>
            <w:color w:val="0000EE"/>
            <w:u w:val="single"/>
          </w:rPr>
          <w:t>https://www.newhavenarts.org/arts-paper/articles/xiomarie-labeija-brings-the-xl-show-to-partners</w:t>
        </w:r>
      </w:hyperlink>
      <w:r>
        <w:t xml:space="preserve"> - Xiomarie LaBeija, a Connecticut-based drag performer, brought her XL drag show to Partners Bar &amp; Night Club on Crown Street in downtown New Haven. LaBeija has been performing drag for over 15 years and is known for her energetic performances and commitment to the LGBTQ+ community. The show at Partners marked a return to in-person performances after the pandemic.</w:t>
      </w:r>
      <w:r/>
    </w:p>
    <w:p>
      <w:pPr>
        <w:pStyle w:val="ListNumber"/>
        <w:spacing w:line="240" w:lineRule="auto"/>
        <w:ind w:left="720"/>
      </w:pPr>
      <w:r/>
      <w:hyperlink r:id="rId15">
        <w:r>
          <w:rPr>
            <w:color w:val="0000EE"/>
            <w:u w:val="single"/>
          </w:rPr>
          <w:t>https://www.newhavenarts.org/arts-paper/articles/love-reigns-at-black-gay-pride</w:t>
        </w:r>
      </w:hyperlink>
      <w:r>
        <w:t xml:space="preserve"> - The second annual Connecticut Black Gay Pride event took place in Goffe Street Park, featuring performances by drag artists Gabriel Francis and Tyler Jackson. The event celebrated queer Black resistance and provided a platform for Black LGBTQ+ individuals to express themselves. The gathering aimed to foster community and highlight the importance of representation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havenarts.org/arts-paper/articles/in-photos-new-haven-celebrates-pride" TargetMode="External"/><Relationship Id="rId10" Type="http://schemas.openxmlformats.org/officeDocument/2006/relationships/hyperlink" Target="https://www.inclusivity.org/pride/new-haven-pride" TargetMode="External"/><Relationship Id="rId11" Type="http://schemas.openxmlformats.org/officeDocument/2006/relationships/hyperlink" Target="https://www.aol.com/articles/community-gathers-celebrate-haven-pride-231825000.html" TargetMode="External"/><Relationship Id="rId12" Type="http://schemas.openxmlformats.org/officeDocument/2006/relationships/hyperlink" Target="https://www.newhavenpridecenter.org/pride2026" TargetMode="External"/><Relationship Id="rId13" Type="http://schemas.openxmlformats.org/officeDocument/2006/relationships/hyperlink" Target="https://www.newhavenarts.org/arts-paper/articles/xiomarie-labeija-brings-the-xl-show-to-partners" TargetMode="External"/><Relationship Id="rId14" Type="http://schemas.openxmlformats.org/officeDocument/2006/relationships/hyperlink" Target="https://www.thehour.com/living/article/free-mom-hugs-ct-pride-20398793.php" TargetMode="External"/><Relationship Id="rId15" Type="http://schemas.openxmlformats.org/officeDocument/2006/relationships/hyperlink" Target="https://www.newhavenarts.org/arts-paper/articles/love-reigns-at-black-gay-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