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Media Picks for LGBTQ+ History Month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meaningful LGBTQ+ media this October will find plenty to explore, from James Baldwin's intimate novel Giovanni's Room to Moonlight's quietly powerful coming-of-age story. These films, books, anime and television series offer different windows into queer identity, grief, love and survival, proving that representation can be both comforting and creatively bold.</w:t>
      </w:r>
      <w:r/>
    </w:p>
    <w:p>
      <w:pPr>
        <w:pStyle w:val="Heading2"/>
      </w:pPr>
      <w:r>
        <w:t>Essential Takeaways</w:t>
      </w:r>
      <w:r/>
      <w:r/>
    </w:p>
    <w:p>
      <w:pPr>
        <w:pStyle w:val="ListBullet"/>
        <w:spacing w:line="240" w:lineRule="auto"/>
        <w:ind w:left="720"/>
      </w:pPr>
      <w:r/>
      <w:r>
        <w:rPr>
          <w:b/>
        </w:rPr>
        <w:t>Start with a classic:</w:t>
      </w:r>
      <w:r>
        <w:t xml:space="preserve"> Giovanni's Room remains a powerful examination of desire, repression and emotional pain.</w:t>
      </w:r>
      <w:r/>
    </w:p>
    <w:p>
      <w:pPr>
        <w:pStyle w:val="ListBullet"/>
        <w:spacing w:line="240" w:lineRule="auto"/>
        <w:ind w:left="720"/>
      </w:pPr>
      <w:r/>
      <w:r>
        <w:rPr>
          <w:b/>
        </w:rPr>
        <w:t>For intimate cinema:</w:t>
      </w:r>
      <w:r>
        <w:t xml:space="preserve"> Moonlight traces Chiron's life across three stages with remarkable tenderness.</w:t>
      </w:r>
      <w:r/>
    </w:p>
    <w:p>
      <w:pPr>
        <w:pStyle w:val="ListBullet"/>
        <w:spacing w:line="240" w:lineRule="auto"/>
        <w:ind w:left="720"/>
      </w:pPr>
      <w:r/>
      <w:r>
        <w:rPr>
          <w:b/>
        </w:rPr>
        <w:t>For unsettling stories:</w:t>
      </w:r>
      <w:r>
        <w:t xml:space="preserve"> I Saw the TV Glow and The Summer Hikaru Died use horror to explore identity, grief and alienation.</w:t>
      </w:r>
      <w:r/>
    </w:p>
    <w:p>
      <w:pPr>
        <w:pStyle w:val="ListBullet"/>
        <w:spacing w:line="240" w:lineRule="auto"/>
        <w:ind w:left="720"/>
      </w:pPr>
      <w:r/>
      <w:r>
        <w:rPr>
          <w:b/>
        </w:rPr>
        <w:t>For dark television:</w:t>
      </w:r>
      <w:r>
        <w:t xml:space="preserve"> Yellowjackets mixes survival drama, queer relationships and psychological unease.</w:t>
      </w:r>
      <w:r/>
    </w:p>
    <w:p>
      <w:pPr>
        <w:pStyle w:val="ListBullet"/>
        <w:spacing w:line="240" w:lineRule="auto"/>
        <w:ind w:left="720"/>
      </w:pPr>
      <w:r/>
      <w:r>
        <w:rPr>
          <w:b/>
        </w:rPr>
        <w:t>For joyful rebellion:</w:t>
      </w:r>
      <w:r>
        <w:t xml:space="preserve"> But I'm a Cheerleader brings bright colour and sharp comedy to queer cinema.</w:t>
      </w:r>
      <w:r/>
      <w:r/>
    </w:p>
    <w:p>
      <w:pPr>
        <w:pStyle w:val="Heading2"/>
      </w:pPr>
      <w:r>
        <w:t>Why these LGBTQ+ stories still matter</w:t>
      </w:r>
      <w:r/>
    </w:p>
    <w:p>
      <w:r/>
      <w:r>
        <w:t>The strongest queer media doesn't simply add LGBTQ+ characters to a familiar plot. It lets identity shape the atmosphere, the conflicts and the emotional stakes, whether that means a cramped Paris room, a Florida beach or a wilderness camp.</w:t>
      </w:r>
      <w:r/>
    </w:p>
    <w:p>
      <w:r/>
      <w:r>
        <w:t>That range is what makes this selection feel so inviting. Some stories are openly political, while others are more interested in longing, friendship or the strange process of becoming yourself. As Time's guide to LGBTQ+ cinema shows, queer film history stretches across genres and decades, rather than belonging to one particular mood or style.</w:t>
      </w:r>
      <w:r/>
    </w:p>
    <w:p>
      <w:r/>
      <w:r>
        <w:t>There isn't a single correct way to mark LGBTQ+ History Month, either. A reader might choose a classic novel one evening, then switch to a strange animated horror series the next. The point is discovery, not homework.</w:t>
      </w:r>
      <w:r/>
    </w:p>
    <w:p>
      <w:pPr>
        <w:pStyle w:val="Heading2"/>
      </w:pPr>
      <w:r>
        <w:t>Giovanni's Room remains a devastating classic</w:t>
      </w:r>
      <w:r/>
    </w:p>
    <w:p>
      <w:r/>
      <w:r>
        <w:t>Published in 1956, James Baldwin's Giovanni's Room follows David, an American living in Paris, as he navigates love, shame and the expectations attached to masculinity. Its emotional force comes from the tension between what David feels and what he believes he is allowed to want.</w:t>
      </w:r>
      <w:r/>
    </w:p>
    <w:p>
      <w:r/>
      <w:r>
        <w:t>Literary analyses from SuperSummary and LitCharts both highlight the novel's focus on identity, repression and the damage caused by denying one's own desires. Those themes haven't become dusty with age. If anything, Baldwin's careful attention to fear and self-deception makes the book feel painfully alert.</w:t>
      </w:r>
      <w:r/>
    </w:p>
    <w:p>
      <w:r/>
      <w:r>
        <w:t>It's a demanding read, but also a rewarding one. Baldwin writes with enough precision to make a glance or hesitation feel enormous, which is why the novel continues to unsettle and move readers decades after publication.</w:t>
      </w:r>
      <w:r/>
    </w:p>
    <w:p>
      <w:pPr>
        <w:pStyle w:val="Heading2"/>
      </w:pPr>
      <w:r>
        <w:t>Moonlight turns a coming-of-age story into something unforgettable</w:t>
      </w:r>
      <w:r/>
    </w:p>
    <w:p>
      <w:r/>
      <w:r>
        <w:t>Barry Jenkins's Moonlight follows Chiron through childhood, adolescence and adulthood, giving the film a structure that feels both epic and deeply personal. Each chapter shows a different version of him, shaped by loneliness, tenderness and the pressure to appear stronger than he feels.</w:t>
      </w:r>
      <w:r/>
    </w:p>
    <w:p>
      <w:r/>
      <w:r>
        <w:t>Reviews from RogerEbert.com and FilmBlorg emphasise the film's emotional intimacy and striking visual language. The quiet scenes do much of the heavy lifting: a conversation by the sea, an awkward pause, a guarded expression. Nothing needs to be overexplained, because the film trusts its audience to notice what remains unsaid.</w:t>
      </w:r>
      <w:r/>
    </w:p>
    <w:p>
      <w:r/>
      <w:r>
        <w:t>For anyone seeking LGBTQ+ films about identity and self-discovery, Moonlight is an essential choice. It's tender without being sentimental, and its beauty never softens the difficult realities surrounding Chiron.</w:t>
      </w:r>
      <w:r/>
    </w:p>
    <w:p>
      <w:pPr>
        <w:pStyle w:val="Heading2"/>
      </w:pPr>
      <w:r>
        <w:t>Horror gives queer anxiety a new shape</w:t>
      </w:r>
      <w:r/>
    </w:p>
    <w:p>
      <w:r/>
      <w:r>
        <w:t>The Summer Hikaru Died brings grief and queer adolescence into a supernatural story set in the Japanese countryside. Yoshiki realises that his friend Hikaru has returned after disappearing, but something about him is unmistakably wrong. The result is an eerie story about attachment, denial and the terror of losing someone who is still standing in front of you.</w:t>
      </w:r>
      <w:r/>
    </w:p>
    <w:p>
      <w:r/>
      <w:r>
        <w:t>I Saw the TV Glow takes a different route. Jane Schoenbrun's film has few conventional scares, choosing instead to make repression and inauthenticity feel frightening. Its glowing colours, dreamlike images and brooding soundtrack create the sensation of being trapped inside a life that doesn't fit.</w:t>
      </w:r>
      <w:r/>
    </w:p>
    <w:p>
      <w:r/>
      <w:r>
        <w:t>That approach has helped queer horror become an especially expressive space. Monsters and ghosts can stand in for experiences that are difficult to name directly, while surreal imagery gives audiences room to recognise themselves without being handed a neat explanation.</w:t>
      </w:r>
      <w:r/>
    </w:p>
    <w:p>
      <w:pPr>
        <w:pStyle w:val="Heading2"/>
      </w:pPr>
      <w:r>
        <w:t>Yellowjackets makes survival messy, queer and compelling</w:t>
      </w:r>
      <w:r/>
    </w:p>
    <w:p>
      <w:r/>
      <w:r>
        <w:t>Yellowjackets follows a girls' football team after a plane crash in the Canadian wilderness, shifting between the survivors' teenage ordeal and their complicated adult lives. The show combines survival drama with mystery, psychological tension and some genuinely bleak humour.</w:t>
      </w:r>
      <w:r/>
    </w:p>
    <w:p>
      <w:r/>
      <w:r>
        <w:t>Its queer characters are part of the story rather than decorative additions. Tai, Van and Ben each bring different forms of desire, loyalty and vulnerability to a series already packed with secrets. The relationships matter because they evolve under pressure, where affection can become both a comfort and a risk.</w:t>
      </w:r>
      <w:r/>
    </w:p>
    <w:p>
      <w:r/>
      <w:r>
        <w:t>For viewers who like LGBTQ+ television with a darker edge, Yellowjackets is a particularly rich pick. It's not a show solely about queerness, and that's part of its strength: queer characters get to be frightened, selfish, funny, ambitious and gloriously complicated.</w:t>
      </w:r>
      <w:r/>
    </w:p>
    <w:p>
      <w:pPr>
        <w:pStyle w:val="Heading2"/>
      </w:pPr>
      <w:r>
        <w:t>But I'm a Cheerleader chooses colour over misery</w:t>
      </w:r>
      <w:r/>
    </w:p>
    <w:p>
      <w:r/>
      <w:r>
        <w:t>Jamie Babbit's 1999 film But I'm a Cheerleader remains a joyful antidote to the idea that queer stories must always end in sorrow. Its candy-coloured production design and deliberately exaggerated humour turn a conversion-therapy setting into a bright, surreal satire.</w:t>
      </w:r>
      <w:r/>
    </w:p>
    <w:p>
      <w:r/>
      <w:r>
        <w:t>The comedy doesn't make the subject harmless. Instead, it exposes the absurdity of forcing people into rigid ideas about gender and sexuality. The film's romantic energy also gives it a warmth that was unusual among many queer films of its period.</w:t>
      </w:r>
      <w:r/>
    </w:p>
    <w:p>
      <w:r/>
      <w:r>
        <w:t>For newcomers, it's an easy recommendation: funny, visually distinctive and emotionally generous. For longtime fans, it offers the pleasure of returning to a film that understands laughter can be resistance, relief and celebration all at once.</w:t>
      </w:r>
      <w:r/>
    </w:p>
    <w:p>
      <w:r/>
      <w:r>
        <w:t>Queer media is at its best when it makes room for both the bruising and the beautiful.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[6]</w:t>
        </w:r>
      </w:hyperlink>
      <w:r>
        <w:t xml:space="preserve">, </w:t>
      </w:r>
      <w:hyperlink r:id="rId14">
        <w:r>
          <w:rPr>
            <w:color w:val="0000EE"/>
            <w:u w:val="single"/>
          </w:rPr>
          <w:t>[7]</w:t>
        </w:r>
      </w:hyperlink>
      <w:r>
        <w:t xml:space="preserve">- Paragraph 11: </w:t>
      </w:r>
      <w:hyperlink r:id="rId9">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https://www.hercampus.com/school/fsu/culture-my-top-6-pieces-of-queer-media-for-lgbtqia-history-month/</w:t>
        </w:r>
      </w:hyperlink>
      <w:r>
        <w:t xml:space="preserve"> - Please view link - unable to able to access data</w:t>
      </w:r>
      <w:r/>
    </w:p>
    <w:p>
      <w:pPr>
        <w:pStyle w:val="ListNumber"/>
        <w:spacing w:line="240" w:lineRule="auto"/>
        <w:ind w:left="720"/>
      </w:pPr>
      <w:r/>
      <w:hyperlink r:id="rId10">
        <w:r>
          <w:rPr>
            <w:color w:val="0000EE"/>
            <w:u w:val="single"/>
          </w:rPr>
          <w:t>https://www.supersummary.com/giovannis-room/themes/</w:t>
        </w:r>
      </w:hyperlink>
      <w:r>
        <w:t xml:space="preserve"> - This article provides an in-depth analysis of the themes in James Baldwin's 'Giovanni's Room'. It explores the protagonist David's internal struggle with his sexuality during a time when liberation was desired but persecution was still rampant. The piece delves into the paranoia experienced by those in the closet, highlighting David's internalisation of anti-gay bias and his fear of being 'found out'. The analysis also touches upon the societal expectations of masculinity and how they influence David's understanding of his own identity.</w:t>
      </w:r>
      <w:r/>
    </w:p>
    <w:p>
      <w:pPr>
        <w:pStyle w:val="ListNumber"/>
        <w:spacing w:line="240" w:lineRule="auto"/>
        <w:ind w:left="720"/>
      </w:pPr>
      <w:r/>
      <w:hyperlink r:id="rId11">
        <w:r>
          <w:rPr>
            <w:color w:val="0000EE"/>
            <w:u w:val="single"/>
          </w:rPr>
          <w:t>https://www.litcharts.com/lit/giovanni-s-room/themes</w:t>
        </w:r>
      </w:hyperlink>
      <w:r>
        <w:t xml:space="preserve"> - This resource offers a comprehensive examination of the central themes in James Baldwin's 'Giovanni's Room'. It discusses the protagonist David's denial of his sexual orientation and the resulting miseries, the impact of societal gender norms on personal identity, and the role of travel and emotional escape in shaping one's sense of self. The analysis also addresses the exploitation of money and sex, illustrating how these elements are used to manipulate others within the narrative.</w:t>
      </w:r>
      <w:r/>
    </w:p>
    <w:p>
      <w:pPr>
        <w:pStyle w:val="ListNumber"/>
        <w:spacing w:line="240" w:lineRule="auto"/>
        <w:ind w:left="720"/>
      </w:pPr>
      <w:r/>
      <w:hyperlink r:id="rId12">
        <w:r>
          <w:rPr>
            <w:color w:val="0000EE"/>
            <w:u w:val="single"/>
          </w:rPr>
          <w:t>https://www.filmblerg.com/2017/01/23/film-review-moonlight-2016/</w:t>
        </w:r>
      </w:hyperlink>
      <w:r>
        <w:t xml:space="preserve"> - This review of the 2016 film 'Moonlight' describes it as a visceral and raw portrayal of a gay Black love story. The film is noted for its authenticity, with the cast being relatively unknown, adding to the realism. The narrative is divided into three parts—Little, Chiron, and Black—each depicting different stages of the protagonist's life. The review highlights the film's exploration of identity, sexuality, and the challenges faced by the Black community.</w:t>
      </w:r>
      <w:r/>
    </w:p>
    <w:p>
      <w:pPr>
        <w:pStyle w:val="ListNumber"/>
        <w:spacing w:line="240" w:lineRule="auto"/>
        <w:ind w:left="720"/>
      </w:pPr>
      <w:r/>
      <w:hyperlink r:id="rId13">
        <w:r>
          <w:rPr>
            <w:color w:val="0000EE"/>
            <w:u w:val="single"/>
          </w:rPr>
          <w:t>https://www.rogerebert.com/reviews/moonlight-2016</w:t>
        </w:r>
      </w:hyperlink>
      <w:r>
        <w:t xml:space="preserve"> - This review of 'Moonlight' praises the film for its eloquent and heartbreaking exploration of identity, sexuality, family, and masculinity. The film is described as both lyrical and deeply grounded in character work, balancing universal themes with a focus on the protagonist's personal journey. The review commends the film's confidence in its storytelling and its ability to reflect complex themes through character-driven narratives.</w:t>
      </w:r>
      <w:r/>
    </w:p>
    <w:p>
      <w:pPr>
        <w:pStyle w:val="ListNumber"/>
        <w:spacing w:line="240" w:lineRule="auto"/>
        <w:ind w:left="720"/>
      </w:pPr>
      <w:r/>
      <w:hyperlink r:id="rId9">
        <w:r>
          <w:rPr>
            <w:color w:val="0000EE"/>
            <w:u w:val="single"/>
          </w:rPr>
          <w:t>https://www.hercampus.com/school/fsu/culture-my-top-6-pieces-of-queer-media-for-lgbtqia-history-month/</w:t>
        </w:r>
      </w:hyperlink>
      <w:r>
        <w:t xml:space="preserve"> - This article presents a curated list of six pieces of queer media to celebrate LGBTQ+ History Month. The selections include 'Giovanni’s Room' by James Baldwin, the 2016 film 'Moonlight', the anime and manga series 'The Summer Hikaru Died', the film 'I Saw the TV Glow', the TV series 'Yellowjackets', and the 1999 film 'But I’m a Cheerleader'. Each piece is highlighted for its contribution to LGBTQ+ representation and its exploration of themes related to identity, acceptance, and love.</w:t>
      </w:r>
      <w:r/>
    </w:p>
    <w:p>
      <w:pPr>
        <w:pStyle w:val="ListNumber"/>
        <w:spacing w:line="240" w:lineRule="auto"/>
        <w:ind w:left="720"/>
      </w:pPr>
      <w:r/>
      <w:hyperlink r:id="rId14">
        <w:r>
          <w:rPr>
            <w:color w:val="0000EE"/>
            <w:u w:val="single"/>
          </w:rPr>
          <w:t>https://www.time.com/6183107/lgbtq-movies-pride-month/</w:t>
        </w:r>
      </w:hyperlink>
      <w:r>
        <w:t xml:space="preserve"> - This TIME article highlights 16 essential LGBTQ movies to watch during Pride Month, showcasing diverse narratives across genres and eras. It includes classics like 'Paris Is Burning', which documents New York's ballroom culture, and 'But I’m a Cheerleader', a satirical take on conversion therapy. Films such as 'Pariah', 'Moonlight', and 'The Way He Looks' delve into intersectional identities and queer coming-of-age stories, celebrating the complexity and resilience of LGBTQ lives.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fsu/culture-my-top-6-pieces-of-queer-media-for-lgbtqia-history-month/" TargetMode="External"/><Relationship Id="rId10" Type="http://schemas.openxmlformats.org/officeDocument/2006/relationships/hyperlink" Target="https://www.supersummary.com/giovannis-room/themes/" TargetMode="External"/><Relationship Id="rId11" Type="http://schemas.openxmlformats.org/officeDocument/2006/relationships/hyperlink" Target="https://www.litcharts.com/lit/giovanni-s-room/themes" TargetMode="External"/><Relationship Id="rId12" Type="http://schemas.openxmlformats.org/officeDocument/2006/relationships/hyperlink" Target="https://www.filmblerg.com/2017/01/23/film-review-moonlight-2016/" TargetMode="External"/><Relationship Id="rId13" Type="http://schemas.openxmlformats.org/officeDocument/2006/relationships/hyperlink" Target="https://www.rogerebert.com/reviews/moonlight-2016" TargetMode="External"/><Relationship Id="rId14" Type="http://schemas.openxmlformats.org/officeDocument/2006/relationships/hyperlink" Target="https://www.time.com/6183107/lgbtq-movies-pride-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