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history podcast series brings queer radio archives alive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can now explore a landmark chapter of San Francisco LGBTQ history through Revisiting The Gay Life, a 14-part podcast from KALW Public Media and the GLBT Historical Society. Drawing on recordings from Randy Alfred's pioneering radio programme, the series captures activism, culture, community and the early AIDS crisis in voices that still feel remarkably immediate.</w:t>
      </w:r>
      <w:r/>
    </w:p>
    <w:p>
      <w:pPr>
        <w:pStyle w:val="Heading2"/>
      </w:pPr>
      <w:r>
        <w:t>Essential Takeaways</w:t>
      </w:r>
      <w:r/>
      <w:r/>
    </w:p>
    <w:p>
      <w:pPr>
        <w:pStyle w:val="ListBullet"/>
        <w:spacing w:line="240" w:lineRule="auto"/>
        <w:ind w:left="720"/>
      </w:pPr>
      <w:r/>
      <w:r>
        <w:rPr>
          <w:b/>
        </w:rPr>
        <w:t>A pioneering broadcast:</w:t>
      </w:r>
      <w:r>
        <w:t xml:space="preserve"> Randy Alfred produced The Gay Life from 1979 to 1984, creating one of America’s earliest regularly scheduled commercial radio shows about LGBTQ issues.</w:t>
      </w:r>
      <w:r/>
    </w:p>
    <w:p>
      <w:pPr>
        <w:pStyle w:val="ListBullet"/>
        <w:spacing w:line="240" w:lineRule="auto"/>
        <w:ind w:left="720"/>
      </w:pPr>
      <w:r/>
      <w:r>
        <w:rPr>
          <w:b/>
        </w:rPr>
        <w:t>Fourteen themed episodes:</w:t>
      </w:r>
      <w:r>
        <w:t xml:space="preserve"> The new series covers figures including Harvey Milk and José Sarria, alongside lesbian history, bisexual activism, queer film and witchcraft.</w:t>
      </w:r>
      <w:r/>
    </w:p>
    <w:p>
      <w:pPr>
        <w:pStyle w:val="ListBullet"/>
        <w:spacing w:line="240" w:lineRule="auto"/>
        <w:ind w:left="720"/>
      </w:pPr>
      <w:r/>
      <w:r>
        <w:rPr>
          <w:b/>
        </w:rPr>
        <w:t>First-hand testimony:</w:t>
      </w:r>
      <w:r>
        <w:t xml:space="preserve"> The archive preserves conversations with people who helped shape San Francisco’s queer communities, often while the future remained uncertain.</w:t>
      </w:r>
      <w:r/>
    </w:p>
    <w:p>
      <w:pPr>
        <w:pStyle w:val="ListBullet"/>
        <w:spacing w:line="240" w:lineRule="auto"/>
        <w:ind w:left="720"/>
      </w:pPr>
      <w:r/>
      <w:r>
        <w:rPr>
          <w:b/>
        </w:rPr>
        <w:t>AIDS history included:</w:t>
      </w:r>
      <w:r>
        <w:t xml:space="preserve"> The final episodes examine the early epidemic and the work of Bobbi Campbell, whose public education became a form of activism.</w:t>
      </w:r>
      <w:r/>
    </w:p>
    <w:p>
      <w:pPr>
        <w:pStyle w:val="ListBullet"/>
        <w:spacing w:line="240" w:lineRule="auto"/>
        <w:ind w:left="720"/>
      </w:pPr>
      <w:r/>
      <w:r>
        <w:rPr>
          <w:b/>
        </w:rPr>
        <w:t>Free listening:</w:t>
      </w:r>
      <w:r>
        <w:t xml:space="preserve"> The podcast is available through KALW, with original broadcasts also held by the GLBT Historical Society.</w:t>
      </w:r>
      <w:r/>
      <w:r/>
    </w:p>
    <w:p>
      <w:pPr>
        <w:pStyle w:val="Heading2"/>
      </w:pPr>
      <w:r>
        <w:t>A rare queer radio archive gets a new life</w:t>
      </w:r>
      <w:r/>
    </w:p>
    <w:p>
      <w:r/>
      <w:r>
        <w:t>There’s something wonderfully direct about hearing history before it has been polished. A voice hesitates, a presenter asks an unguarded question, and suddenly San Francisco’s queer past feels less like a textbook chapter and more like a conversation across the room.</w:t>
      </w:r>
      <w:r/>
    </w:p>
    <w:p>
      <w:r/>
      <w:r>
        <w:t>Revisiting The Gay Life draws on the recordings of Randy Alfred’s original programme, which ran on KSAN between 1979 and 1984. KALW’s new anthology turns that substantial archive into 14 episodes, giving modern listeners an accessible route into LGBTQ history through speech, atmosphere and lived experience.</w:t>
      </w:r>
      <w:r/>
    </w:p>
    <w:p>
      <w:r/>
      <w:r>
        <w:t>KALW describes the project as part of its Queer Power Hour programming, while the GLBT Historical Society has helped preserve and digitise the recordings. That partnership matters because old radio can be fragile: once tapes disappear, so do the ordinary voices that rarely make it into official histories.</w:t>
      </w:r>
      <w:r/>
    </w:p>
    <w:p>
      <w:pPr>
        <w:pStyle w:val="Heading2"/>
      </w:pPr>
      <w:r>
        <w:t>From Harvey Milk to José Sarria, the stories are broad</w:t>
      </w:r>
      <w:r/>
    </w:p>
    <w:p>
      <w:r/>
      <w:r>
        <w:t>The series isn’t arranged as a simple march through dates. Instead, its episodes are organised around subjects, which makes it easy to dip in according to your interests. One episode examines Harvey Milk’s life and legacy, while another revisits José Sarria and the Imperial Court, a colourful and politically significant institution in San Francisco’s LGBTQ community.</w:t>
      </w:r>
      <w:r/>
    </w:p>
    <w:p>
      <w:r/>
      <w:r>
        <w:t>Other instalments explore lesbian history, mid-century gay men, bisexual activism and the relationship between queer communities in San Francisco and New York. There’s also space for topics that are less often included in mainstream historical accounts, including queer witches and LGBTQ cinema.</w:t>
      </w:r>
      <w:r/>
    </w:p>
    <w:p>
      <w:r/>
      <w:r>
        <w:t>That range is one of the collection’s strengths. The story isn’t only about elections, protests and major public figures. It’s also about identity, nightlife, friendship, art and the small acts of self-definition that help a community recognise itself.</w:t>
      </w:r>
      <w:r/>
    </w:p>
    <w:p>
      <w:pPr>
        <w:pStyle w:val="Heading2"/>
      </w:pPr>
      <w:r>
        <w:t>Why the voices still sound so powerful</w:t>
      </w:r>
      <w:r/>
    </w:p>
    <w:p>
      <w:r/>
      <w:r>
        <w:t>The people who appeared on The Gay Life were taking a risk simply by speaking publicly. Radio could reach far beyond a community meeting or local newsletter, and being identified as gay, lesbian or bisexual could still carry serious personal and professional consequences.</w:t>
      </w:r>
      <w:r/>
    </w:p>
    <w:p>
      <w:r/>
      <w:r>
        <w:t>KALW’s introduction to the project places the programme within a wider history of queer broadcasting, from early public-radio conversations to shows created specifically for LGBTQ listeners. That shift was important. Rather than explaining queer life to a presumed straight audience, these programmes offered information and recognition directly to the people listening.</w:t>
      </w:r>
      <w:r/>
    </w:p>
    <w:p>
      <w:r/>
      <w:r>
        <w:t>For anyone exploring LGBTQ history through audio, that distinction makes the series especially valuable. It captures not only what people believed, but how they sounded while working out what could be said aloud.</w:t>
      </w:r>
      <w:r/>
    </w:p>
    <w:p>
      <w:pPr>
        <w:pStyle w:val="Heading2"/>
      </w:pPr>
      <w:r>
        <w:t>The AIDS episodes are difficult, necessary listening</w:t>
      </w:r>
      <w:r/>
    </w:p>
    <w:p>
      <w:r/>
      <w:r>
        <w:t>The closing episodes turn towards the AIDS epidemic, beginning with early reports of a mysterious illness and moving into the fear, confusion and activism that followed. The material is painful, but it also shows how quickly people began educating one another when official responses lagged behind the crisis.</w:t>
      </w:r>
      <w:r/>
    </w:p>
    <w:p>
      <w:r/>
      <w:r>
        <w:t>KALW’s final episode draws on a recording of Bobbi Campbell made during the last month of his life. Campbell, a San Francisco nurse, became known for speaking openly about AIDS and for helping develop the People With AIDS movement. His decision to be visible challenged stigma at a moment when many people were being pushed into silence.</w:t>
      </w:r>
      <w:r/>
    </w:p>
    <w:p>
      <w:r/>
      <w:r>
        <w:t>For younger listeners, these episodes offer vital context without reducing the period to tragedy alone. They show organising, courage and mutual care, too. History can be heavy, but hearing people insist on their own humanity makes it feel active rather than sealed away.</w:t>
      </w:r>
      <w:r/>
    </w:p>
    <w:p>
      <w:pPr>
        <w:pStyle w:val="Heading2"/>
      </w:pPr>
      <w:r>
        <w:t>Where to start with the podcast</w:t>
      </w:r>
      <w:r/>
    </w:p>
    <w:p>
      <w:r/>
      <w:r>
        <w:t>There’s no need to listen chronologically. If politics is your entry point, begin with the Harvey Milk episode. If you’re interested in media history, the live episode on queer radio offers a useful starting place, bringing together Alfred and other broadcasting pioneers.</w:t>
      </w:r>
      <w:r/>
    </w:p>
    <w:p>
      <w:r/>
      <w:r>
        <w:t>The more culture-focused episodes may appeal to listeners who prefer stories about identity and everyday community life. Queer Witches, lesbian herstory and the cinema episode sound particularly good for anyone who wants a less familiar route into the archive.</w:t>
      </w:r>
      <w:r/>
    </w:p>
    <w:p>
      <w:r/>
      <w:r>
        <w:t>The original broadcasts are also available through the GLBT Historical Society’s audio collection, alongside recordings from other queer radio programmes. That makes Revisiting The Gay Life more than a standalone podcast: it’s a welcoming doorway into a much larger sound archive.</w:t>
      </w:r>
      <w:r/>
    </w:p>
    <w:p>
      <w:r/>
      <w:r>
        <w:t>Listening today, the old recordings carry a soft crackle of time, but the urgency hasn’t vanished. As one KALW contributor put it, history helps build empathy by showing where people came from. That feels like a very good reason to press play.</w:t>
      </w:r>
      <w:r/>
    </w:p>
    <w:p>
      <w:r/>
      <w:r>
        <w:t>Explore the episodes in your own order, and let the voices lead you further into queer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3">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4">
        <w:r>
          <w:rPr>
            <w:color w:val="0000EE"/>
            <w:u w:val="single"/>
          </w:rPr>
          <w:t>[6]</w:t>
        </w:r>
      </w:hyperlink>
      <w:r>
        <w:t xml:space="preserve">, </w:t>
      </w:r>
      <w:hyperlink r:id="rId12">
        <w:r>
          <w:rPr>
            <w:color w:val="0000EE"/>
            <w:u w:val="single"/>
          </w:rPr>
          <w:t>[7]</w:t>
        </w:r>
      </w:hyperlink>
      <w:r>
        <w:t xml:space="preserve">- Paragraph 8: </w:t>
      </w:r>
      <w:hyperlink r:id="rId13">
        <w:r>
          <w:rPr>
            <w:color w:val="0000EE"/>
            <w:u w:val="single"/>
          </w:rPr>
          <w:t>[2]</w:t>
        </w:r>
      </w:hyperlink>
      <w:r>
        <w:t xml:space="preserve">, </w:t>
      </w:r>
      <w:hyperlink r:id="rId10">
        <w:r>
          <w:rPr>
            <w:color w:val="0000EE"/>
            <w:u w:val="single"/>
          </w:rPr>
          <w:t>[3]</w:t>
        </w:r>
      </w:hyperlink>
      <w:r>
        <w:t xml:space="preserve">- Paragraph 9: </w:t>
      </w:r>
      <w:hyperlink r:id="rId15">
        <w:r>
          <w:rPr>
            <w:color w:val="0000EE"/>
            <w:u w:val="single"/>
          </w:rPr>
          <w:t>[5]</w:t>
        </w:r>
      </w:hyperlink>
      <w:r>
        <w:t xml:space="preserve">, </w:t>
      </w:r>
      <w:hyperlink r:id="rId12">
        <w:r>
          <w:rPr>
            <w:color w:val="0000EE"/>
            <w:u w:val="single"/>
          </w:rPr>
          <w:t>[7]</w:t>
        </w:r>
      </w:hyperlink>
      <w:r>
        <w:t xml:space="preserve">- Paragraph 10: </w:t>
      </w:r>
      <w:hyperlink r:id="rId15">
        <w:r>
          <w:rPr>
            <w:color w:val="0000EE"/>
            <w:u w:val="single"/>
          </w:rPr>
          <w:t>[5]</w:t>
        </w:r>
      </w:hyperlink>
      <w:r>
        <w:t xml:space="preserve">- Paragraph 11: </w:t>
      </w:r>
      <w:hyperlink r:id="rId10">
        <w:r>
          <w:rPr>
            <w:color w:val="0000EE"/>
            <w:u w:val="single"/>
          </w:rPr>
          <w:t>[3]</w:t>
        </w:r>
      </w:hyperlink>
      <w:r>
        <w:t xml:space="preserve">, </w:t>
      </w:r>
      <w:hyperlink r:id="rId15">
        <w:r>
          <w:rPr>
            <w:color w:val="0000EE"/>
            <w:u w:val="single"/>
          </w:rPr>
          <w:t>[5]</w:t>
        </w:r>
      </w:hyperlink>
      <w:r>
        <w:t xml:space="preserve">- Paragraph 12: </w:t>
      </w:r>
      <w:hyperlink r:id="rId13">
        <w:r>
          <w:rPr>
            <w:color w:val="0000EE"/>
            <w:u w:val="single"/>
          </w:rPr>
          <w:t>[2]</w:t>
        </w:r>
      </w:hyperlink>
      <w:r>
        <w:t xml:space="preserve">, </w:t>
      </w:r>
      <w:hyperlink r:id="rId14">
        <w:r>
          <w:rPr>
            <w:color w:val="0000EE"/>
            <w:u w:val="single"/>
          </w:rPr>
          <w:t>[6]</w:t>
        </w:r>
      </w:hyperlink>
      <w:r>
        <w:t xml:space="preserve">- Paragraph 13: </w:t>
      </w:r>
      <w:hyperlink r:id="rId10">
        <w:r>
          <w:rPr>
            <w:color w:val="0000EE"/>
            <w:u w:val="single"/>
          </w:rPr>
          <w:t>[3]</w:t>
        </w:r>
      </w:hyperlink>
      <w:r>
        <w:t xml:space="preserve">, </w:t>
      </w:r>
      <w:hyperlink r:id="rId12">
        <w:r>
          <w:rPr>
            <w:color w:val="0000EE"/>
            <w:u w:val="single"/>
          </w:rPr>
          <w:t>[7]</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10">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https://www.ebar.com/story/170868/</w:t>
        </w:r>
      </w:hyperlink>
      <w:r>
        <w:t xml:space="preserve"> - Please view link - unable to able to access data</w:t>
      </w:r>
      <w:r/>
    </w:p>
    <w:p>
      <w:pPr>
        <w:pStyle w:val="ListNumber"/>
        <w:spacing w:line="240" w:lineRule="auto"/>
        <w:ind w:left="720"/>
      </w:pPr>
      <w:r/>
      <w:hyperlink r:id="rId13">
        <w:r>
          <w:rPr>
            <w:color w:val="0000EE"/>
            <w:u w:val="single"/>
          </w:rPr>
          <w:t>https://www.kalw.org/show/queer-power-hour/2026-06-25/revisiting-the-gay-life-e02-the-life-and-afterlife-of-harvey-milk</w:t>
        </w:r>
      </w:hyperlink>
      <w:r>
        <w:t xml:space="preserve"> - This episode of 'Revisiting The Gay Life' explores the life and legacy of Harvey Milk, a pivotal figure in the Gay Liberation Movement and the first openly LGBTQ+ person elected to public office. The podcast delves into Milk's impact on San Francisco's LGBTQ+ community and his enduring influence, providing historical context and personal insights into his contributions to the movement.</w:t>
      </w:r>
      <w:r/>
    </w:p>
    <w:p>
      <w:pPr>
        <w:pStyle w:val="ListNumber"/>
        <w:spacing w:line="240" w:lineRule="auto"/>
        <w:ind w:left="720"/>
      </w:pPr>
      <w:r/>
      <w:hyperlink r:id="rId10">
        <w:r>
          <w:rPr>
            <w:color w:val="0000EE"/>
            <w:u w:val="single"/>
          </w:rPr>
          <w:t>https://www.kalw.org/podcast/revisiting-the-gay-life</w:t>
        </w:r>
      </w:hyperlink>
      <w:r>
        <w:t xml:space="preserve"> - 'Revisiting The Gay Life' is a 12-episode series from KALW’s Queer Power Hour, examining a significant period in San Francisco’s LGBTQ+ history—from the rise of Harvey Milk to the early days of AIDS. The series reconsiders this era through the lens of 'The Gay Life,' a radio show that aired on KSAN, a commercial rock station in the late 1970s and early 1980s, offering a unique perspective on the community's evolution.</w:t>
      </w:r>
      <w:r/>
    </w:p>
    <w:p>
      <w:pPr>
        <w:pStyle w:val="ListNumber"/>
        <w:spacing w:line="240" w:lineRule="auto"/>
        <w:ind w:left="720"/>
      </w:pPr>
      <w:r/>
      <w:hyperlink r:id="rId11">
        <w:r>
          <w:rPr>
            <w:color w:val="0000EE"/>
            <w:u w:val="single"/>
          </w:rPr>
          <w:t>https://www.kalw.org/show/queer-power-hour/2026-06-16/introducing-revisiting-the-gay-life</w:t>
        </w:r>
      </w:hyperlink>
      <w:r>
        <w:t xml:space="preserve"> - This introduction to 'Revisiting The Gay Life' announces the premiere of the 12-episode series on KALW’s Queer Power Hour. The series explores a pivotal moment in San Francisco’s LGBTQ+ history, from the rise of Harvey Milk to the early days of AIDS, through the lens of 'The Gay Life,' a radio show that aired on KSAN in the late 1970s and early 1980s, produced in collaboration with the GLBT Historical Society and host Randy Alfred.</w:t>
      </w:r>
      <w:r/>
    </w:p>
    <w:p>
      <w:pPr>
        <w:pStyle w:val="ListNumber"/>
        <w:spacing w:line="240" w:lineRule="auto"/>
        <w:ind w:left="720"/>
      </w:pPr>
      <w:r/>
      <w:hyperlink r:id="rId15">
        <w:r>
          <w:rPr>
            <w:color w:val="0000EE"/>
            <w:u w:val="single"/>
          </w:rPr>
          <w:t>https://www.kalw.org/show/queer-power-hour/2026-09-17/revisiting-the-gay-life-e14-the-end-of-the-beginning</w:t>
        </w:r>
      </w:hyperlink>
      <w:r>
        <w:t xml:space="preserve"> - In the final episode of 'Revisiting The Gay Life,' the podcast reflects on the early days of the AIDS epidemic in San Francisco. It features a speech by Bobbi Campbell, known as the 'AIDS Poster Boy,' recorded in the last month of his life, and includes tributes from his family, friends, and fellow activists, providing a poignant conclusion to the series.</w:t>
      </w:r>
      <w:r/>
    </w:p>
    <w:p>
      <w:pPr>
        <w:pStyle w:val="ListNumber"/>
        <w:spacing w:line="240" w:lineRule="auto"/>
        <w:ind w:left="720"/>
      </w:pPr>
      <w:r/>
      <w:hyperlink r:id="rId14">
        <w:r>
          <w:rPr>
            <w:color w:val="0000EE"/>
            <w:u w:val="single"/>
          </w:rPr>
          <w:t>https://www.kalw.org/show/queer-power-hour/2026-08-13/revisiting-the-gay-life-e09-out-on-the-air-live</w:t>
        </w:r>
      </w:hyperlink>
      <w:r>
        <w:t xml:space="preserve"> - This special live episode of 'Revisiting The Gay Life' features a panel discussion about the history of queer radio, moderated by David Boyer. The panel includes Randy Alfred, host of 'The Gay Life'; Chana Wilson, host of 'Radio Free Lesbian'; and Eric Jansen, co-founder of 'Out in the Bay,' offering insights into the evolution of LGBTQ+ radio programming.</w:t>
      </w:r>
      <w:r/>
    </w:p>
    <w:p>
      <w:pPr>
        <w:pStyle w:val="ListNumber"/>
        <w:spacing w:line="240" w:lineRule="auto"/>
        <w:ind w:left="720"/>
      </w:pPr>
      <w:r/>
      <w:hyperlink r:id="rId12">
        <w:r>
          <w:rPr>
            <w:color w:val="0000EE"/>
            <w:u w:val="single"/>
          </w:rPr>
          <w:t>https://podcasts.apple.com/us/podcast/revisiting-the-gay-life/id6787509935</w:t>
        </w:r>
      </w:hyperlink>
      <w:r>
        <w:t xml:space="preserve"> - 'Revisiting The Gay Life' is a podcast series that explores a pivotal moment in LGBTQ+ history—from the rise of Harvey Milk to the early days of AIDS—through the archive of 'The Gay Life,' a radio show that aired in the late 1970s and early 1980s. Produced by KALW’s Queer Power Hour in collaboration with the GLBT Historical Society and host Randy Alfred, the series offers a unique perspective on the community's evolution.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868/" TargetMode="External"/><Relationship Id="rId10" Type="http://schemas.openxmlformats.org/officeDocument/2006/relationships/hyperlink" Target="https://www.kalw.org/podcast/revisiting-the-gay-life" TargetMode="External"/><Relationship Id="rId11" Type="http://schemas.openxmlformats.org/officeDocument/2006/relationships/hyperlink" Target="https://www.kalw.org/show/queer-power-hour/2026-06-16/introducing-revisiting-the-gay-life" TargetMode="External"/><Relationship Id="rId12" Type="http://schemas.openxmlformats.org/officeDocument/2006/relationships/hyperlink" Target="https://podcasts.apple.com/us/podcast/revisiting-the-gay-life/id6787509935" TargetMode="External"/><Relationship Id="rId13" Type="http://schemas.openxmlformats.org/officeDocument/2006/relationships/hyperlink" Target="https://www.kalw.org/show/queer-power-hour/2026-06-25/revisiting-the-gay-life-e02-the-life-and-afterlife-of-harvey-milk" TargetMode="External"/><Relationship Id="rId14" Type="http://schemas.openxmlformats.org/officeDocument/2006/relationships/hyperlink" Target="https://www.kalw.org/show/queer-power-hour/2026-08-13/revisiting-the-gay-life-e09-out-on-the-air-live" TargetMode="External"/><Relationship Id="rId15" Type="http://schemas.openxmlformats.org/officeDocument/2006/relationships/hyperlink" Target="https://www.kalw.org/show/queer-power-hour/2026-09-17/revisiting-the-gay-life-e14-the-end-of-the-begin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