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Dorothy Is Sparking Crucial Conversations About Transgender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leaving Dorothy with more than a crime drama to discuss. Karthik Subbaraj's film, now facing backlash over its queer themes, has prompted some men to reflect on how they've treated transgender people, while its wider portrayal of identity and dignity keeps the conversation moving beyond online controversy.</w:t>
      </w:r>
      <w:r/>
    </w:p>
    <w:p>
      <w:pPr>
        <w:pStyle w:val="Heading2"/>
      </w:pPr>
      <w:r>
        <w:t>Essential Takeaways</w:t>
      </w:r>
      <w:r/>
      <w:r/>
    </w:p>
    <w:p>
      <w:pPr>
        <w:pStyle w:val="ListBullet"/>
        <w:spacing w:line="240" w:lineRule="auto"/>
        <w:ind w:left="720"/>
      </w:pPr>
      <w:r/>
      <w:r>
        <w:rPr>
          <w:b/>
        </w:rPr>
        <w:t>A film with a purpose:</w:t>
      </w:r>
      <w:r>
        <w:t xml:space="preserve"> Karthik Subbaraj says Dorothy is intended to challenge attitudes towards transgender people.</w:t>
      </w:r>
      <w:r/>
    </w:p>
    <w:p>
      <w:pPr>
        <w:pStyle w:val="ListBullet"/>
        <w:spacing w:line="240" w:lineRule="auto"/>
        <w:ind w:left="720"/>
      </w:pPr>
      <w:r/>
      <w:r>
        <w:rPr>
          <w:b/>
        </w:rPr>
        <w:t>Personal reactions:</w:t>
      </w:r>
      <w:r>
        <w:t xml:space="preserve"> Some male viewers reportedly expressed guilt after recognising past mistreatment.</w:t>
      </w:r>
      <w:r/>
    </w:p>
    <w:p>
      <w:pPr>
        <w:pStyle w:val="ListBullet"/>
        <w:spacing w:line="240" w:lineRule="auto"/>
        <w:ind w:left="720"/>
      </w:pPr>
      <w:r/>
      <w:r>
        <w:rPr>
          <w:b/>
        </w:rPr>
        <w:t>Backlash continues:</w:t>
      </w:r>
      <w:r>
        <w:t xml:space="preserve"> Online criticism and boycott calls intensified after a same-sex kiss scene was leaked.</w:t>
      </w:r>
      <w:r/>
    </w:p>
    <w:p>
      <w:pPr>
        <w:pStyle w:val="ListBullet"/>
        <w:spacing w:line="240" w:lineRule="auto"/>
        <w:ind w:left="720"/>
      </w:pPr>
      <w:r/>
      <w:r>
        <w:rPr>
          <w:b/>
        </w:rPr>
        <w:t>A wider story:</w:t>
      </w:r>
      <w:r>
        <w:t xml:space="preserve"> The 1980s-set crime drama explores gender identity, relationships and social prejudice.</w:t>
      </w:r>
      <w:r/>
    </w:p>
    <w:p>
      <w:pPr>
        <w:pStyle w:val="ListBullet"/>
        <w:spacing w:line="240" w:lineRule="auto"/>
        <w:ind w:left="720"/>
      </w:pPr>
      <w:r/>
      <w:r>
        <w:rPr>
          <w:b/>
        </w:rPr>
        <w:t>Representation matters:</w:t>
      </w:r>
      <w:r>
        <w:t xml:space="preserve"> The film pushes back against the familiar comic or stereotypical treatment of transgender characters in Indian cinema.</w:t>
      </w:r>
      <w:r/>
      <w:r/>
    </w:p>
    <w:p>
      <w:pPr>
        <w:pStyle w:val="Heading2"/>
      </w:pPr>
      <w:r>
        <w:t>Dorothy is asking audiences to look in the mirror</w:t>
      </w:r>
      <w:r/>
    </w:p>
    <w:p>
      <w:r/>
      <w:r>
        <w:t>The most striking response to Dorothy hasn't been the online noise. It's what happens after the screening, when the lights come up and viewers are left with uncomfortable questions about behaviour they might once have ignored.</w:t>
      </w:r>
      <w:r/>
    </w:p>
    <w:p>
      <w:r/>
      <w:r>
        <w:t xml:space="preserve">Karthik Subbaraj told Hyderabad Times that some men had felt emotional and guilty about how they had treated transgender people in the past. As reported by The Times of India, he described the film as a mirror for realities audiences often avoid. That reaction gives the film's central ambition a distinctly human edge. (Sources: </w:t>
      </w:r>
      <w:hyperlink r:id="rId9">
        <w:r>
          <w:rPr>
            <w:color w:val="0000EE"/>
            <w:u w:val="single"/>
          </w:rPr>
          <w:t>[2]</w:t>
        </w:r>
      </w:hyperlink>
      <w:r>
        <w:t xml:space="preserve">, </w:t>
      </w:r>
      <w:hyperlink r:id="rId10">
        <w:r>
          <w:rPr>
            <w:color w:val="0000EE"/>
            <w:u w:val="single"/>
          </w:rPr>
          <w:t>[4]</w:t>
        </w:r>
      </w:hyperlink>
      <w:r>
        <w:t>)</w:t>
      </w:r>
      <w:r/>
    </w:p>
    <w:p>
      <w:r/>
      <w:r>
        <w:t xml:space="preserve">Dorothy stars Keerthy Suresh in the title role, alongside Sanath and Rishikianth. Set in the 1980s, it follows two childhood friends whose lives shift after a woman enters their world, using the story to explore identity, intimacy and the pressure to conform. (Sources: </w:t>
      </w:r>
      <w:hyperlink r:id="rId11">
        <w:r>
          <w:rPr>
            <w:color w:val="0000EE"/>
            <w:u w:val="single"/>
          </w:rPr>
          <w:t>[3]</w:t>
        </w:r>
      </w:hyperlink>
      <w:r>
        <w:t xml:space="preserve">, </w:t>
      </w:r>
      <w:hyperlink r:id="rId12">
        <w:r>
          <w:rPr>
            <w:color w:val="0000EE"/>
            <w:u w:val="single"/>
          </w:rPr>
          <w:t>[6]</w:t>
        </w:r>
      </w:hyperlink>
      <w:r>
        <w:t>)</w:t>
      </w:r>
      <w:r/>
    </w:p>
    <w:p>
      <w:pPr>
        <w:pStyle w:val="Heading2"/>
      </w:pPr>
      <w:r>
        <w:t>The controversy has become part of the story</w:t>
      </w:r>
      <w:r/>
    </w:p>
    <w:p>
      <w:r/>
      <w:r>
        <w:t xml:space="preserve">The film's queer themes have attracted sharp criticism, including accusations of homophobia and transphobia online. A leaked same-sex kiss scene added fuel to the debate before release, with boycott calls turning what might have been a conventional publicity cycle into something much more heated. (Sources: </w:t>
      </w:r>
      <w:hyperlink r:id="rId9">
        <w:r>
          <w:rPr>
            <w:color w:val="0000EE"/>
            <w:u w:val="single"/>
          </w:rPr>
          <w:t>[2]</w:t>
        </w:r>
      </w:hyperlink>
      <w:r>
        <w:t xml:space="preserve">, </w:t>
      </w:r>
      <w:hyperlink r:id="rId13">
        <w:r>
          <w:rPr>
            <w:color w:val="0000EE"/>
            <w:u w:val="single"/>
          </w:rPr>
          <w:t>[5]</w:t>
        </w:r>
      </w:hyperlink>
      <w:r>
        <w:t>)</w:t>
      </w:r>
      <w:r/>
    </w:p>
    <w:p>
      <w:r/>
      <w:r>
        <w:t xml:space="preserve">That reaction is revealing in itself. A film can be criticised for its execution, tone or politics, but the intensity of the response also shows how contested queer representation remains in mainstream cinema. Dorothy has therefore arrived as both a piece of entertainment and a cultural flashpoint. (Sources: </w:t>
      </w:r>
      <w:hyperlink r:id="rId11">
        <w:r>
          <w:rPr>
            <w:color w:val="0000EE"/>
            <w:u w:val="single"/>
          </w:rPr>
          <w:t>[3]</w:t>
        </w:r>
      </w:hyperlink>
      <w:r>
        <w:t xml:space="preserve">, </w:t>
      </w:r>
      <w:hyperlink r:id="rId14">
        <w:r>
          <w:rPr>
            <w:color w:val="0000EE"/>
            <w:u w:val="single"/>
          </w:rPr>
          <w:t>[7]</w:t>
        </w:r>
      </w:hyperlink>
      <w:r>
        <w:t>)</w:t>
      </w:r>
      <w:r/>
    </w:p>
    <w:p>
      <w:pPr>
        <w:pStyle w:val="Heading2"/>
      </w:pPr>
      <w:r>
        <w:t>Why transgender representation still matters</w:t>
      </w:r>
      <w:r/>
    </w:p>
    <w:p>
      <w:r/>
      <w:r>
        <w:t xml:space="preserve">Subbaraj's argument is straightforward: transgender people deserve to be shown as complete human beings, not reduced to punchlines or familiar stereotypes. He hopes Dorothy can encourage audiences to respond with dignity, acceptance and a greater understanding of the community's everyday realities. (Sources: </w:t>
      </w:r>
      <w:hyperlink r:id="rId9">
        <w:r>
          <w:rPr>
            <w:color w:val="0000EE"/>
            <w:u w:val="single"/>
          </w:rPr>
          <w:t>[2]</w:t>
        </w:r>
      </w:hyperlink>
      <w:r>
        <w:t xml:space="preserve">, </w:t>
      </w:r>
      <w:hyperlink r:id="rId10">
        <w:r>
          <w:rPr>
            <w:color w:val="0000EE"/>
            <w:u w:val="single"/>
          </w:rPr>
          <w:t>[4]</w:t>
        </w:r>
      </w:hyperlink>
      <w:r>
        <w:t>)</w:t>
      </w:r>
      <w:r/>
    </w:p>
    <w:p>
      <w:r/>
      <w:r>
        <w:t xml:space="preserve">That may sound like a modest goal, but representation often works through accumulation. One film won't undo decades of caricature, yet a more layered character can help shift what audiences expect to see on screen. For viewers who rarely encounter transgender lives presented with seriousness, that difference can feel quietly significant. (Sources: </w:t>
      </w:r>
      <w:hyperlink r:id="rId13">
        <w:r>
          <w:rPr>
            <w:color w:val="0000EE"/>
            <w:u w:val="single"/>
          </w:rPr>
          <w:t>[5]</w:t>
        </w:r>
      </w:hyperlink>
      <w:r>
        <w:t xml:space="preserve">, </w:t>
      </w:r>
      <w:hyperlink r:id="rId14">
        <w:r>
          <w:rPr>
            <w:color w:val="0000EE"/>
            <w:u w:val="single"/>
          </w:rPr>
          <w:t>[7]</w:t>
        </w:r>
      </w:hyperlink>
      <w:r>
        <w:t>)</w:t>
      </w:r>
      <w:r/>
    </w:p>
    <w:p>
      <w:pPr>
        <w:pStyle w:val="Heading2"/>
      </w:pPr>
      <w:r>
        <w:t>A crime drama with a larger social question</w:t>
      </w:r>
      <w:r/>
    </w:p>
    <w:p>
      <w:r/>
      <w:r>
        <w:t xml:space="preserve">Dorothy's genre framework matters. Rather than presenting its themes as a dry social issue, the film places questions of gender and belonging inside a crime story shaped by friendship, danger and emotional upheaval. That gives the subject a broader route into the audience's attention. (Sources: </w:t>
      </w:r>
      <w:hyperlink r:id="rId11">
        <w:r>
          <w:rPr>
            <w:color w:val="0000EE"/>
            <w:u w:val="single"/>
          </w:rPr>
          <w:t>[3]</w:t>
        </w:r>
      </w:hyperlink>
      <w:r>
        <w:t xml:space="preserve">, </w:t>
      </w:r>
      <w:hyperlink r:id="rId12">
        <w:r>
          <w:rPr>
            <w:color w:val="0000EE"/>
            <w:u w:val="single"/>
          </w:rPr>
          <w:t>[6]</w:t>
        </w:r>
      </w:hyperlink>
      <w:r>
        <w:t>)</w:t>
      </w:r>
      <w:r/>
    </w:p>
    <w:p>
      <w:r/>
      <w:r>
        <w:t xml:space="preserve">The film has also been positioned as part of a gradual change in Indian cinema, where transgender characters are increasingly being written with more depth. Reviews and commentary have focused on the tension between that ambition and the film's provocative choices, making Dorothy difficult to dismiss as either simple activism or straightforward commercial cinema. (Sources: </w:t>
      </w:r>
      <w:hyperlink r:id="rId12">
        <w:r>
          <w:rPr>
            <w:color w:val="0000EE"/>
            <w:u w:val="single"/>
          </w:rPr>
          <w:t>[6]</w:t>
        </w:r>
      </w:hyperlink>
      <w:r>
        <w:t xml:space="preserve">, </w:t>
      </w:r>
      <w:hyperlink r:id="rId14">
        <w:r>
          <w:rPr>
            <w:color w:val="0000EE"/>
            <w:u w:val="single"/>
          </w:rPr>
          <w:t>[7]</w:t>
        </w:r>
      </w:hyperlink>
      <w:r>
        <w:t>)</w:t>
      </w:r>
      <w:r/>
    </w:p>
    <w:p>
      <w:pPr>
        <w:pStyle w:val="Heading2"/>
      </w:pPr>
      <w:r>
        <w:t>Can the conversation outlast the backlash?</w:t>
      </w:r>
      <w:r/>
    </w:p>
    <w:p>
      <w:r/>
      <w:r>
        <w:t xml:space="preserve">Dorothy received a standing ovation at the Toronto International Film Festival before its theatrical release, giving it an early boost outside the controversy. It was later released in Telugu, extending its reach and ensuring the debate travelled across more than one audience. (Sources: </w:t>
      </w:r>
      <w:hyperlink r:id="rId9">
        <w:r>
          <w:rPr>
            <w:color w:val="0000EE"/>
            <w:u w:val="single"/>
          </w:rPr>
          <w:t>[2]</w:t>
        </w:r>
      </w:hyperlink>
      <w:r>
        <w:t xml:space="preserve">, </w:t>
      </w:r>
      <w:hyperlink r:id="rId10">
        <w:r>
          <w:rPr>
            <w:color w:val="0000EE"/>
            <w:u w:val="single"/>
          </w:rPr>
          <w:t>[4]</w:t>
        </w:r>
      </w:hyperlink>
      <w:r>
        <w:t>)</w:t>
      </w:r>
      <w:r/>
    </w:p>
    <w:p>
      <w:r/>
      <w:r>
        <w:t xml:space="preserve">The real test now is whether viewers continue discussing the film's people and ideas rather than only its most divisive scene. If some audiences are genuinely reconsidering old prejudices, that could prove more lasting than the boycott chatter. Sometimes the most valuable film conversation begins when the credits have already rolled. (Sources: </w:t>
      </w:r>
      <w:hyperlink r:id="rId13">
        <w:r>
          <w:rPr>
            <w:color w:val="0000EE"/>
            <w:u w:val="single"/>
          </w:rPr>
          <w:t>[5]</w:t>
        </w:r>
      </w:hyperlink>
      <w:r>
        <w:t xml:space="preserve">, </w:t>
      </w:r>
      <w:hyperlink r:id="rId14">
        <w:r>
          <w:rPr>
            <w:color w:val="0000EE"/>
            <w:u w:val="single"/>
          </w:rPr>
          <w:t>[7]</w:t>
        </w:r>
      </w:hyperlink>
      <w:r>
        <w:t>)</w:t>
      </w:r>
      <w:r/>
    </w:p>
    <w:p>
      <w:r/>
      <w:r>
        <w:t>It's a small but meaningful step when a film turns discomfort into reflection.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https://www.ndtv.com/entertainment/amid-dorothy-backlash-karthik-subbaraj-says-film-has-made-men-reflect-on-how-they-treated-transgender-people-12137034</w:t>
        </w:r>
      </w:hyperlink>
      <w:r>
        <w:t xml:space="preserve"> - Please view link - unable to able to access data</w:t>
      </w:r>
      <w:r/>
    </w:p>
    <w:p>
      <w:pPr>
        <w:pStyle w:val="ListNumber"/>
        <w:spacing w:line="240" w:lineRule="auto"/>
        <w:ind w:left="720"/>
      </w:pPr>
      <w:r/>
      <w:hyperlink r:id="rId9">
        <w:r>
          <w:rPr>
            <w:color w:val="0000EE"/>
            <w:u w:val="single"/>
          </w:rPr>
          <w:t>https://www.ndtv.com/entertainment/amid-dorothy-backlash-karthik-subbaraj-says-film-has-made-men-reflect-on-how-they-treated-transgender-people-12137034</w:t>
        </w:r>
      </w:hyperlink>
      <w:r>
        <w:t xml:space="preserve"> - Karthik Subbaraj's film 'Dorothy' has sparked discussions on transgender representation in Indian cinema. Despite facing online backlash over its queer themes, Subbaraj focuses on the positive impact, noting that some men have expressed guilt over their past treatment of transgender individuals after watching the film. He hopes 'Dorothy' fosters a more positive attitude towards transgender people, treating them with dignity and recognising them as integral members of society. The film stars Keerthy Suresh and is set in the 1980s, exploring gender identity and societal norms.</w:t>
      </w:r>
      <w:r/>
    </w:p>
    <w:p>
      <w:pPr>
        <w:pStyle w:val="ListNumber"/>
        <w:spacing w:line="240" w:lineRule="auto"/>
        <w:ind w:left="720"/>
      </w:pPr>
      <w:r/>
      <w:hyperlink r:id="rId11">
        <w:r>
          <w:rPr>
            <w:color w:val="0000EE"/>
            <w:u w:val="single"/>
          </w:rPr>
          <w:t>https://www.livemint.com/mint-lounge/art-and-culture/dorothy-review-tamil-film-karthik-subbaraj-gender-queer-politics-11790751608721.html?showGiftPopup=true</w:t>
        </w:r>
      </w:hyperlink>
      <w:r>
        <w:t xml:space="preserve"> - Karthik Subbaraj's 'Dorothy' is a Tamil film that delves into themes of toxic masculinity, conservative gender politics, and queer identity. The narrative follows Subbu, who, after enduring familial and societal pressures, undergoes a significant transformation, embracing her true self. The film challenges traditional gender roles and offers a fresh perspective on identity and self-acceptance. Supported by Ilaiyaraaja's evocative music and striking cinematography, 'Dorothy' pushes boundaries, challenging societal norms and offering a brave cinematic experience.</w:t>
      </w:r>
      <w:r/>
    </w:p>
    <w:p>
      <w:pPr>
        <w:pStyle w:val="ListNumber"/>
        <w:spacing w:line="240" w:lineRule="auto"/>
        <w:ind w:left="720"/>
      </w:pPr>
      <w:r/>
      <w:hyperlink r:id="rId10">
        <w:r>
          <w:rPr>
            <w:color w:val="0000EE"/>
            <w:u w:val="single"/>
          </w:rPr>
          <w:t>https://timesofindia.indiatimes.com/entertainment/telugu/movies/news/our-film-is-a-mirror-to-realities-we-often-fail-to-acknowledge-karthik-subbaraj-on-dorothys-lgbtq-portrayal/amp_articleshow/134653451.cms</w:t>
        </w:r>
      </w:hyperlink>
      <w:r>
        <w:t xml:space="preserve"> - Director Karthik Subbaraj discusses his film 'Dorothy', set in the 1990s, which portrays LGBTQ+ themes through the relationship between two childhood friends. Despite facing trolling over its depiction of LGBTQ+ characters, Subbaraj focuses on the positive reactions, noting that the film has become a mirror to realities and harsh truths often ignored. He hopes the film leads to a more positive attitude towards transgender people, treating them with dignity and recognising them as an integral part of society.</w:t>
      </w:r>
      <w:r/>
    </w:p>
    <w:p>
      <w:pPr>
        <w:pStyle w:val="ListNumber"/>
        <w:spacing w:line="240" w:lineRule="auto"/>
        <w:ind w:left="720"/>
      </w:pPr>
      <w:r/>
      <w:hyperlink r:id="rId13">
        <w:r>
          <w:rPr>
            <w:color w:val="0000EE"/>
            <w:u w:val="single"/>
          </w:rPr>
          <w:t>https://www.hindustantimes.com/entertainment/tamil-cinema/kartik-subbaraj-is-ignoring-hate-boycott-calls-for-dorothy-says-men-are-expressing-guilt-for-mistreating-transgender-people-after-watching-film-101791086408422.html</w:t>
        </w:r>
      </w:hyperlink>
      <w:r>
        <w:t xml:space="preserve"> - Filmmaker Karthik Subbaraj addresses the online backlash and boycott calls against his film 'Dorothy', which features LGBTQ+ themes. Despite the controversy, Subbaraj focuses on the positive impact, highlighting that some men have expressed guilt over their past treatment of transgender individuals after watching the film. He aims for 'Dorothy' to change people's attitudes towards transgender people, promoting dignity, acceptance, and recognition as integral members of society.</w:t>
      </w:r>
      <w:r/>
    </w:p>
    <w:p>
      <w:pPr>
        <w:pStyle w:val="ListNumber"/>
        <w:spacing w:line="240" w:lineRule="auto"/>
        <w:ind w:left="720"/>
      </w:pPr>
      <w:r/>
      <w:hyperlink r:id="rId12">
        <w:r>
          <w:rPr>
            <w:color w:val="0000EE"/>
            <w:u w:val="single"/>
          </w:rPr>
          <w:t>https://www.theweek.in/review/movies/2026/09/25/karthik-subbaraj-dorothy-movie-review.html</w:t>
        </w:r>
      </w:hyperlink>
      <w:r>
        <w:t xml:space="preserve"> - Karthik Subbaraj's 'Dorothy' is a Tamil film that challenges societal norms and explores themes of identity and self-acceptance. The narrative follows Subbu, who, after enduring familial and societal pressures, undergoes a significant transformation, embracing her true self. The film is noted for its daring storytelling and accomplished performances, particularly from Rishikanth and Sananth. Supported by Ilaiyaraaja's evocative music and striking cinematography, 'Dorothy' offers a brave cinematic experience.</w:t>
      </w:r>
      <w:r/>
    </w:p>
    <w:p>
      <w:pPr>
        <w:pStyle w:val="ListNumber"/>
        <w:spacing w:line="240" w:lineRule="auto"/>
        <w:ind w:left="720"/>
      </w:pPr>
      <w:r/>
      <w:hyperlink r:id="rId14">
        <w:r>
          <w:rPr>
            <w:color w:val="0000EE"/>
            <w:u w:val="single"/>
          </w:rPr>
          <w:t>https://www.vijayachronicle.com/story/dorothy-a-long-awaited-embrace-for-the-queer-community</w:t>
        </w:r>
      </w:hyperlink>
      <w:r>
        <w:t xml:space="preserve"> - Karthik Subbaraj's 'Dorothy' has been embraced by the queer community for its tender portrayal of LGBTQ+ lives, desires, and struggles. Trans activists and members of the queer community express that the film reflects their experiences with authenticity and compassion. The film's release is seen as a significant step forward in mainstream Indian cinema's representation of LGBTQ+ narratives, offering a long-awaited embrace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tv.com/entertainment/amid-dorothy-backlash-karthik-subbaraj-says-film-has-made-men-reflect-on-how-they-treated-transgender-people-12137034" TargetMode="External"/><Relationship Id="rId10" Type="http://schemas.openxmlformats.org/officeDocument/2006/relationships/hyperlink" Target="https://timesofindia.indiatimes.com/entertainment/telugu/movies/news/our-film-is-a-mirror-to-realities-we-often-fail-to-acknowledge-karthik-subbaraj-on-dorothys-lgbtq-portrayal/amp_articleshow/134653451.cms" TargetMode="External"/><Relationship Id="rId11" Type="http://schemas.openxmlformats.org/officeDocument/2006/relationships/hyperlink" Target="https://www.livemint.com/mint-lounge/art-and-culture/dorothy-review-tamil-film-karthik-subbaraj-gender-queer-politics-11790751608721.html?showGiftPopup=true" TargetMode="External"/><Relationship Id="rId12" Type="http://schemas.openxmlformats.org/officeDocument/2006/relationships/hyperlink" Target="https://www.theweek.in/review/movies/2026/09/25/karthik-subbaraj-dorothy-movie-review.html" TargetMode="External"/><Relationship Id="rId13" Type="http://schemas.openxmlformats.org/officeDocument/2006/relationships/hyperlink" Target="https://www.hindustantimes.com/entertainment/tamil-cinema/kartik-subbaraj-is-ignoring-hate-boycott-calls-for-dorothy-says-men-are-expressing-guilt-for-mistreating-transgender-people-after-watching-film-101791086408422.html" TargetMode="External"/><Relationship Id="rId14" Type="http://schemas.openxmlformats.org/officeDocument/2006/relationships/hyperlink" Target="https://www.vijayachronicle.com/story/dorothy-a-long-awaited-embrace-for-the-queer-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