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Galas 2026 celebrates Ireland’s LGBTQ+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Ireland’s LGBTQ+ awards are returning in 2026, bringing nominees, supporters and community champions together for a major celebration of queer life. With nominations, shortlists and tickets forming the next steps, The Galas offers a bright, public reminder of the creativity, resilience and contribution of LGBTQ+ people across Ireland.</w:t>
      </w:r>
      <w:r/>
    </w:p>
    <w:p>
      <w:pPr>
        <w:pStyle w:val="Heading2"/>
      </w:pPr>
      <w:r>
        <w:t>The Galas is back for another big celebration</w:t>
      </w:r>
      <w:r/>
    </w:p>
    <w:p>
      <w:r/>
      <w:r>
        <w:t xml:space="preserve">The Galas has become a notable date in Ireland’s LGBTQ+ calendar, bringing together entertainment, recognition and community pride under one roof. The 2026 event is set to spotlight people and organisations whose work has helped shape queer life in Ireland. According to the official Galas website, the awards are designed to celebrate achievements across the LGBTQ+ community. </w:t>
      </w:r>
      <w:hyperlink r:id="rId9">
        <w:r>
          <w:rPr>
            <w:color w:val="0000EE"/>
            <w:u w:val="single"/>
          </w:rPr>
          <w:t>[2]</w:t>
        </w:r>
      </w:hyperlink>
      <w:r/>
    </w:p>
    <w:p>
      <w:r/>
      <w:r>
        <w:t xml:space="preserve">That matters because awards ceremonies can do more than provide a red carpet and a polished trophy. They give visibility to work that often happens quietly, from advocacy and grassroots organising to creative projects and support services. The atmosphere is likely to be lively, colourful and just a little emotional, which is exactly what a community celebration should feel like. </w:t>
      </w:r>
      <w:hyperlink r:id="rId10">
        <w:r>
          <w:rPr>
            <w:color w:val="0000EE"/>
            <w:u w:val="single"/>
          </w:rPr>
          <w:t>[4]</w:t>
        </w:r>
      </w:hyperlink>
      <w:r/>
    </w:p>
    <w:p>
      <w:pPr>
        <w:pStyle w:val="Heading2"/>
      </w:pPr>
      <w:r>
        <w:t>Nominations put community voices centre stage</w:t>
      </w:r>
      <w:r/>
    </w:p>
    <w:p>
      <w:r/>
      <w:r>
        <w:t xml:space="preserve">The nominations process is an important part of the event, allowing people to recognise the individuals, groups and initiatives that have made a difference. GCN reported that nominations for the 2026 awards opened ahead of the ceremony, giving the public a chance to put forward names that deserve wider attention. </w:t>
      </w:r>
      <w:hyperlink r:id="rId11">
        <w:r>
          <w:rPr>
            <w:color w:val="0000EE"/>
            <w:u w:val="single"/>
          </w:rPr>
          <w:t>[3]</w:t>
        </w:r>
      </w:hyperlink>
      <w:r/>
    </w:p>
    <w:p>
      <w:r/>
      <w:r>
        <w:t xml:space="preserve">For many communities, the nomination stage can be as meaningful as the final ceremony. It encourages people to pause and think about who has offered support, challenged prejudice or created spaces where others can feel more comfortable being themselves. In other words, it turns appreciation into something visible. </w:t>
      </w:r>
      <w:hyperlink r:id="rId11">
        <w:r>
          <w:rPr>
            <w:color w:val="0000EE"/>
            <w:u w:val="single"/>
          </w:rPr>
          <w:t>[3]</w:t>
        </w:r>
      </w:hyperlink>
      <w:r/>
    </w:p>
    <w:p>
      <w:pPr>
        <w:pStyle w:val="Heading2"/>
      </w:pPr>
      <w:r>
        <w:t>Shortlists and tickets build momentum</w:t>
      </w:r>
      <w:r/>
    </w:p>
    <w:p>
      <w:r/>
      <w:r>
        <w:t xml:space="preserve">Once nominations are gathered, the shortlist gives the awards a sharper sense of anticipation. GCN reported that the 2026 shortlists were announced alongside ticket information, allowing supporters to follow the finalists and plan for the event. </w:t>
      </w:r>
      <w:hyperlink r:id="rId12">
        <w:r>
          <w:rPr>
            <w:color w:val="0000EE"/>
            <w:u w:val="single"/>
          </w:rPr>
          <w:t>[6]</w:t>
        </w:r>
      </w:hyperlink>
      <w:r/>
    </w:p>
    <w:p>
      <w:r/>
      <w:r>
        <w:t xml:space="preserve">That combination of recognition and access is useful for anyone hoping to attend. The event listings indicate that The Galas is scheduled for 3 October 2026, while ticket details and venue information should be checked through the official channels before making travel plans. </w:t>
      </w:r>
      <w:hyperlink r:id="rId13">
        <w:r>
          <w:rPr>
            <w:color w:val="0000EE"/>
            <w:u w:val="single"/>
          </w:rPr>
          <w:t>[5]</w:t>
        </w:r>
      </w:hyperlink>
      <w:r>
        <w:t xml:space="preserve"> </w:t>
      </w:r>
      <w:hyperlink r:id="rId14">
        <w:r>
          <w:rPr>
            <w:color w:val="0000EE"/>
            <w:u w:val="single"/>
          </w:rPr>
          <w:t>[7]</w:t>
        </w:r>
      </w:hyperlink>
      <w:r/>
    </w:p>
    <w:p>
      <w:pPr>
        <w:pStyle w:val="Heading2"/>
      </w:pPr>
      <w:r>
        <w:t>What makes The Galas worth watching?</w:t>
      </w:r>
      <w:r/>
    </w:p>
    <w:p>
      <w:r/>
      <w:r>
        <w:t xml:space="preserve">The appeal isn't limited to the awards themselves. The Galas creates a meeting point for performers, campaigners, organisations, friends and allies, giving different parts of Ireland’s LGBTQ+ scene a chance to share the same room. The National LGBT Federation describes the project as a celebration of LGBTQ+ achievement and community, rather than simply a conventional industry ceremony. </w:t>
      </w:r>
      <w:hyperlink r:id="rId10">
        <w:r>
          <w:rPr>
            <w:color w:val="0000EE"/>
            <w:u w:val="single"/>
          </w:rPr>
          <w:t>[4]</w:t>
        </w:r>
      </w:hyperlink>
      <w:r/>
    </w:p>
    <w:p>
      <w:r/>
      <w:r>
        <w:t>That broader focus gives the evening its character. There’s room for glamour, certainly, but also for the stories behind the applause. A strong community award can remind guests that progress is built through countless small acts of care, persistence and courage.</w:t>
      </w:r>
      <w:r/>
    </w:p>
    <w:p>
      <w:pPr>
        <w:pStyle w:val="Heading2"/>
      </w:pPr>
      <w:r>
        <w:t>How to follow the 2026 awards</w:t>
      </w:r>
      <w:r/>
    </w:p>
    <w:p>
      <w:r/>
      <w:r>
        <w:t xml:space="preserve">Anyone interested in attending should begin with The Galas’ official website, where updates about categories, finalists, tickets and event arrangements are expected to appear. It’s also worth following trusted LGBTQ+ media and community organisations for announcements, particularly if additional programme details are released closer to October. </w:t>
      </w:r>
      <w:hyperlink r:id="rId9">
        <w:r>
          <w:rPr>
            <w:color w:val="0000EE"/>
            <w:u w:val="single"/>
          </w:rPr>
          <w:t>[2]</w:t>
        </w:r>
      </w:hyperlink>
      <w:r>
        <w:t xml:space="preserve"> </w:t>
      </w:r>
      <w:hyperlink r:id="rId12">
        <w:r>
          <w:rPr>
            <w:color w:val="0000EE"/>
            <w:u w:val="single"/>
          </w:rPr>
          <w:t>[6]</w:t>
        </w:r>
      </w:hyperlink>
      <w:r/>
    </w:p>
    <w:p>
      <w:r/>
      <w:r>
        <w:t>If you’re nominating someone, a clear explanation of their contribution will help tell the story behind the name. And if you’re buying tickets, check the latest official information for timing, access arrangements and any changes before travelling. A little planning leaves more room for the fun part: dressing up, meeting friends and cheering loudly.</w:t>
      </w:r>
      <w:r/>
    </w:p>
    <w:p>
      <w:r/>
      <w:r>
        <w:t>The 2026 ceremony arrives at a time when public celebration still carries real weight. For attendees, it may be an entertaining night out. For nominees and community groups, it can also be a powerful acknowledgement that their work has been noticed.</w:t>
      </w:r>
      <w:r/>
    </w:p>
    <w:p>
      <w:r/>
      <w:r>
        <w:t>The Galas 2026 promises an evening of pride, recognition and plenty of sparkle for Ireland’s LGBTQ+ community.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0">
        <w:r>
          <w:rPr>
            <w:color w:val="0000EE"/>
            <w:u w:val="single"/>
          </w:rPr>
          <w:t>[4]</w:t>
        </w:r>
      </w:hyperlink>
      <w:r>
        <w:t xml:space="preserve">- Paragraph 3: </w:t>
      </w:r>
      <w:hyperlink r:id="rId11">
        <w:r>
          <w:rPr>
            <w:color w:val="0000EE"/>
            <w:u w:val="single"/>
          </w:rPr>
          <w:t>[3]</w:t>
        </w:r>
      </w:hyperlink>
      <w:r>
        <w:t xml:space="preserve">- Paragraph 4: </w:t>
      </w:r>
      <w:hyperlink r:id="rId11">
        <w:r>
          <w:rPr>
            <w:color w:val="0000EE"/>
            <w:u w:val="single"/>
          </w:rPr>
          <w:t>[3]</w:t>
        </w:r>
      </w:hyperlink>
      <w:r>
        <w:t xml:space="preserve">- Paragraph 5: </w:t>
      </w:r>
      <w:hyperlink r:id="rId12">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[4]</w:t>
        </w:r>
      </w:hyperlink>
      <w:r>
        <w:t xml:space="preserve">- Paragraph 8: </w:t>
      </w:r>
      <w:hyperlink r:id="rId9">
        <w:r>
          <w:rPr>
            <w:color w:val="0000EE"/>
            <w:u w:val="single"/>
          </w:rPr>
          <w:t>[2]</w:t>
        </w:r>
      </w:hyperlink>
      <w:r>
        <w:t xml:space="preserve">, </w:t>
      </w:r>
      <w:hyperlink r:id="rId12">
        <w:r>
          <w:rPr>
            <w:color w:val="0000EE"/>
            <w:u w:val="single"/>
          </w:rPr>
          <w:t>[6]</w:t>
        </w:r>
      </w:hyperlink>
      <w:r>
        <w:t xml:space="preserve">- Paragraph 9: </w:t>
      </w:r>
      <w:hyperlink r:id="rId9">
        <w:r>
          <w:rPr>
            <w:color w:val="0000EE"/>
            <w:u w:val="single"/>
          </w:rPr>
          <w:t>[2]</w:t>
        </w:r>
      </w:hyperlink>
      <w:r>
        <w:t xml:space="preserve">, </w:t>
      </w:r>
      <w:hyperlink r:id="rId12">
        <w:r>
          <w:rPr>
            <w:color w:val="0000EE"/>
            <w:u w:val="single"/>
          </w:rPr>
          <w:t>[6]</w:t>
        </w:r>
      </w:hyperlink>
      <w:r>
        <w:t xml:space="preserve">- Paragraph 10: </w:t>
      </w:r>
      <w:hyperlink r:id="rId11">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https://meaws.com/news/the-galas-2026-celebrates-ireland-s-lgbtq/105623</w:t>
        </w:r>
      </w:hyperlink>
      <w:r>
        <w:t xml:space="preserve"> - Please view link - unable to able to access data</w:t>
      </w:r>
      <w:r/>
    </w:p>
    <w:p>
      <w:pPr>
        <w:pStyle w:val="ListNumber"/>
        <w:spacing w:line="240" w:lineRule="auto"/>
        <w:ind w:left="720"/>
      </w:pPr>
      <w:r/>
      <w:hyperlink r:id="rId9">
        <w:r>
          <w:rPr>
            <w:color w:val="0000EE"/>
            <w:u w:val="single"/>
          </w:rPr>
          <w:t>https://www.galas.ie/</w:t>
        </w:r>
      </w:hyperlink>
      <w:r>
        <w:t xml:space="preserve"> - The GALAS is Ireland's only LGBTQ+ awards programme, returning on Saturday, October 3, 2026, at the Dublin Royal Convention Centre. Hosted by Louise McSharry and Michael Fry, the event will feature 15 categories, including activism, arts, allyship, events, and sports, recognising individuals and organisations contributing to a better future for the LGBTQ+ community. Performances include Glória LGBTQ+ Choir, Dublin Gay Men's Chorus, Ailbhe Reddy, and DJ Glamo. The GALAS aim to celebrate and acknowledge the contributions of those working towards a more inclusive society for LGBTQ+ people.</w:t>
      </w:r>
      <w:r/>
    </w:p>
    <w:p>
      <w:pPr>
        <w:pStyle w:val="ListNumber"/>
        <w:spacing w:line="240" w:lineRule="auto"/>
        <w:ind w:left="720"/>
      </w:pPr>
      <w:r/>
      <w:hyperlink r:id="rId11">
        <w:r>
          <w:rPr>
            <w:color w:val="0000EE"/>
            <w:u w:val="single"/>
          </w:rPr>
          <w:t>https://gcn.ie/galas-2026-nominations-open/</w:t>
        </w:r>
      </w:hyperlink>
      <w:r>
        <w:t xml:space="preserve"> - Nominations for The GALAS 2026, set to take place on October 3, are now open. Organised by GCN and the National LGBTQ+ Federation (NXF), The GALAS honour outstanding contributions to the LGBTQ+ community in Ireland. Categories include Community Organisation of the Year, Volunteer of the Year, Event of the Year, and more. Nominations close on July 17 at 5pm. The awards ceremony will be held at the Dublin Royal Convention Centre in the Radisson Blu Hotel, marking the return of the event after a two-year hiatus due to the Covid-19 pandemic.</w:t>
      </w:r>
      <w:r/>
    </w:p>
    <w:p>
      <w:pPr>
        <w:pStyle w:val="ListNumber"/>
        <w:spacing w:line="240" w:lineRule="auto"/>
        <w:ind w:left="720"/>
      </w:pPr>
      <w:r/>
      <w:hyperlink r:id="rId10">
        <w:r>
          <w:rPr>
            <w:color w:val="0000EE"/>
            <w:u w:val="single"/>
          </w:rPr>
          <w:t>https://nxf.ie/project/the-galas/</w:t>
        </w:r>
      </w:hyperlink>
      <w:r>
        <w:t xml:space="preserve"> - Established in 2009 by the NXF and GCN, The GALAS has become a staple in the LGBTQ+ calendar, welcoming over 500 guests annually to celebrate and inspire the community. The awards recognise grassroots organisations, local community heroes, national advocacy organisations, and businesses fostering positive working environments for LGBTQ+ colleagues. The event is organised by the NXF board and GCN with the support of sponsors, relying on corporate support to ensure nominees receive the recognition they deserve.</w:t>
      </w:r>
      <w:r/>
    </w:p>
    <w:p>
      <w:pPr>
        <w:pStyle w:val="ListNumber"/>
        <w:spacing w:line="240" w:lineRule="auto"/>
        <w:ind w:left="720"/>
      </w:pPr>
      <w:r/>
      <w:hyperlink r:id="rId13">
        <w:r>
          <w:rPr>
            <w:color w:val="0000EE"/>
            <w:u w:val="single"/>
          </w:rPr>
          <w:t>https://happeningnext.com/event/the-galas-lgbtq-awards-2026-eid1ef0l591m2tr</w:t>
        </w:r>
      </w:hyperlink>
      <w:r>
        <w:t xml:space="preserve"> - The GALAS LGBTQ+ Awards 2026 is scheduled for Saturday, October 3, 2026, at the Dublin Royal Convention Centre. The event celebrates and acknowledges the contributions of individuals, companies, and organisations to making Ireland and the world a better place for the LGBTQ+ community. The awards include 15 categories, encompassing activism, arts, allyship, events, sports, and more, recognising the efforts made by those working towards a better future for LGBTQ+ people everywhere. Tickets are on sale now.</w:t>
      </w:r>
      <w:r/>
    </w:p>
    <w:p>
      <w:pPr>
        <w:pStyle w:val="ListNumber"/>
        <w:spacing w:line="240" w:lineRule="auto"/>
        <w:ind w:left="720"/>
      </w:pPr>
      <w:r/>
      <w:hyperlink r:id="rId12">
        <w:r>
          <w:rPr>
            <w:color w:val="0000EE"/>
            <w:u w:val="single"/>
          </w:rPr>
          <w:t>https://gcn.ie/galas-2026-shortlists-tickets-on-sale/</w:t>
        </w:r>
      </w:hyperlink>
      <w:r>
        <w:t xml:space="preserve"> - The GALAS, Ireland’s annual awards honouring the LGBTQ+ community, have unveiled the shortlists for 2026. The award ceremony is set to take place in the Dublin Royal Convention Centre at the Radisson Blu Hotel on Saturday, October 3, and tickets for the night are now on sale. Organised by the National LGBTQ+ Federation (NXF) and GCN, The GALAS celebrate and acknowledge the contributions of individuals, companies, and organisations making Ireland and the world a better place for queer people everywhere.</w:t>
      </w:r>
      <w:r/>
    </w:p>
    <w:p>
      <w:pPr>
        <w:pStyle w:val="ListNumber"/>
        <w:spacing w:line="240" w:lineRule="auto"/>
        <w:ind w:left="720"/>
      </w:pPr>
      <w:r/>
      <w:hyperlink r:id="rId14">
        <w:r>
          <w:rPr>
            <w:color w:val="0000EE"/>
            <w:u w:val="single"/>
          </w:rPr>
          <w:t>https://ma.to/event/the-galas-03-oct-2026</w:t>
        </w:r>
      </w:hyperlink>
      <w:r>
        <w:t xml:space="preserve"> - The GALAS LGBTQ+ Awards 2026 is scheduled for Saturday, October 3, 2026, at the Dublin Royal Convention Centre. The event celebrates the queer community, heritage, and history in Ireland. Sponsored by Mother Dublin, Belong To, Nassau Clinic, Protocol for Men, and Queer Hawk, the 2026 Ally Award nominees include Eve Kerton, Fiona Finn, Miss Memphis Shell, and the National Museum of Ireland. Limited tickets are available via galas.ie.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las.ie/" TargetMode="External"/><Relationship Id="rId10" Type="http://schemas.openxmlformats.org/officeDocument/2006/relationships/hyperlink" Target="https://nxf.ie/project/the-galas/" TargetMode="External"/><Relationship Id="rId11" Type="http://schemas.openxmlformats.org/officeDocument/2006/relationships/hyperlink" Target="https://gcn.ie/galas-2026-nominations-open/" TargetMode="External"/><Relationship Id="rId12" Type="http://schemas.openxmlformats.org/officeDocument/2006/relationships/hyperlink" Target="https://gcn.ie/galas-2026-shortlists-tickets-on-sale/" TargetMode="External"/><Relationship Id="rId13" Type="http://schemas.openxmlformats.org/officeDocument/2006/relationships/hyperlink" Target="https://happeningnext.com/event/the-galas-lgbtq-awards-2026-eid1ef0l591m2tr" TargetMode="External"/><Relationship Id="rId14" Type="http://schemas.openxmlformats.org/officeDocument/2006/relationships/hyperlink" Target="https://ma.to/event/the-galas-03-oct-2026" TargetMode="External"/><Relationship Id="rId15" Type="http://schemas.openxmlformats.org/officeDocument/2006/relationships/hyperlink" Target="https://meaws.com/news/the-galas-2026-celebrates-ireland-s-lgbtq/1056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