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Jonathan Bennett Doubles Down on LGBTQ Hallmark Love Stories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watching Jonathan Bennett turn backlash into resolve, as the Hallmark favourite continues making LGBTQ-led Christmas films for audiences who rarely saw their love stories on the festive screen. His latest comments underline why representation still matters, particularly when a cosy seasonal film can feel like a quiet, powerful act of belonging.</w:t>
      </w:r>
      <w:r/>
    </w:p>
    <w:p>
      <w:pPr>
        <w:pStyle w:val="Heading2"/>
      </w:pPr>
      <w:r>
        <w:t>Essential Takeaways</w:t>
      </w:r>
      <w:r/>
      <w:r/>
    </w:p>
    <w:p>
      <w:pPr>
        <w:pStyle w:val="ListBullet"/>
        <w:spacing w:line="240" w:lineRule="auto"/>
        <w:ind w:left="720"/>
      </w:pPr>
      <w:r/>
      <w:r>
        <w:rPr>
          <w:b/>
        </w:rPr>
        <w:t>Bennett is standing firm:</w:t>
      </w:r>
      <w:r>
        <w:t xml:space="preserve"> The actor says criticism has made him more determined to tell LGBTQ love stories.</w:t>
      </w:r>
      <w:r/>
    </w:p>
    <w:p>
      <w:pPr>
        <w:pStyle w:val="ListBullet"/>
        <w:spacing w:line="240" w:lineRule="auto"/>
        <w:ind w:left="720"/>
      </w:pPr>
      <w:r/>
      <w:r>
        <w:rPr>
          <w:b/>
        </w:rPr>
        <w:t>Hallmark milestones:</w:t>
      </w:r>
      <w:r>
        <w:t xml:space="preserve"> His films helped bring the channel its first same-sex kiss and LGBTQ-led holiday movie.</w:t>
      </w:r>
      <w:r/>
    </w:p>
    <w:p>
      <w:pPr>
        <w:pStyle w:val="ListBullet"/>
        <w:spacing w:line="240" w:lineRule="auto"/>
        <w:ind w:left="720"/>
      </w:pPr>
      <w:r/>
      <w:r>
        <w:rPr>
          <w:b/>
        </w:rPr>
        <w:t>A landmark wedding:</w:t>
      </w:r>
      <w:r>
        <w:t xml:space="preserve"> The Groomsmen featured Hallmark's first gay wedding and later received a GLAAD Media Award.</w:t>
      </w:r>
      <w:r/>
    </w:p>
    <w:p>
      <w:pPr>
        <w:pStyle w:val="ListBullet"/>
        <w:spacing w:line="240" w:lineRule="auto"/>
        <w:ind w:left="720"/>
      </w:pPr>
      <w:r/>
      <w:r>
        <w:rPr>
          <w:b/>
        </w:rPr>
        <w:t>More festive romance ahead:</w:t>
      </w:r>
      <w:r>
        <w:t xml:space="preserve"> Single at the Wedding is scheduled to air on 20 December.</w:t>
      </w:r>
      <w:r/>
    </w:p>
    <w:p>
      <w:pPr>
        <w:pStyle w:val="ListBullet"/>
        <w:spacing w:line="240" w:lineRule="auto"/>
        <w:ind w:left="720"/>
      </w:pPr>
      <w:r/>
      <w:r>
        <w:rPr>
          <w:b/>
        </w:rPr>
        <w:t>Representation remains personal:</w:t>
      </w:r>
      <w:r>
        <w:t xml:space="preserve"> Bennett has spoken openly about his own identity, marriage and commitment to inclusive storytelling.</w:t>
      </w:r>
      <w:r/>
      <w:r/>
    </w:p>
    <w:p>
      <w:pPr>
        <w:pStyle w:val="Heading2"/>
      </w:pPr>
      <w:r>
        <w:t>Backlash hasn't changed Jonathan Bennett's mission</w:t>
      </w:r>
      <w:r/>
    </w:p>
    <w:p>
      <w:r/>
      <w:r>
        <w:t>Jonathan Bennett isn't treating the criticism around his Hallmark films as a reason to retreat. If anything, the actor says it has strengthened his determination to keep putting LGBTQ relationships at the centre of mainstream romantic storytelling.</w:t>
      </w:r>
      <w:r/>
    </w:p>
    <w:p>
      <w:r/>
      <w:r>
        <w:t>Speaking on Obsessed: The Podcast, Bennett said he wanted to continue making films that reflected his own life and offered recognition to viewers who still don't often see themselves in traditional festive entertainment. The Daily Beast reported on his response to MAGA criticism, framing it as a refusal to let online hostility dictate which stories belong on television.</w:t>
      </w:r>
      <w:r/>
    </w:p>
    <w:p>
      <w:r/>
      <w:r>
        <w:t>There's something quietly striking about that stance. A Hallmark romance usually arrives with twinkling lights, warm kitchens and a predictable happy ending, but for many viewers, seeing a gay couple receive that same gentle treatment can still feel genuinely significant.</w:t>
      </w:r>
      <w:r/>
    </w:p>
    <w:p>
      <w:pPr>
        <w:pStyle w:val="Heading2"/>
      </w:pPr>
      <w:r>
        <w:t>Hallmark's LGBTQ milestones changed the festive formula</w:t>
      </w:r>
      <w:r/>
    </w:p>
    <w:p>
      <w:r/>
      <w:r>
        <w:t>Bennett's connection with Hallmark has coincided with several important moments for the network. The Christmas House, released in 2020, included what was widely described as Hallmark's first same-sex kiss, while The Holiday Sitter became the channel's first holiday film led by LGBTQ characters.</w:t>
      </w:r>
      <w:r/>
    </w:p>
    <w:p>
      <w:r/>
      <w:r>
        <w:t>The Christmas House was built around a family gathering and a mix of romantic storylines, with Bennett playing a gay character alongside Brad Harder. Coverage from PinkNews and Pride highlighted the importance of the kiss, which arrived at a time when the channel was facing growing pressure to make its festive slate more representative.</w:t>
      </w:r>
      <w:r/>
    </w:p>
    <w:p>
      <w:r/>
      <w:r>
        <w:t>For Bennett, the scene carried more weight than a standard romantic beat. He recalled that crew members gathered to watch the filming because they understood they were witnessing a first. It was an unusual amount of attention for a simple kiss, but that was precisely the point.</w:t>
      </w:r>
      <w:r/>
    </w:p>
    <w:p>
      <w:pPr>
        <w:pStyle w:val="Heading2"/>
      </w:pPr>
      <w:r>
        <w:t>From a first kiss to a gay wedding</w:t>
      </w:r>
      <w:r/>
    </w:p>
    <w:p>
      <w:r/>
      <w:r>
        <w:t>The progression didn't stop there. The Holiday Sitter placed an LGBTQ romance at the heart of a holiday film, while later projects pushed representation further. According to available film records and LGBTQ-focused Hallmark listings, the channel has since expanded its selection of queer festive stories, giving audiences more than a single milestone to point to.</w:t>
      </w:r>
      <w:r/>
    </w:p>
    <w:p>
      <w:r/>
      <w:r>
        <w:t>The Groomsmen marked another notable step, featuring Hallmark's first gay wedding. The film later won Outstanding Film at the GLAAD Media Awards, suggesting that the wider cultural conversation had moved beyond whether these stories should appear at all and towards how well they were being told.</w:t>
      </w:r>
      <w:r/>
    </w:p>
    <w:p>
      <w:r/>
      <w:r>
        <w:t>That shift matters. One film can be treated as a special event, but a continuing run of films starts to make inclusion feel normal. In the best cases, viewers aren't asked to admire the representation from a distance. They're simply invited to enjoy the romance, the bickering family and the inevitable snowy finale.</w:t>
      </w:r>
      <w:r/>
    </w:p>
    <w:p>
      <w:pPr>
        <w:pStyle w:val="Heading2"/>
      </w:pPr>
      <w:r>
        <w:t>Why these films still matter to viewers</w:t>
      </w:r>
      <w:r/>
    </w:p>
    <w:p>
      <w:r/>
      <w:r>
        <w:t>LGBTQ Hallmark films now sit within a wider demand for more inclusive holiday entertainment. Listings compiled by Girls Gone Hallmark show how the network's catalogue has grown, offering viewers more choice across romances, family stories and seasonal comedies.</w:t>
      </w:r>
      <w:r/>
    </w:p>
    <w:p>
      <w:r/>
      <w:r>
        <w:t>That growth also gives audiences a practical way to compare films. Some are built around coming out or family acceptance, while others treat queer characters just like any other romantic leads, complete with career dilemmas, wedding plans and ill-advised festive decisions. Both approaches have value, but the latter can be especially refreshing because it doesn't make identity the only plot.</w:t>
      </w:r>
      <w:r/>
    </w:p>
    <w:p>
      <w:r/>
      <w:r>
        <w:t>For anyone choosing what to watch, it's worth checking whether a film is genuinely LGBTQ-led or simply includes a supporting character. The distinction can make a difference, particularly for viewers looking for a romance where the central couple gets the same emotional space traditionally given to straight leads.</w:t>
      </w:r>
      <w:r/>
    </w:p>
    <w:p>
      <w:pPr>
        <w:pStyle w:val="Heading2"/>
      </w:pPr>
      <w:r>
        <w:t>Single at the Wedding keeps the story moving</w:t>
      </w:r>
      <w:r/>
    </w:p>
    <w:p>
      <w:r/>
      <w:r>
        <w:t>Bennett's next Hallmark project, Single at the Wedding, is scheduled for 20 December, keeping him firmly at the centre of the channel's festive output. It follows a growing body of work that has made him one of Hallmark's most recognisable advocates for LGBTQ representation.</w:t>
      </w:r>
      <w:r/>
    </w:p>
    <w:p>
      <w:r/>
      <w:r>
        <w:t>His public comments suggest he has no interest in treating inclusion as a short-lived trend. He has also continued working across television, including a long-running hosting role on Food Network's Halloween Wars and an appearance as Detective Joe Fitzpatrick on General Hospital.</w:t>
      </w:r>
      <w:r/>
    </w:p>
    <w:p>
      <w:r/>
      <w:r>
        <w:t>That combination of mainstream visibility and personal commitment gives his Hallmark films extra resonance. Viewers may arrive for the soft-focus Christmas setting, but many stay because the stories offer something warmer: the feeling that their version of love belongs in the centre of the picture too.</w:t>
      </w:r>
      <w:r/>
    </w:p>
    <w:p>
      <w:r/>
      <w:r>
        <w:t>It's a small-screen tradition with a much bigger emotional reach.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2">
        <w:r>
          <w:rPr>
            <w:color w:val="0000EE"/>
            <w:u w:val="single"/>
          </w:rPr>
          <w:t>[7]</w:t>
        </w:r>
      </w:hyperlink>
      <w:r>
        <w:t xml:space="preserve">- Paragraph 3: </w:t>
      </w:r>
      <w:hyperlink r:id="rId13">
        <w:r>
          <w:rPr>
            <w:color w:val="0000EE"/>
            <w:u w:val="single"/>
          </w:rPr>
          <w:t>[4]</w:t>
        </w:r>
      </w:hyperlink>
      <w:r>
        <w:t xml:space="preserve">, </w:t>
      </w:r>
      <w:hyperlink r:id="rId11">
        <w:r>
          <w:rPr>
            <w:color w:val="0000EE"/>
            <w:u w:val="single"/>
          </w:rPr>
          <w:t>[5]</w:t>
        </w:r>
      </w:hyperlink>
      <w:r>
        <w:t xml:space="preserve">- Paragraph 4: </w:t>
      </w:r>
      <w:hyperlink r:id="rId14">
        <w:r>
          <w:rPr>
            <w:color w:val="0000EE"/>
            <w:u w:val="single"/>
          </w:rPr>
          <w:t>[3]</w:t>
        </w:r>
      </w:hyperlink>
      <w:r>
        <w:t xml:space="preserve">, </w:t>
      </w:r>
      <w:hyperlink r:id="rId15">
        <w:r>
          <w:rPr>
            <w:color w:val="0000EE"/>
            <w:u w:val="single"/>
          </w:rPr>
          <w:t>[6]</w:t>
        </w:r>
      </w:hyperlink>
      <w:r>
        <w:t xml:space="preserve">- Paragraph 5: </w:t>
      </w:r>
      <w:hyperlink r:id="rId14">
        <w:r>
          <w:rPr>
            <w:color w:val="0000EE"/>
            <w:u w:val="single"/>
          </w:rPr>
          <w:t>[3]</w:t>
        </w:r>
      </w:hyperlink>
      <w:r>
        <w:t xml:space="preserve">, </w:t>
      </w:r>
      <w:hyperlink r:id="rId15">
        <w:r>
          <w:rPr>
            <w:color w:val="0000EE"/>
            <w:u w:val="single"/>
          </w:rPr>
          <w:t>[6]</w:t>
        </w:r>
      </w:hyperlink>
      <w:r>
        <w:t xml:space="preserve">- Paragraph 6: </w:t>
      </w:r>
      <w:hyperlink r:id="rId13">
        <w:r>
          <w:rPr>
            <w:color w:val="0000EE"/>
            <w:u w:val="single"/>
          </w:rPr>
          <w:t>[4]</w:t>
        </w:r>
      </w:hyperlink>
      <w:r>
        <w:t xml:space="preserve">, </w:t>
      </w:r>
      <w:hyperlink r:id="rId11">
        <w:r>
          <w:rPr>
            <w:color w:val="0000EE"/>
            <w:u w:val="single"/>
          </w:rPr>
          <w:t>[5]</w:t>
        </w:r>
      </w:hyperlink>
      <w:r>
        <w:t xml:space="preserve">- Paragraph 7: </w:t>
      </w:r>
      <w:hyperlink r:id="rId15">
        <w:r>
          <w:rPr>
            <w:color w:val="0000EE"/>
            <w:u w:val="single"/>
          </w:rPr>
          <w:t>[6]</w:t>
        </w:r>
      </w:hyperlink>
      <w:r>
        <w:t xml:space="preserve">, </w:t>
      </w:r>
      <w:hyperlink r:id="rId12">
        <w:r>
          <w:rPr>
            <w:color w:val="0000EE"/>
            <w:u w:val="single"/>
          </w:rPr>
          <w:t>[7]</w:t>
        </w:r>
      </w:hyperlink>
      <w:r>
        <w:t xml:space="preserve">- Paragraph 8: </w:t>
      </w:r>
      <w:hyperlink r:id="rId15">
        <w:r>
          <w:rPr>
            <w:color w:val="0000EE"/>
            <w:u w:val="single"/>
          </w:rPr>
          <w:t>[6]</w:t>
        </w:r>
      </w:hyperlink>
      <w:r>
        <w:t xml:space="preserve">- Paragraph 9: </w:t>
      </w:r>
      <w:hyperlink r:id="rId14">
        <w:r>
          <w:rPr>
            <w:color w:val="0000EE"/>
            <w:u w:val="single"/>
          </w:rPr>
          <w:t>[3]</w:t>
        </w:r>
      </w:hyperlink>
      <w:r>
        <w:t xml:space="preserve">, </w:t>
      </w:r>
      <w:hyperlink r:id="rId15">
        <w:r>
          <w:rPr>
            <w:color w:val="0000EE"/>
            <w:u w:val="single"/>
          </w:rPr>
          <w:t>[6]</w:t>
        </w:r>
      </w:hyperlink>
      <w:r>
        <w:t xml:space="preserve">- Paragraph 10: </w:t>
      </w:r>
      <w:hyperlink r:id="rId10">
        <w:r>
          <w:rPr>
            <w:color w:val="0000EE"/>
            <w:u w:val="single"/>
          </w:rPr>
          <w:t>[2]</w:t>
        </w:r>
      </w:hyperlink>
      <w:r>
        <w:t xml:space="preserve">, </w:t>
      </w:r>
      <w:hyperlink r:id="rId15">
        <w:r>
          <w:rPr>
            <w:color w:val="0000EE"/>
            <w:u w:val="single"/>
          </w:rPr>
          <w:t>[6]</w:t>
        </w:r>
      </w:hyperlink>
      <w:r>
        <w:t xml:space="preserve">- Paragraph 11: </w:t>
      </w:r>
      <w:hyperlink r:id="rId10">
        <w:r>
          <w:rPr>
            <w:color w:val="0000EE"/>
            <w:u w:val="single"/>
          </w:rPr>
          <w:t>[2]</w:t>
        </w:r>
      </w:hyperlink>
      <w:r>
        <w:t xml:space="preserve">, </w:t>
      </w:r>
      <w:hyperlink r:id="rId14">
        <w:r>
          <w:rPr>
            <w:color w:val="0000EE"/>
            <w:u w:val="single"/>
          </w:rPr>
          <w:t>[3]</w:t>
        </w:r>
      </w:hyperlink>
      <w:r>
        <w:t xml:space="preserve">- Paragraph 12: </w:t>
      </w:r>
      <w:hyperlink r:id="rId10">
        <w:r>
          <w:rPr>
            <w:color w:val="0000EE"/>
            <w:u w:val="single"/>
          </w:rPr>
          <w:t>[2]</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https://thoughtcatalog.com/jeremy-london/2026/10/jonathan-bennett-says-maga-backlash-makes-him-more-determined-to-tell-gay-love-stories-on-hallmark/</w:t>
        </w:r>
      </w:hyperlink>
      <w:r>
        <w:t xml:space="preserve"> - Please view link - unable to able to access data</w:t>
      </w:r>
      <w:r/>
    </w:p>
    <w:p>
      <w:pPr>
        <w:pStyle w:val="ListNumber"/>
        <w:spacing w:line="240" w:lineRule="auto"/>
        <w:ind w:left="720"/>
      </w:pPr>
      <w:r/>
      <w:hyperlink r:id="rId10">
        <w:r>
          <w:rPr>
            <w:color w:val="0000EE"/>
            <w:u w:val="single"/>
          </w:rPr>
          <w:t>https://www.thedailybeast.com/obsessed/history-making-hallmark-star-jonathan-bennett-fires-back-at-maga-haters/</w:t>
        </w:r>
      </w:hyperlink>
      <w:r>
        <w:t xml:space="preserve"> - Jonathan Bennett, known for his role in 'Mean Girls', has become a trailblazer for LGBTQ+ representation in Hallmark films. He starred in 'The Christmas House' (2020), featuring Hallmark's first same-sex kiss, and 'The Holiday Sitter' (2022), its first LGBTQ-led holiday movie. Despite facing backlash from MAGA supporters, Bennett remains committed to telling inclusive love stories, emphasising the importance of representation and considering it his life's mission to share queer narratives. He also hosts Food Network's 'Halloween Wars' and appears on 'General Hospital'.</w:t>
      </w:r>
      <w:r/>
    </w:p>
    <w:p>
      <w:pPr>
        <w:pStyle w:val="ListNumber"/>
        <w:spacing w:line="240" w:lineRule="auto"/>
        <w:ind w:left="720"/>
      </w:pPr>
      <w:r/>
      <w:hyperlink r:id="rId14">
        <w:r>
          <w:rPr>
            <w:color w:val="0000EE"/>
            <w:u w:val="single"/>
          </w:rPr>
          <w:t>https://en.wikipedia.org/wiki/The_Holiday_Sitter</w:t>
        </w:r>
      </w:hyperlink>
      <w:r>
        <w:t xml:space="preserve"> - Released on December 11, 2022, 'The Holiday Sitter' is Hallmark's first LGBTQ-themed Christmas movie. Directed by Ali Liebert, it stars Jonathan Bennett as Sam Dalton, a single, commitment-phobic gay man who, while babysitting his sister's children before Christmas, develops a romance with their neighbour, Jason DeVito, played by George Krissa. The film marks a significant step in LGBTQ+ representation within Hallmark's holiday programming.</w:t>
      </w:r>
      <w:r/>
    </w:p>
    <w:p>
      <w:pPr>
        <w:pStyle w:val="ListNumber"/>
        <w:spacing w:line="240" w:lineRule="auto"/>
        <w:ind w:left="720"/>
      </w:pPr>
      <w:r/>
      <w:hyperlink r:id="rId13">
        <w:r>
          <w:rPr>
            <w:color w:val="0000EE"/>
            <w:u w:val="single"/>
          </w:rPr>
          <w:t>https://en.wikipedia.org/wiki/The_Christmas_House</w:t>
        </w:r>
      </w:hyperlink>
      <w:r>
        <w:t xml:space="preserve"> - Premiering on November 22, 2020, 'The Christmas House' is Hallmark's first film to prominently feature a same-sex couple. Directed by Michael Grossman, it stars Jonathan Bennett as Brandon Mitchell, who returns home for Christmas and shares a romantic kiss with his on-screen husband, Jake, played by Brad Harder. The film was a milestone in LGBTQ+ representation on the network, depicting a gay couple as part of the extended family.</w:t>
      </w:r>
      <w:r/>
    </w:p>
    <w:p>
      <w:pPr>
        <w:pStyle w:val="ListNumber"/>
        <w:spacing w:line="240" w:lineRule="auto"/>
        <w:ind w:left="720"/>
      </w:pPr>
      <w:r/>
      <w:hyperlink r:id="rId11">
        <w:r>
          <w:rPr>
            <w:color w:val="0000EE"/>
            <w:u w:val="single"/>
          </w:rPr>
          <w:t>https://www.thepinknews.com/2020/11/23/hallmark-the-christmas-house-jonathan-bennett-gay-kiss/</w:t>
        </w:r>
      </w:hyperlink>
      <w:r>
        <w:t xml:space="preserve"> - The director of Hallmark's first gay Christmas film, 'The Christmas House', acknowledged that some viewers might be pushed to their 'limit' by the romantic same-sex kiss between Jonathan Bennett's character, Brandon Mitchell, and his on-screen husband, Jake, played by Brad Harder. The film, which aired on November 22, 2020, marked a significant step in LGBTQ+ representation on the typically conservative network.</w:t>
      </w:r>
      <w:r/>
    </w:p>
    <w:p>
      <w:pPr>
        <w:pStyle w:val="ListNumber"/>
        <w:spacing w:line="240" w:lineRule="auto"/>
        <w:ind w:left="720"/>
      </w:pPr>
      <w:r/>
      <w:hyperlink r:id="rId15">
        <w:r>
          <w:rPr>
            <w:color w:val="0000EE"/>
            <w:u w:val="single"/>
          </w:rPr>
          <w:t>https://www.girlsgonehallmark.com/lgbtq-hallmark-movies/</w:t>
        </w:r>
      </w:hyperlink>
      <w:r>
        <w:t xml:space="preserve"> - This comprehensive guide details Hallmark's LGBTQ+ movies, including 'The Christmas House' (2020), which was the first to prominently feature a same-sex couple, and 'The Holiday Sitter' (2022), Hallmark's first Christmas movie centred entirely on a gay romance. The guide provides insights into these films and their significance in promoting inclusivity within Hallmark's programming.</w:t>
      </w:r>
      <w:r/>
    </w:p>
    <w:p>
      <w:pPr>
        <w:pStyle w:val="ListNumber"/>
        <w:spacing w:line="240" w:lineRule="auto"/>
        <w:ind w:left="720"/>
      </w:pPr>
      <w:r/>
      <w:hyperlink r:id="rId12">
        <w:r>
          <w:rPr>
            <w:color w:val="0000EE"/>
            <w:u w:val="single"/>
          </w:rPr>
          <w:t>https://www.pride.com/movies/2020/10/19/heres-first-look-hallmarks-first-lgbtq-movie-christmas-house</w:t>
        </w:r>
      </w:hyperlink>
      <w:r>
        <w:t xml:space="preserve"> - A first look at Hallmark's first LGBTQ+ movie, 'The Christmas House', reveals Jonathan Bennett in a scene that inspired him to call his family. The film, which premiered on November 22, 2020, features Bennett as Brandon Mitchell, who returns home for Christmas and shares a romantic kiss with his on-screen husband, Jake, played by Brad Harder, marking a significant step in LGBTQ+ representation on the network.</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oughtcatalog.com/jeremy-london/2026/10/jonathan-bennett-says-maga-backlash-makes-him-more-determined-to-tell-gay-love-stories-on-hallmark/" TargetMode="External"/><Relationship Id="rId10" Type="http://schemas.openxmlformats.org/officeDocument/2006/relationships/hyperlink" Target="https://www.thedailybeast.com/obsessed/history-making-hallmark-star-jonathan-bennett-fires-back-at-maga-haters/" TargetMode="External"/><Relationship Id="rId11" Type="http://schemas.openxmlformats.org/officeDocument/2006/relationships/hyperlink" Target="https://www.thepinknews.com/2020/11/23/hallmark-the-christmas-house-jonathan-bennett-gay-kiss/" TargetMode="External"/><Relationship Id="rId12" Type="http://schemas.openxmlformats.org/officeDocument/2006/relationships/hyperlink" Target="https://www.pride.com/movies/2020/10/19/heres-first-look-hallmarks-first-lgbtq-movie-christmas-house" TargetMode="External"/><Relationship Id="rId13" Type="http://schemas.openxmlformats.org/officeDocument/2006/relationships/hyperlink" Target="https://en.wikipedia.org/wiki/The_Christmas_House" TargetMode="External"/><Relationship Id="rId14" Type="http://schemas.openxmlformats.org/officeDocument/2006/relationships/hyperlink" Target="https://en.wikipedia.org/wiki/The_Holiday_Sitter" TargetMode="External"/><Relationship Id="rId15" Type="http://schemas.openxmlformats.org/officeDocument/2006/relationships/hyperlink" Target="https://www.girlsgonehallmark.com/lgbtq-hallmark-mov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