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Tell If a Girl Likes You: Lesbian Dating Signs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Women-loving-women dating can be wonderfully exciting and spectacularly difficult to read. From lingering eye contact to surprisingly specific plans, here’s how to spot a genuine pattern of interest without treating every text, touch or emoji like courtroom evidence.</w:t>
      </w:r>
      <w:r/>
    </w:p>
    <w:p>
      <w:pPr>
        <w:pStyle w:val="Heading2"/>
      </w:pPr>
      <w:r>
        <w:t>Essential Takeaways</w:t>
      </w:r>
      <w:r/>
      <w:r/>
    </w:p>
    <w:p>
      <w:pPr>
        <w:pStyle w:val="ListBullet"/>
        <w:spacing w:line="240" w:lineRule="auto"/>
        <w:ind w:left="720"/>
      </w:pPr>
      <w:r/>
      <w:r>
        <w:rPr>
          <w:b/>
        </w:rPr>
        <w:t>Look for patterns:</w:t>
      </w:r>
      <w:r>
        <w:t xml:space="preserve"> One warm gesture means little, but several consistent signs can suggest romantic interest.</w:t>
      </w:r>
      <w:r/>
    </w:p>
    <w:p>
      <w:pPr>
        <w:pStyle w:val="ListBullet"/>
        <w:spacing w:line="240" w:lineRule="auto"/>
        <w:ind w:left="720"/>
      </w:pPr>
      <w:r/>
      <w:r>
        <w:rPr>
          <w:b/>
        </w:rPr>
        <w:t>Notice the difference:</w:t>
      </w:r>
      <w:r>
        <w:t xml:space="preserve"> Flirting often feels more focused and personal than someone’s usual friendliness.</w:t>
      </w:r>
      <w:r/>
    </w:p>
    <w:p>
      <w:pPr>
        <w:pStyle w:val="ListBullet"/>
        <w:spacing w:line="240" w:lineRule="auto"/>
        <w:ind w:left="720"/>
      </w:pPr>
      <w:r/>
      <w:r>
        <w:rPr>
          <w:b/>
        </w:rPr>
        <w:t>Watch the effort:</w:t>
      </w:r>
      <w:r>
        <w:t xml:space="preserve"> Specific one-to-one plans and remembered details are more revealing than vague invitations.</w:t>
      </w:r>
      <w:r/>
    </w:p>
    <w:p>
      <w:pPr>
        <w:pStyle w:val="ListBullet"/>
        <w:spacing w:line="240" w:lineRule="auto"/>
        <w:ind w:left="720"/>
      </w:pPr>
      <w:r/>
      <w:r>
        <w:rPr>
          <w:b/>
        </w:rPr>
        <w:t>Use clear language:</w:t>
      </w:r>
      <w:r>
        <w:t xml:space="preserve"> Asking someone on a date is kinder and more effective than endless speculation.</w:t>
      </w:r>
      <w:r/>
    </w:p>
    <w:p>
      <w:pPr>
        <w:pStyle w:val="ListBullet"/>
        <w:spacing w:line="240" w:lineRule="auto"/>
        <w:ind w:left="720"/>
      </w:pPr>
      <w:r/>
      <w:r>
        <w:rPr>
          <w:b/>
        </w:rPr>
        <w:t>Respect the answer:</w:t>
      </w:r>
      <w:r>
        <w:t xml:space="preserve"> A no may feel awkward, but handling it graciously protects the friendship.</w:t>
      </w:r>
      <w:r/>
      <w:r/>
    </w:p>
    <w:p>
      <w:pPr>
        <w:pStyle w:val="Heading2"/>
      </w:pPr>
      <w:r>
        <w:t>Why sapphic flirting is so easy to misread</w:t>
      </w:r>
      <w:r/>
    </w:p>
    <w:p>
      <w:r/>
      <w:r>
        <w:t>A friendly woman might compliment your outfit, hug you hello or ask about your weekend. In many queer circles, those gestures can be affectionate, social or romantic, and sometimes they’re all three at once. That ambiguity is part of the charm, but it can also leave you staring at a message thread like it’s an ancient prophecy.</w:t>
      </w:r>
      <w:r/>
    </w:p>
    <w:p>
      <w:r/>
      <w:r>
        <w:t>Dating advice aimed at straight couples often assumes that flirting has an obvious direction. Women dating women don’t always get that neat script, so both people may wait for the other to make the first move. Guidance from DatingScout, Teen Vogue and Mindbodygreen similarly points to clusters of behaviour, including attention, conversation and body language, rather than one supposedly foolproof clue.</w:t>
      </w:r>
      <w:r/>
    </w:p>
    <w:p>
      <w:r/>
      <w:r>
        <w:t>The useful question isn’t simply, "Was she nice?" It’s, "Does she seem especially interested in me, and does that interest keep showing up?" According to Lesbian.com and DatingAdvice, consistency and comparison with how she treats other people are particularly helpful.</w:t>
      </w:r>
      <w:r/>
    </w:p>
    <w:p>
      <w:pPr>
        <w:pStyle w:val="Heading2"/>
      </w:pPr>
      <w:r>
        <w:t>The clearest signs a woman may be interested</w:t>
      </w:r>
      <w:r/>
    </w:p>
    <w:p>
      <w:r/>
      <w:r>
        <w:t>Eye contact can be telling when it lingers, breaks suddenly and returns a moment later. So can repeated attempts to sit near you, keep the conversation going or create small opportunities for physical contact. None of these proves anything alone, but together they may signal that you’ve caught her attention.</w:t>
      </w:r>
      <w:r/>
    </w:p>
    <w:p>
      <w:r/>
      <w:r>
        <w:t>Pay attention to the details she remembers, too. If she asks about an interview you mentioned once, recalls your favourite drink or checks in about a family story, she’s investing in the connection. Practical Pie and Teen Vogue both highlight focused attention and personal curiosity as common signs of attraction.</w:t>
      </w:r>
      <w:r/>
    </w:p>
    <w:p>
      <w:r/>
      <w:r>
        <w:t>Then there are the questions about your love life. She might ask whether you’re seeing anyone, bring up your type or mention her own interest in women. That can be ordinary conversation, but it can also be a low-risk way to find out whether you’re available and potentially interested.</w:t>
      </w:r>
      <w:r/>
    </w:p>
    <w:p>
      <w:pPr>
        <w:pStyle w:val="Heading2"/>
      </w:pPr>
      <w:r>
        <w:t>Friendly or flirty? Compare the whole picture</w:t>
      </w:r>
      <w:r/>
    </w:p>
    <w:p>
      <w:r/>
      <w:r>
        <w:t>Warmth is not the same as flirting. A woman who is affectionate with everyone may simply have a generous social style, whereas romantic interest is often more selective. Look for a noticeable difference in the way she speaks to you, messages you or makes time for you.</w:t>
      </w:r>
      <w:r/>
    </w:p>
    <w:p>
      <w:r/>
      <w:r>
        <w:t>Vague suggestions matter less than concrete invitations. "We should hang out" can be a friendly throwaway line; "Are you free Thursday for a drink?" shows intention. DatingScout and DatingAdvice both stress the value of specific plans, while Mindbodygreen points to sustained communication and active engagement as stronger indicators than isolated gestures.</w:t>
      </w:r>
      <w:r/>
    </w:p>
    <w:p>
      <w:r/>
      <w:r>
        <w:t>Watch the direction of the conversation as well. Someone who talks about her own crushes but never asks about yours may simply be confiding in a friend. Someone who wants to know whether you’re dating, keeps the chat alive and seems disappointed when you mention another person may be signalling something more.</w:t>
      </w:r>
      <w:r/>
    </w:p>
    <w:p>
      <w:pPr>
        <w:pStyle w:val="Heading2"/>
      </w:pPr>
      <w:r>
        <w:t>Small gestures can reveal real effort</w:t>
      </w:r>
      <w:r/>
    </w:p>
    <w:p>
      <w:r/>
      <w:r>
        <w:t>Effort is often less glamorous than flirting, but it’s usually more useful. Does she rearrange her evening to see you, travel out of her way or turn up to something important to you? Those choices don’t guarantee romance, yet they show that the relationship matters to her.</w:t>
      </w:r>
      <w:r/>
    </w:p>
    <w:p>
      <w:r/>
      <w:r>
        <w:t>Specific compliments can carry a little extra weight. "Great jacket" is pleasant; a thoughtful observation about your style, smile or the way you make people feel is more personal. Likewise, teasing and private jokes can create a shared rhythm, provided the humour is kind and welcome.</w:t>
      </w:r>
      <w:r/>
    </w:p>
    <w:p>
      <w:r/>
      <w:r>
        <w:t>Friends can offer clues, although they’re not a substitute for asking. If people in her circle already know who you are, it may mean she’s mentioned you. It could also mean you’re simply memorable, so treat this as supporting evidence rather than a final verdict. Your detective badge can stay in the drawer.</w:t>
      </w:r>
      <w:r/>
    </w:p>
    <w:p>
      <w:pPr>
        <w:pStyle w:val="Heading2"/>
      </w:pPr>
      <w:r>
        <w:t>The best test is a clear, low-pressure question</w:t>
      </w:r>
      <w:r/>
    </w:p>
    <w:p>
      <w:r/>
      <w:r>
        <w:t>Once the signs start forming a pattern, clarity is kinder than prolonged analysis. You don’t need a dramatic confession or a carefully engineered moment. Try, "Would you like to go for a drink with me as a date?" or, "I’m interested in you romantically. How do you feel?"</w:t>
      </w:r>
      <w:r/>
    </w:p>
    <w:p>
      <w:r/>
      <w:r>
        <w:t>That wording removes the most exhausting part of sapphic dating: guessing what "hanging out" means. It also gives her room to answer honestly without forcing her into a public declaration. The advice across Lesbian.com and DatingAdvice is broadly sensible here: direct communication beats trying to decode every glance.</w:t>
      </w:r>
      <w:r/>
    </w:p>
    <w:p>
      <w:r/>
      <w:r>
        <w:t>A no may sting, but it doesn’t have to become a social disaster. Thank her for being honest, give the situation a little breathing space and decide whether friendship feels comfortable. If the answer is yes, wonderful. If it’s not, you’ve still replaced uncertainty with useful information, which is a quiet kind of victory.</w:t>
      </w:r>
      <w:r/>
    </w:p>
    <w:p>
      <w:pPr>
        <w:pStyle w:val="Heading2"/>
      </w:pPr>
      <w:r>
        <w:t>Let interest be mutual, clear and kind</w:t>
      </w:r>
      <w:r/>
    </w:p>
    <w:p>
      <w:r/>
      <w:r>
        <w:t>The most reliable sign isn’t a perfect combination of body language, messages and compliments. It’s reciprocal effort followed by an honest conversation. If you like her, make it easier for her by giving a clear signal too; nobody should have to pass a secret exam before asking someone out.</w:t>
      </w:r>
      <w:r/>
    </w:p>
    <w:p>
      <w:r/>
      <w:r>
        <w:t>As the wider dating advice suggests, attraction is rarely communicated through one magical gesture. It grows through repeated attention, time together and the willingness to be a little brave. Sometimes the boldest move is simply saying what you mean.</w:t>
      </w:r>
      <w:r/>
    </w:p>
    <w:p>
      <w:r/>
      <w:r>
        <w:t>It's easier to enjoy the spark once nobody has to decode it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https://nonchalantmagazine.com/how-to-tell-if-a-girl-likes-you-lesbian-guide-11-signs/</w:t>
        </w:r>
      </w:hyperlink>
      <w:r>
        <w:t xml:space="preserve"> - Please view link - unable to able to access data</w:t>
      </w:r>
      <w:r/>
    </w:p>
    <w:p>
      <w:pPr>
        <w:pStyle w:val="ListNumber"/>
        <w:spacing w:line="240" w:lineRule="auto"/>
        <w:ind w:left="720"/>
      </w:pPr>
      <w:r/>
      <w:hyperlink r:id="rId10">
        <w:r>
          <w:rPr>
            <w:color w:val="0000EE"/>
            <w:u w:val="single"/>
          </w:rPr>
          <w:t>https://www.datingscout.com/dating-tips/men/how-to-tell-if-a-girl-likes-you</w:t>
        </w:r>
      </w:hyperlink>
      <w:r>
        <w:t xml:space="preserve"> - This comprehensive guide from DatingScout explores various signs that a girl may be interested in you. It covers both obvious and subtle indicators, such as prolonged eye contact, initiating conversations, and physical touch. The article also delves into understanding mixed signals and provides advice on interpreting these cues accurately. It emphasizes the importance of context and individual differences in recognizing romantic interest.</w:t>
      </w:r>
      <w:r/>
    </w:p>
    <w:p>
      <w:pPr>
        <w:pStyle w:val="ListNumber"/>
        <w:spacing w:line="240" w:lineRule="auto"/>
        <w:ind w:left="720"/>
      </w:pPr>
      <w:r/>
      <w:hyperlink r:id="rId11">
        <w:r>
          <w:rPr>
            <w:color w:val="0000EE"/>
            <w:u w:val="single"/>
          </w:rPr>
          <w:t>https://www.teenvogue.com/story/how-to-tell-if-a-girl-likes-you-27-surefire-signs</w:t>
        </w:r>
      </w:hyperlink>
      <w:r>
        <w:t xml:space="preserve"> - Teen Vogue offers a detailed list of 35 signs that a girl might like you, ranging from clear to subtle cues. The article discusses behaviors like frequent smiling, mirroring actions, and finding reasons to spend time together. It also highlights the significance of body language and verbal hints. The piece aims to help readers navigate the complexities of understanding romantic interest in a straightforward manner.</w:t>
      </w:r>
      <w:r/>
    </w:p>
    <w:p>
      <w:pPr>
        <w:pStyle w:val="ListNumber"/>
        <w:spacing w:line="240" w:lineRule="auto"/>
        <w:ind w:left="720"/>
      </w:pPr>
      <w:r/>
      <w:hyperlink r:id="rId12">
        <w:r>
          <w:rPr>
            <w:color w:val="0000EE"/>
            <w:u w:val="single"/>
          </w:rPr>
          <w:t>https://www.mindbodygreen.com/articles/how-to-tell-if-girl-likes-you</w:t>
        </w:r>
      </w:hyperlink>
      <w:r>
        <w:t xml:space="preserve"> - Mindbodygreen provides insights into recognizing if a girl likes you, according to relationship experts. The article outlines 23 signs, including increased communication, physical proximity, and personal questions. It also addresses signs that may indicate disinterest, helping readers distinguish between genuine interest and friendly behavior. The piece emphasizes the importance of clear communication and understanding individual boundaries.</w:t>
      </w:r>
      <w:r/>
    </w:p>
    <w:p>
      <w:pPr>
        <w:pStyle w:val="ListNumber"/>
        <w:spacing w:line="240" w:lineRule="auto"/>
        <w:ind w:left="720"/>
      </w:pPr>
      <w:r/>
      <w:hyperlink r:id="rId13">
        <w:r>
          <w:rPr>
            <w:color w:val="0000EE"/>
            <w:u w:val="single"/>
          </w:rPr>
          <w:t>https://practicalpie.com/signs-a-girl-likes-you/</w:t>
        </w:r>
      </w:hyperlink>
      <w:r>
        <w:t xml:space="preserve"> - Practical Psychology presents 49 signs that a girl likes you, from clear to subtle indicators. The article includes behaviors like frequent smiling, prolonged eye contact, and initiating conversations. It also discusses psychological insights into these signs, helping readers understand the underlying motivations. The piece aims to provide a comprehensive understanding of romantic interest through various cues.</w:t>
      </w:r>
      <w:r/>
    </w:p>
    <w:p>
      <w:pPr>
        <w:pStyle w:val="ListNumber"/>
        <w:spacing w:line="240" w:lineRule="auto"/>
        <w:ind w:left="720"/>
      </w:pPr>
      <w:r/>
      <w:hyperlink r:id="rId14">
        <w:r>
          <w:rPr>
            <w:color w:val="0000EE"/>
            <w:u w:val="single"/>
          </w:rPr>
          <w:t>https://www.lesbian.com/how-to-tell-if-a-woman-likes-you/</w:t>
        </w:r>
      </w:hyperlink>
      <w:r>
        <w:t xml:space="preserve"> - Lesbian.com offers guidance on recognizing if a woman likes you, particularly for bisexual and lesbian women. The article discusses signs such as making eye contact, sitting near you, and going out of her way to engage with you. It also addresses the challenges of interpreting these signs and emphasizes the importance of context in understanding romantic interest.</w:t>
      </w:r>
      <w:r/>
    </w:p>
    <w:p>
      <w:pPr>
        <w:pStyle w:val="ListNumber"/>
        <w:spacing w:line="240" w:lineRule="auto"/>
        <w:ind w:left="720"/>
      </w:pPr>
      <w:r/>
      <w:hyperlink r:id="rId15">
        <w:r>
          <w:rPr>
            <w:color w:val="0000EE"/>
            <w:u w:val="single"/>
          </w:rPr>
          <w:t>https://www.datingadvice.com/lesbian/signs-a-lesbian-likes-you</w:t>
        </w:r>
      </w:hyperlink>
      <w:r>
        <w:t xml:space="preserve"> - DatingAdvice.com provides insights into how lesbians act when they like you, highlighting four key signs. The article discusses bringing up queerness in conversation, such as mentioning past relationships or involvement in LGBTQ+ groups, as a way to gauge mutual interest. It also emphasizes the importance of context and individual differences in interpreting these cues.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how-to-tell-if-a-girl-likes-you-lesbian-guide-11-signs/" TargetMode="External"/><Relationship Id="rId10" Type="http://schemas.openxmlformats.org/officeDocument/2006/relationships/hyperlink" Target="https://www.datingscout.com/dating-tips/men/how-to-tell-if-a-girl-likes-you" TargetMode="External"/><Relationship Id="rId11" Type="http://schemas.openxmlformats.org/officeDocument/2006/relationships/hyperlink" Target="https://www.teenvogue.com/story/how-to-tell-if-a-girl-likes-you-27-surefire-signs" TargetMode="External"/><Relationship Id="rId12" Type="http://schemas.openxmlformats.org/officeDocument/2006/relationships/hyperlink" Target="https://www.mindbodygreen.com/articles/how-to-tell-if-girl-likes-you" TargetMode="External"/><Relationship Id="rId13" Type="http://schemas.openxmlformats.org/officeDocument/2006/relationships/hyperlink" Target="https://practicalpie.com/signs-a-girl-likes-you/" TargetMode="External"/><Relationship Id="rId14" Type="http://schemas.openxmlformats.org/officeDocument/2006/relationships/hyperlink" Target="https://www.lesbian.com/how-to-tell-if-a-woman-likes-you/" TargetMode="External"/><Relationship Id="rId15" Type="http://schemas.openxmlformats.org/officeDocument/2006/relationships/hyperlink" Target="https://www.datingadvice.com/lesbian/signs-a-lesbian-likes-yo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