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Poetry Collections Explore Love’s In-Between Spaces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into an October poetry drop from the Queer Love Project, where four poets examine attraction, intimacy, danger and emotional uncertainty. Their sharply different voices make the collection feel less like a tidy anthology and more like an honest walk through the complicated spaces between being single, seeking and committed.</w:t>
      </w:r>
      <w:r/>
    </w:p>
    <w:p>
      <w:pPr>
        <w:pStyle w:val="Heading2"/>
      </w:pPr>
      <w:r>
        <w:t>Essential Takeaways</w:t>
      </w:r>
      <w:r/>
      <w:r/>
    </w:p>
    <w:p>
      <w:pPr>
        <w:pStyle w:val="ListBullet"/>
        <w:spacing w:line="240" w:lineRule="auto"/>
        <w:ind w:left="720"/>
      </w:pPr>
      <w:r/>
      <w:r>
        <w:rPr>
          <w:b/>
        </w:rPr>
        <w:t>Four distinct voices:</w:t>
      </w:r>
      <w:r>
        <w:t xml:space="preserve"> The issue features Andie Sheridan, Arya-Francesca Jenkins, Christopher Stephen Soden and José Enrique Medina.</w:t>
      </w:r>
      <w:r/>
    </w:p>
    <w:p>
      <w:pPr>
        <w:pStyle w:val="ListBullet"/>
        <w:spacing w:line="240" w:lineRule="auto"/>
        <w:ind w:left="720"/>
      </w:pPr>
      <w:r/>
      <w:r>
        <w:rPr>
          <w:b/>
        </w:rPr>
        <w:t>Love without neat labels:</w:t>
      </w:r>
      <w:r>
        <w:t xml:space="preserve"> The poems explore queer dating, tentative connection, sex, loneliness and commitment.</w:t>
      </w:r>
      <w:r/>
    </w:p>
    <w:p>
      <w:pPr>
        <w:pStyle w:val="ListBullet"/>
        <w:spacing w:line="240" w:lineRule="auto"/>
        <w:ind w:left="720"/>
      </w:pPr>
      <w:r/>
      <w:r>
        <w:rPr>
          <w:b/>
        </w:rPr>
        <w:t>Striking imagery:</w:t>
      </w:r>
      <w:r>
        <w:t xml:space="preserve"> Aquariums, dim bars, cigarettes, mythology and personal adverts become emotional landmarks.</w:t>
      </w:r>
      <w:r/>
    </w:p>
    <w:p>
      <w:pPr>
        <w:pStyle w:val="ListBullet"/>
        <w:spacing w:line="240" w:lineRule="auto"/>
        <w:ind w:left="720"/>
      </w:pPr>
      <w:r/>
      <w:r>
        <w:rPr>
          <w:b/>
        </w:rPr>
        <w:t>A welcoming platform:</w:t>
      </w:r>
      <w:r>
        <w:t xml:space="preserve"> The Queer Love Project also invites poets to submit work for future features.</w:t>
      </w:r>
      <w:r/>
    </w:p>
    <w:p>
      <w:pPr>
        <w:pStyle w:val="ListBullet"/>
        <w:spacing w:line="240" w:lineRule="auto"/>
        <w:ind w:left="720"/>
      </w:pPr>
      <w:r/>
      <w:r>
        <w:rPr>
          <w:b/>
        </w:rPr>
        <w:t>Worth reading slowly:</w:t>
      </w:r>
      <w:r>
        <w:t xml:space="preserve"> These are poems with sharp edges, so a quiet moment helps their details land.</w:t>
      </w:r>
      <w:r/>
      <w:r/>
    </w:p>
    <w:p>
      <w:pPr>
        <w:pStyle w:val="Heading2"/>
      </w:pPr>
      <w:r>
        <w:t>October’s queer poetry finds meaning in the gaps</w:t>
      </w:r>
      <w:r/>
    </w:p>
    <w:p>
      <w:r/>
      <w:r>
        <w:t>Autumn is a fitting setting for this collection. The season sits between warmth and cold, just as these poems linger between desire and distance, flirtation and commitment, curiosity and fear. The Queer Love Project frames the issue around those uncertain spaces, and the result is intimate without becoming cosy.</w:t>
      </w:r>
      <w:r/>
    </w:p>
    <w:p>
      <w:r/>
      <w:r>
        <w:t>The opening poem, “Looking for Seahorses, I Take Ohio to the New England Aquarium”, turns a date into a series of small cultural and emotional misfires. Aquarium creatures, dim sum and family histories all become ways of asking how two people learn to recognise one another. It’s tender, funny and quietly tense, like a conversation where every ordinary detail carries a hidden question.</w:t>
      </w:r>
      <w:r/>
    </w:p>
    <w:p>
      <w:pPr>
        <w:pStyle w:val="Heading2"/>
      </w:pPr>
      <w:r>
        <w:t>Four poets, four very different kinds of intimacy</w:t>
      </w:r>
      <w:r/>
    </w:p>
    <w:p>
      <w:r/>
      <w:r>
        <w:t>Andie Sheridan’s poem is interested in the awkwardness of translation, both literal and emotional. Its images are wonderfully strange, moving from seahorses and seadragons to chicken feet and the idea of a phoenix claw. Beneath the wit sits a more vulnerable concern: what happens when one person is carrying experiences the other hasn’t yet encountered?</w:t>
      </w:r>
      <w:r/>
    </w:p>
    <w:p>
      <w:r/>
      <w:r>
        <w:t>Arya-Francesca Jenkins takes readers into a dim bar in “Nineteen”, where cigarettes, beer and a cautious invitation create the atmosphere. The poem feels cinematic, but its real subject is recognition. A glance across a room becomes a possible doorway, with all the uncertainty that comes before someone decides whether to walk through it.</w:t>
      </w:r>
      <w:r/>
    </w:p>
    <w:p>
      <w:pPr>
        <w:pStyle w:val="Heading2"/>
      </w:pPr>
      <w:r>
        <w:t>Desire can be funny, frightening and painfully direct</w:t>
      </w:r>
      <w:r/>
    </w:p>
    <w:p>
      <w:r/>
      <w:r>
        <w:t>Christopher Stephen Soden’s “Succumbing to beauty” moves into darker territory. Its speaker reaches for connection during a period of isolation, but the encounter blurs longing, performance and vulnerability. Mythological language gives the poem an almost ritual quality, while the blunt details keep it rooted in the messiness of real bodies and real desire.</w:t>
      </w:r>
      <w:r/>
    </w:p>
    <w:p>
      <w:r/>
      <w:r>
        <w:t>José Enrique Medina’s “Men Seeking Men: Personal Ads” is more satirical on the surface, yet its humour has teeth. Each fictional advert exposes a different unhealthy fantasy, from wanting a partner without a past to treating manipulation as romance. The jokes land because the emotional patterns underneath them are recognisable, and occasionally uncomfortably so.</w:t>
      </w:r>
      <w:r/>
    </w:p>
    <w:p>
      <w:pPr>
        <w:pStyle w:val="Heading2"/>
      </w:pPr>
      <w:r>
        <w:t>Why this collection feels timely</w:t>
      </w:r>
      <w:r/>
    </w:p>
    <w:p>
      <w:r/>
      <w:r>
        <w:t>Queer poetry has long offered room for experiences that don’t fit conventional romantic storytelling. These poems don’t insist that every encounter should become a relationship, or that desire must lead somewhere respectable. Instead, they pay attention to the pauses, contradictions and warning signs that often get edited out of love stories.</w:t>
      </w:r>
      <w:r/>
    </w:p>
    <w:p>
      <w:r/>
      <w:r>
        <w:t>That makes the issue especially useful for readers searching for contemporary queer poetry about dating and intimacy. It doesn’t present connection as a smooth journey. Sometimes it looks like trying unfamiliar food together; sometimes it’s a stranger offering a drink; sometimes it’s recognising that attraction and safety aren’t the same thing.</w:t>
      </w:r>
      <w:r/>
    </w:p>
    <w:p>
      <w:pPr>
        <w:pStyle w:val="Heading2"/>
      </w:pPr>
      <w:r>
        <w:t>A small, open door for new poets</w:t>
      </w:r>
      <w:r/>
    </w:p>
    <w:p>
      <w:r/>
      <w:r>
        <w:t>The Queer Love Project also points prospective contributors towards its submission guidance and an introductory piece about creating a place for poems to grow. That invitation matters. Literary spaces can feel daunting, particularly for writers whose work sits outside familiar romantic or gendered narratives.</w:t>
      </w:r>
      <w:r/>
    </w:p>
    <w:p>
      <w:r/>
      <w:r>
        <w:t>For readers, the submission call adds a pleasant sense of continuity. This isn’t simply a one-off reading list; it’s part of a wider attempt to build a home for queer writing. And for emerging poets, that open door may be just as important as the poems already on the page.</w:t>
      </w:r>
      <w:r/>
    </w:p>
    <w:p>
      <w:r/>
      <w:r>
        <w:t>The October issue leaves a lasting impression because it understands that intimacy rarely arrives in perfect packaging. It comes with jokes, misreadings, appetite, risk and the occasional cigarette smoke.</w:t>
      </w:r>
      <w:r/>
    </w:p>
    <w:p>
      <w:r/>
      <w:r>
        <w:t>Explore queer poetry that makes room for complicated feelings.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https://queerloveproject.substack.com/p/poetry-drop-october-2026</w:t>
        </w:r>
      </w:hyperlink>
      <w:r>
        <w:t xml:space="preserve"> - Please view link - unable to able to access data</w:t>
      </w:r>
      <w:r/>
    </w:p>
    <w:p>
      <w:pPr>
        <w:pStyle w:val="ListNumber"/>
        <w:spacing w:line="240" w:lineRule="auto"/>
        <w:ind w:left="720"/>
      </w:pPr>
      <w:r/>
      <w:hyperlink r:id="rId9">
        <w:r>
          <w:rPr>
            <w:color w:val="0000EE"/>
            <w:u w:val="single"/>
          </w:rPr>
          <w:t>https://queerloveproject.substack.com/p/poetry-drop-october-2026</w:t>
        </w:r>
      </w:hyperlink>
      <w:r>
        <w:t xml:space="preserve"> - The Queer Love Project's October 2026 Poetry Drop features poems exploring the transitional period of autumn, focusing on the in-between spaces of queer dating and relationships. The collection includes works by Andie Sheridan, Arya-Francesca Jenkins, Christopher Stephen Soden, and José Enrique Medina. Each poet offers a unique perspective on themes of identity, connection, and the complexities of love. The publication also provides information on submitting poetry and understanding the project's vision for fostering queer voices in literature.</w:t>
      </w:r>
      <w:r/>
    </w:p>
    <w:p>
      <w:pPr>
        <w:pStyle w:val="ListNumber"/>
        <w:spacing w:line="240" w:lineRule="auto"/>
        <w:ind w:left="720"/>
      </w:pPr>
      <w:r/>
      <w:hyperlink r:id="rId11">
        <w:r>
          <w:rPr>
            <w:color w:val="0000EE"/>
            <w:u w:val="single"/>
          </w:rPr>
          <w:t>https://queerloveproject.substack.com/p/poetry-call-for-submissions</w:t>
        </w:r>
      </w:hyperlink>
      <w:r>
        <w:t xml:space="preserve"> - The Queer Love Project is seeking poetry submissions for its monthly drops, aiming to publish 5-10 poems each month. The call is open to works that delve into questions, confusion, discovery, and celebration of queer identity, as well as themes of growth, pain, and beauty. The publication encourages submissions that explore the sexual, erotic, and pleasurable aspects of queer experiences, while maintaining a commitment to inclusivity and respect.</w:t>
      </w:r>
      <w:r/>
    </w:p>
    <w:p>
      <w:pPr>
        <w:pStyle w:val="ListNumber"/>
        <w:spacing w:line="240" w:lineRule="auto"/>
        <w:ind w:left="720"/>
      </w:pPr>
      <w:r/>
      <w:hyperlink r:id="rId10">
        <w:r>
          <w:rPr>
            <w:color w:val="0000EE"/>
            <w:u w:val="single"/>
          </w:rPr>
          <w:t>https://opencalls.ai/opencalls/open-call-inaugural-issue-trans-artists-of-kskcmo-petrichor-art-literary-0b74a306-217c-4cbc-9b0b-264f16938ab2</w:t>
        </w:r>
      </w:hyperlink>
      <w:r>
        <w:t xml:space="preserve"> - Petrichor Art &amp; Literary, a nonprofit indie press, is launching its new digital journal, The Drop, and is seeking visual art submissions for its inaugural October 2026 issue. The call is dedicated to trans, nonbinary, and queer creators based in Kansas and the greater Kansas City metropolitan area. Artists are invited to submit one to three images, with selected works receiving online placement, nomination for the Best of the Net award, and other promotional opportunities.</w:t>
      </w:r>
      <w:r/>
    </w:p>
    <w:p>
      <w:pPr>
        <w:pStyle w:val="ListNumber"/>
        <w:spacing w:line="240" w:lineRule="auto"/>
        <w:ind w:left="720"/>
      </w:pPr>
      <w:r/>
      <w:hyperlink r:id="rId12">
        <w:r>
          <w:rPr>
            <w:color w:val="0000EE"/>
            <w:u w:val="single"/>
          </w:rPr>
          <w:t>https://duotrope.com/magazine/queer-poem-club-40128</w:t>
        </w:r>
      </w:hyperlink>
      <w:r>
        <w:t xml:space="preserve"> - Queer Poem Club is accepting poetry submissions through 15 October 2026. The publication is open to a broad audience and welcomes poems of various forms and styles, with no specific topic restrictions. They offer semi-professional payment for accepted works and encourage submissions from poets of all backgrounds. The magazine aims to provide a platform for diverse voices within the queer community.</w:t>
      </w:r>
      <w:r/>
    </w:p>
    <w:p>
      <w:pPr>
        <w:pStyle w:val="ListNumber"/>
        <w:spacing w:line="240" w:lineRule="auto"/>
        <w:ind w:left="720"/>
      </w:pPr>
      <w:r/>
      <w:hyperlink r:id="rId13">
        <w:r>
          <w:rPr>
            <w:color w:val="0000EE"/>
            <w:u w:val="single"/>
          </w:rPr>
          <w:t>https://othersidespec.com/about-portals/</w:t>
        </w:r>
      </w:hyperlink>
      <w:r>
        <w:t xml:space="preserve"> - OTHERSIDE's 'Portals' is a line of themed mini-anthologies from Hybris Press, each helmed by a guest editor and available in ebook and print formats. The first installment, co-edited by Angel Leal and Jess Cho, is scheduled for late October 2026 and focuses on horror fiction and poetry by trans authors. All proceeds from this issue will go to Trans Lifeline, supporting the trans community.</w:t>
      </w:r>
      <w:r/>
    </w:p>
    <w:p>
      <w:pPr>
        <w:pStyle w:val="ListNumber"/>
        <w:spacing w:line="240" w:lineRule="auto"/>
        <w:ind w:left="720"/>
      </w:pPr>
      <w:r/>
      <w:hyperlink r:id="rId14">
        <w:r>
          <w:rPr>
            <w:color w:val="0000EE"/>
            <w:u w:val="single"/>
          </w:rPr>
          <w:t>https://siblingrivalrypress.bigcartel.com/product/assaracus-issue-30-a-journal-of-gay-and-queer-poetry</w:t>
        </w:r>
      </w:hyperlink>
      <w:r>
        <w:t xml:space="preserve"> - Assaracus Issue 30, scheduled for release on 22 October 2026, is a journal of gay and queer poetry published by Sibling Rivalry Press. The issue features works by emerging, established, and elder voices across generations and geographies, including substantial portfolios by Cheryl Boyce-Taylor, Guillermo Filice Castro, and others. The publication captures the range, urgency, history, humor, desire, and possibility of gay and queer poetry today.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poetry-drop-october-2026" TargetMode="External"/><Relationship Id="rId10" Type="http://schemas.openxmlformats.org/officeDocument/2006/relationships/hyperlink" Target="https://opencalls.ai/opencalls/open-call-inaugural-issue-trans-artists-of-kskcmo-petrichor-art-literary-0b74a306-217c-4cbc-9b0b-264f16938ab2" TargetMode="External"/><Relationship Id="rId11" Type="http://schemas.openxmlformats.org/officeDocument/2006/relationships/hyperlink" Target="https://queerloveproject.substack.com/p/poetry-call-for-submissions" TargetMode="External"/><Relationship Id="rId12" Type="http://schemas.openxmlformats.org/officeDocument/2006/relationships/hyperlink" Target="https://duotrope.com/magazine/queer-poem-club-40128" TargetMode="External"/><Relationship Id="rId13" Type="http://schemas.openxmlformats.org/officeDocument/2006/relationships/hyperlink" Target="https://othersidespec.com/about-portals/" TargetMode="External"/><Relationship Id="rId14" Type="http://schemas.openxmlformats.org/officeDocument/2006/relationships/hyperlink" Target="https://siblingrivalrypress.bigcartel.com/product/assaracus-issue-30-a-journal-of-gay-and-queer-poet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