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With Intimacy, Romance and Real Stakes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revisiting the best queer films for steamy scenes that offer more than spectacle. From a Paris nightclub romance to a London laundrette, these celebrated stories pair physical desire with tenderness, identity and social tension, making them especially compelling choices for anyone seeking LGBTQ+ cinema with emotional depth.</w:t>
      </w:r>
      <w:r/>
    </w:p>
    <w:p>
      <w:pPr>
        <w:pStyle w:val="Heading2"/>
      </w:pPr>
      <w:r>
        <w:t>Essential Takeaways</w:t>
      </w:r>
      <w:r/>
      <w:r/>
    </w:p>
    <w:p>
      <w:pPr>
        <w:pStyle w:val="ListBullet"/>
        <w:spacing w:line="240" w:lineRule="auto"/>
        <w:ind w:left="720"/>
      </w:pPr>
      <w:r/>
      <w:r>
        <w:rPr>
          <w:b/>
        </w:rPr>
        <w:t>Parisian intensity:</w:t>
      </w:r>
      <w:r>
        <w:t xml:space="preserve"> </w:t>
      </w:r>
      <w:r>
        <w:rPr>
          <w:i/>
        </w:rPr>
        <w:t>Paris 05:59: Théo &amp; Hugo</w:t>
      </w:r>
      <w:r>
        <w:t xml:space="preserve"> turns a chance nightclub encounter into a tense overnight romance.</w:t>
      </w:r>
      <w:r/>
    </w:p>
    <w:p>
      <w:pPr>
        <w:pStyle w:val="ListBullet"/>
        <w:spacing w:line="240" w:lineRule="auto"/>
        <w:ind w:left="720"/>
      </w:pPr>
      <w:r/>
      <w:r>
        <w:rPr>
          <w:b/>
        </w:rPr>
        <w:t>More than provocation:</w:t>
      </w:r>
      <w:r>
        <w:t xml:space="preserve"> Its explicit opening gives way to questions about trust, health and what happens after the fantasy fades.</w:t>
      </w:r>
      <w:r/>
    </w:p>
    <w:p>
      <w:pPr>
        <w:pStyle w:val="ListBullet"/>
        <w:spacing w:line="240" w:lineRule="auto"/>
        <w:ind w:left="720"/>
      </w:pPr>
      <w:r/>
      <w:r>
        <w:rPr>
          <w:b/>
        </w:rPr>
        <w:t>A lasting classic:</w:t>
      </w:r>
      <w:r>
        <w:t xml:space="preserve"> </w:t>
      </w:r>
      <w:r>
        <w:rPr>
          <w:i/>
        </w:rPr>
        <w:t>My Beautiful Laundrette</w:t>
      </w:r>
      <w:r>
        <w:t xml:space="preserve"> combines romance with race, class and sexuality in 1980s London.</w:t>
      </w:r>
      <w:r/>
    </w:p>
    <w:p>
      <w:pPr>
        <w:pStyle w:val="ListBullet"/>
        <w:spacing w:line="240" w:lineRule="auto"/>
        <w:ind w:left="720"/>
      </w:pPr>
      <w:r/>
      <w:r>
        <w:rPr>
          <w:b/>
        </w:rPr>
        <w:t>Strong emotional contrast:</w:t>
      </w:r>
      <w:r>
        <w:t xml:space="preserve"> Both films balance sensuality with vulnerability, so the most memorable moments aren't necessarily the loudest ones.</w:t>
      </w:r>
      <w:r/>
    </w:p>
    <w:p>
      <w:pPr>
        <w:pStyle w:val="ListBullet"/>
        <w:spacing w:line="240" w:lineRule="auto"/>
        <w:ind w:left="720"/>
      </w:pPr>
      <w:r/>
      <w:r>
        <w:rPr>
          <w:b/>
        </w:rPr>
        <w:t>A useful starting point:</w:t>
      </w:r>
      <w:r>
        <w:t xml:space="preserve"> Choose </w:t>
      </w:r>
      <w:r>
        <w:rPr>
          <w:i/>
        </w:rPr>
        <w:t>Paris 05:59</w:t>
      </w:r>
      <w:r>
        <w:t xml:space="preserve"> for urgency and intimacy, or </w:t>
      </w:r>
      <w:r>
        <w:rPr>
          <w:i/>
        </w:rPr>
        <w:t>My Beautiful Laundrette</w:t>
      </w:r>
      <w:r>
        <w:t xml:space="preserve"> for layered social drama.</w:t>
      </w:r>
      <w:r/>
      <w:r/>
    </w:p>
    <w:p>
      <w:pPr>
        <w:pStyle w:val="Heading2"/>
      </w:pPr>
      <w:r>
        <w:t>When desire becomes the whole story</w:t>
      </w:r>
      <w:r/>
    </w:p>
    <w:p>
      <w:r/>
      <w:r>
        <w:t xml:space="preserve">The first minutes of </w:t>
      </w:r>
      <w:r>
        <w:rPr>
          <w:i/>
        </w:rPr>
        <w:t>Paris 05:59: Théo &amp; Hugo</w:t>
      </w:r>
      <w:r>
        <w:t xml:space="preserve"> are deliberately overwhelming. The camera moves through a crowded Paris sex club, capturing bodies, music and charged glances before the film narrows its focus to two strangers searching for something that might last beyond sunrise.</w:t>
      </w:r>
      <w:r/>
    </w:p>
    <w:p>
      <w:r/>
      <w:r>
        <w:t>Roger Ebert's review highlights the film's shift from erotic spectacle to a more intimate emotional journey. That's the trick that makes it linger. The heat is immediate, but the uncertainty afterwards is where the real drama begins.</w:t>
      </w:r>
      <w:r/>
    </w:p>
    <w:p>
      <w:pPr>
        <w:pStyle w:val="Heading2"/>
      </w:pPr>
      <w:r>
        <w:t>A night out, followed by difficult questions</w:t>
      </w:r>
      <w:r/>
    </w:p>
    <w:p>
      <w:r/>
      <w:r>
        <w:t>Théo and Hugo's connection is tested when a detail about their encounter changes the mood completely. Suddenly, the romantic fantasy has practical consequences, and the pair must deal with trust, sexual health and the fragile awkwardness of getting to know someone under pressure.</w:t>
      </w:r>
      <w:r/>
    </w:p>
    <w:p>
      <w:r/>
      <w:r>
        <w:t>The film's power comes from refusing to treat those questions as a lecture. Instead, they become part of the messy, tender conversation between two people who may have met at the least conventional starting point imaginable. As Ioncinema's review suggests, the film uses its compressed timeframe to make every hesitation feel close and immediate.</w:t>
      </w:r>
      <w:r/>
    </w:p>
    <w:p>
      <w:pPr>
        <w:pStyle w:val="Heading2"/>
      </w:pPr>
      <w:r>
        <w:t>Why the nightclub setting matters</w:t>
      </w:r>
      <w:r/>
    </w:p>
    <w:p>
      <w:r/>
      <w:r>
        <w:t>A sex club can be presented as either lurid or liberating, but this film treats it as a social space with its own rules, rituals and loneliness. The opening is busy and anonymous; the later journey through Paris feels quieter, almost dreamlike, as though the city is giving the characters room to decide what they want.</w:t>
      </w:r>
      <w:r/>
    </w:p>
    <w:p>
      <w:r/>
      <w:r>
        <w:t>That contrast also explains why the film appeals to viewers looking for emotionally intense LGBTQ+ films. It isn't simply about a provocative beginning. It's about what intimacy means when the music stops and two people have to speak plainly.</w:t>
      </w:r>
      <w:r/>
    </w:p>
    <w:p>
      <w:pPr>
        <w:pStyle w:val="Heading2"/>
      </w:pPr>
      <w:r>
        <w:rPr>
          <w:i/>
        </w:rPr>
        <w:t>My Beautiful Laundrette</w:t>
      </w:r>
      <w:r>
        <w:t xml:space="preserve"> still feels surprisingly modern</w:t>
      </w:r>
      <w:r/>
    </w:p>
    <w:p>
      <w:r/>
      <w:r>
        <w:t xml:space="preserve">Released in the 1980s, </w:t>
      </w:r>
      <w:r>
        <w:rPr>
          <w:i/>
        </w:rPr>
        <w:t>My Beautiful Laundrette</w:t>
      </w:r>
      <w:r>
        <w:t xml:space="preserve"> follows Omar, a young British Pakistani man, and Johnny, a former lover played by Daniel Day-Lewis, as they rebuild a struggling laundrette and rekindle their relationship. The setting is wonderfully ordinary: washing machines, cramped streets and the daily grind of running a business.</w:t>
      </w:r>
      <w:r/>
    </w:p>
    <w:p>
      <w:r/>
      <w:r>
        <w:t>Yet the romance sits inside a much bigger story about race, class, family expectations and sexuality. Roger Ebert's assessment of the film underlines how unusual its tenderness was for its time, particularly because it allowed desire and social conflict to exist side by side rather than reducing either to a simple message.</w:t>
      </w:r>
      <w:r/>
    </w:p>
    <w:p>
      <w:pPr>
        <w:pStyle w:val="Heading2"/>
      </w:pPr>
      <w:r>
        <w:t>Two films, two kinds of queer romance</w:t>
      </w:r>
      <w:r/>
    </w:p>
    <w:p>
      <w:r/>
      <w:r>
        <w:t xml:space="preserve">These films make an interesting pairing. </w:t>
      </w:r>
      <w:r>
        <w:rPr>
          <w:i/>
        </w:rPr>
        <w:t>Paris 05:59</w:t>
      </w:r>
      <w:r>
        <w:t xml:space="preserve"> is immediate, nocturnal and physically direct, while </w:t>
      </w:r>
      <w:r>
        <w:rPr>
          <w:i/>
        </w:rPr>
        <w:t>My Beautiful Laundrette</w:t>
      </w:r>
      <w:r>
        <w:t xml:space="preserve"> is more rooted in work, community and the slow friction of everyday life. One feels like a long night that could change everything; the other feels like a relationship trying to survive the world around it.</w:t>
      </w:r>
      <w:r/>
    </w:p>
    <w:p>
      <w:r/>
      <w:r>
        <w:t>Hanif Kureishi's writing remains central to the latter film's identity, and later profiles in The Atlantic and Le Monde have revisited his importance as a writer of desire, race and belonging. For viewers exploring queer cinema today, that context adds another layer to a film that still feels both romantic and sharply observant.</w:t>
      </w:r>
      <w:r/>
    </w:p>
    <w:p>
      <w:pPr>
        <w:pStyle w:val="Heading2"/>
      </w:pPr>
      <w:r>
        <w:t>What to watch first</w:t>
      </w:r>
      <w:r/>
    </w:p>
    <w:p>
      <w:r/>
      <w:r>
        <w:t xml:space="preserve">If you're after a film with urgent chemistry and a single-night structure, start with </w:t>
      </w:r>
      <w:r>
        <w:rPr>
          <w:i/>
        </w:rPr>
        <w:t>Paris 05:59: Théo &amp; Hugo</w:t>
      </w:r>
      <w:r>
        <w:t>. Its frankness may be challenging, but the emotional payoff comes from watching attraction develop into something more thoughtful.</w:t>
      </w:r>
      <w:r/>
    </w:p>
    <w:p>
      <w:r/>
      <w:r>
        <w:t xml:space="preserve">For a richer, more socially textured evening, choose </w:t>
      </w:r>
      <w:r>
        <w:rPr>
          <w:i/>
        </w:rPr>
        <w:t>My Beautiful Laundrette</w:t>
      </w:r>
      <w:r>
        <w:t>. It has humour, messiness and a soft, stubborn romantic core. Together, the films show why the strongest queer stories don't separate sensuality from politics, or pleasure from consequence.</w:t>
      </w:r>
      <w:r/>
    </w:p>
    <w:p>
      <w:r/>
      <w:r>
        <w:t>The best queer films don't just show attraction; they ask what happens when real life walks through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https://meaws.com/news/a-weho-party-boy-converts-a-mormon/105626</w:t>
        </w:r>
      </w:hyperlink>
      <w:r>
        <w:t xml:space="preserve"> - Please view link - unable to able to access data</w:t>
      </w:r>
      <w:r/>
    </w:p>
    <w:p>
      <w:pPr>
        <w:pStyle w:val="ListNumber"/>
        <w:spacing w:line="240" w:lineRule="auto"/>
        <w:ind w:left="720"/>
      </w:pPr>
      <w:r/>
      <w:hyperlink r:id="rId10">
        <w:r>
          <w:rPr>
            <w:color w:val="0000EE"/>
            <w:u w:val="single"/>
          </w:rPr>
          <w:t>https://www.rogerebert.com/reviews/paris-0559-theo-and-hugo-2017</w:t>
        </w:r>
      </w:hyperlink>
      <w:r>
        <w:t xml:space="preserve"> - This review of 'Paris 05:59: Théo &amp; Hugo' discusses the film's opening 18-minute orgy scene set in a Parisian sex club, highlighting its explicit content and artistic filming. The narrative follows Théo and Hugo as they navigate the aftermath of their encounter, including concerns about HIV transmission and their developing relationship. The review notes the film's real-time storytelling and its exploration of themes like love, sexuality, and health in the LGBTQ+ community.</w:t>
      </w:r>
      <w:r/>
    </w:p>
    <w:p>
      <w:pPr>
        <w:pStyle w:val="ListNumber"/>
        <w:spacing w:line="240" w:lineRule="auto"/>
        <w:ind w:left="720"/>
      </w:pPr>
      <w:r/>
      <w:hyperlink r:id="rId11">
        <w:r>
          <w:rPr>
            <w:color w:val="0000EE"/>
            <w:u w:val="single"/>
          </w:rPr>
          <w:t>https://www.ioncinema.com/reviews/paris-05-59-theo-hugo-review</w:t>
        </w:r>
      </w:hyperlink>
      <w:r>
        <w:t xml:space="preserve"> - This review of 'Paris 05:59: Théo &amp; Hugo' praises the film's vibrant portrayal of young love between two men who meet in a Parisian sex club. It highlights the film's real-time narrative, following the characters as they bike and walk through Paris, visit a hospital, and interact with various people. The review notes the film's exploration of themes like love, sexuality, and health, and its contribution to LGBTQ+ cinema.</w:t>
      </w:r>
      <w:r/>
    </w:p>
    <w:p>
      <w:pPr>
        <w:pStyle w:val="ListNumber"/>
        <w:spacing w:line="240" w:lineRule="auto"/>
        <w:ind w:left="720"/>
      </w:pPr>
      <w:r/>
      <w:hyperlink r:id="rId12">
        <w:r>
          <w:rPr>
            <w:color w:val="0000EE"/>
            <w:u w:val="single"/>
          </w:rPr>
          <w:t>https://www.rogerebert.com/reviews/my-beautiful-laundrette-1986</w:t>
        </w:r>
      </w:hyperlink>
      <w:r>
        <w:t xml:space="preserve"> - This review of 'My Beautiful Laundrette' discusses the film's portrayal of a young man of Pakistani descent, Omar, who reunites with his former lover, Johnny, a white street punk. Together, they manage a launderette in London, navigating challenges related to race, class, and sexuality. The review highlights the film's exploration of complex social issues and its impact on British cinema.</w:t>
      </w:r>
      <w:r/>
    </w:p>
    <w:p>
      <w:pPr>
        <w:pStyle w:val="ListNumber"/>
        <w:spacing w:line="240" w:lineRule="auto"/>
        <w:ind w:left="720"/>
      </w:pPr>
      <w:r/>
      <w:hyperlink r:id="rId13">
        <w:r>
          <w:rPr>
            <w:color w:val="0000EE"/>
            <w:u w:val="single"/>
          </w:rPr>
          <w:t>https://filmcarnage.com/2026/06/02/review-my-beautiful-laundrette/</w:t>
        </w:r>
      </w:hyperlink>
      <w:r>
        <w:t xml:space="preserve"> - This review of 'My Beautiful Laundrette' discusses the film's exploration of social issues in 1980s Britain, focusing on the relationship between Omar, a young man of Pakistani descent, and Johnny, a white street punk. Together, they manage a launderette, facing challenges related to race, class, and sexuality. The review highlights the film's impact on British cinema and its exploration of complex social dynamics.</w:t>
      </w:r>
      <w:r/>
    </w:p>
    <w:p>
      <w:pPr>
        <w:pStyle w:val="ListNumber"/>
        <w:spacing w:line="240" w:lineRule="auto"/>
        <w:ind w:left="720"/>
      </w:pPr>
      <w:r/>
      <w:hyperlink r:id="rId14">
        <w:r>
          <w:rPr>
            <w:color w:val="0000EE"/>
            <w:u w:val="single"/>
          </w:rPr>
          <w:t>https://www.theatlantic.com/magazine/archive/2025/03/hanif-kureishi-illness-shattered-memoir/681447/?utm_source=apple_news</w:t>
        </w:r>
      </w:hyperlink>
      <w:r>
        <w:t xml:space="preserve"> - This article discusses Hanif Kureishi's memoir 'Shattered,' which details his life after a spinal injury in 2022 left him a tetraplegic. Known for works like 'My Beautiful Laundrette,' Kureishi reflects on his new reality, exploring themes of physical immobility, hospital care, and emotional vulnerability. The article highlights Kureishi's candid writing style and his contributions to literature.</w:t>
      </w:r>
      <w:r/>
    </w:p>
    <w:p>
      <w:pPr>
        <w:pStyle w:val="ListNumber"/>
        <w:spacing w:line="240" w:lineRule="auto"/>
        <w:ind w:left="720"/>
      </w:pPr>
      <w:r/>
      <w:hyperlink r:id="rId15">
        <w:r>
          <w:rPr>
            <w:color w:val="0000EE"/>
            <w:u w:val="single"/>
          </w:rPr>
          <w:t>https://www.lemonde.fr/m-le-mag/article/2025/01/02/l-ecrivain-hanif-kureishi-a-corps-perdu_6477641_4500055.html</w:t>
        </w:r>
      </w:hyperlink>
      <w:r>
        <w:t xml:space="preserve"> - This article discusses Hanif Kureishi's transformation after a spinal injury in 2022 left him a tetraplegic. Known for works like 'My Beautiful Laundrette,' Kureishi reflects on his new reality, exploring themes of physical immobility, hospital care, and emotional vulnerability. The article highlights Kureishi's candid writing style and his contributions to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a-weho-party-boy-converts-a-mormon/105626" TargetMode="External"/><Relationship Id="rId10" Type="http://schemas.openxmlformats.org/officeDocument/2006/relationships/hyperlink" Target="https://www.rogerebert.com/reviews/paris-0559-theo-and-hugo-2017" TargetMode="External"/><Relationship Id="rId11" Type="http://schemas.openxmlformats.org/officeDocument/2006/relationships/hyperlink" Target="https://www.ioncinema.com/reviews/paris-05-59-theo-hugo-review" TargetMode="External"/><Relationship Id="rId12" Type="http://schemas.openxmlformats.org/officeDocument/2006/relationships/hyperlink" Target="https://www.rogerebert.com/reviews/my-beautiful-laundrette-1986" TargetMode="External"/><Relationship Id="rId13" Type="http://schemas.openxmlformats.org/officeDocument/2006/relationships/hyperlink" Target="https://filmcarnage.com/2026/06/02/review-my-beautiful-laundrette/" TargetMode="External"/><Relationship Id="rId14" Type="http://schemas.openxmlformats.org/officeDocument/2006/relationships/hyperlink" Target="https://www.theatlantic.com/magazine/archive/2025/03/hanif-kureishi-illness-shattered-memoir/681447/?utm_source=apple_news" TargetMode="External"/><Relationship Id="rId15" Type="http://schemas.openxmlformats.org/officeDocument/2006/relationships/hyperlink" Target="https://www.lemonde.fr/m-le-mag/article/2025/01/02/l-ecrivain-hanif-kureishi-a-corps-perdu_6477641_450005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