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New Haven Pride 2026 Photos Capture Joy, Community and Colour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Crowds gathered around Crown and Orange Streets in New Haven for Pride 2026, where drag performances, dancing, live music and queer-led stalls turned Saturday afternoon into a vivid celebration. Organised by the New Haven Pride Center and hosted by Xiomarie LaBeija, the event offered a warm, highly visible reminder of the city’s LGBTQ+ community in action.</w:t>
      </w:r>
      <w:r/>
    </w:p>
    <w:p>
      <w:pPr>
        <w:pStyle w:val="Heading2"/>
      </w:pPr>
      <w:r>
        <w:t>Essential Takeaways</w:t>
      </w:r>
      <w:r/>
      <w:r/>
    </w:p>
    <w:p>
      <w:pPr>
        <w:pStyle w:val="ListBullet"/>
        <w:spacing w:line="240" w:lineRule="auto"/>
        <w:ind w:left="720"/>
      </w:pPr>
      <w:r/>
      <w:r>
        <w:rPr>
          <w:b/>
        </w:rPr>
        <w:t>A colourful street celebration:</w:t>
      </w:r>
      <w:r>
        <w:t xml:space="preserve"> Crown and Orange Streets filled with performers, flags, music and smiling crowds.</w:t>
      </w:r>
      <w:r/>
    </w:p>
    <w:p>
      <w:pPr>
        <w:pStyle w:val="ListBullet"/>
        <w:spacing w:line="240" w:lineRule="auto"/>
        <w:ind w:left="720"/>
      </w:pPr>
      <w:r/>
      <w:r>
        <w:rPr>
          <w:b/>
        </w:rPr>
        <w:t>Drag took centre stage:</w:t>
      </w:r>
      <w:r>
        <w:t xml:space="preserve"> Xiomarie LaBeija hosted, with artists including Jehloni and Saint Romeo entertaining attendees.</w:t>
      </w:r>
      <w:r/>
    </w:p>
    <w:p>
      <w:pPr>
        <w:pStyle w:val="ListBullet"/>
        <w:spacing w:line="240" w:lineRule="auto"/>
        <w:ind w:left="720"/>
      </w:pPr>
      <w:r/>
      <w:r>
        <w:rPr>
          <w:b/>
        </w:rPr>
        <w:t>Community came first:</w:t>
      </w:r>
      <w:r>
        <w:t xml:space="preserve"> Queer vendors, sponsor tents and free clothing from TransHaven gave the festival a practical, welcoming feel.</w:t>
      </w:r>
      <w:r/>
    </w:p>
    <w:p>
      <w:pPr>
        <w:pStyle w:val="ListBullet"/>
        <w:spacing w:line="240" w:lineRule="auto"/>
        <w:ind w:left="720"/>
      </w:pPr>
      <w:r/>
      <w:r>
        <w:rPr>
          <w:b/>
        </w:rPr>
        <w:t>A broad local audience:</w:t>
      </w:r>
      <w:r>
        <w:t xml:space="preserve"> Residents from New Haven, West Haven, East Haven and Woodbridge joined the afternoon festivities.</w:t>
      </w:r>
      <w:r/>
    </w:p>
    <w:p>
      <w:pPr>
        <w:pStyle w:val="ListBullet"/>
        <w:spacing w:line="240" w:lineRule="auto"/>
        <w:ind w:left="720"/>
      </w:pPr>
      <w:r/>
      <w:r>
        <w:rPr>
          <w:b/>
        </w:rPr>
        <w:t>More than one annual event:</w:t>
      </w:r>
      <w:r>
        <w:t xml:space="preserve"> The New Haven Pride Center also supports affinity spaces and gatherings throughout the year.</w:t>
      </w:r>
      <w:r/>
      <w:r/>
    </w:p>
    <w:p>
      <w:pPr>
        <w:pStyle w:val="Heading2"/>
      </w:pPr>
      <w:r>
        <w:t>New Haven Pride 2026 brought the streets to life</w:t>
      </w:r>
      <w:r/>
    </w:p>
    <w:p>
      <w:r/>
      <w:r>
        <w:t>The strongest impression from New Haven Pride 2026 is its energy. Bright flags waved above the crowd, cheers rose between performances and a rainbow heart decoration gave lower Crown Street an unmistakably celebratory glow.</w:t>
      </w:r>
      <w:r/>
    </w:p>
    <w:p>
      <w:r/>
      <w:r>
        <w:t xml:space="preserve">The New Haven Independent's photographs show an event that felt both lively and personal. Attendees weren't simply watching from the sidelines; they were cheering performers, greeting friends and soaking up the easy, open atmosphere. The Pride Center's official programme places the festival within its wider work supporting LGBTQ+ life in the city. </w:t>
      </w:r>
      <w:r/>
    </w:p>
    <w:p>
      <w:pPr>
        <w:pStyle w:val="Heading2"/>
      </w:pPr>
      <w:r>
        <w:t>Drag, music and dancing made the afternoon feel electric</w:t>
      </w:r>
      <w:r/>
    </w:p>
    <w:p>
      <w:r/>
      <w:r>
        <w:t>Drag performances provided the main theatrical spark, with Xiomarie LaBeija hosting and artists such as Jehloni and Saint Romeo appearing before the crowd. The pictures catch the audience responding with enthusiasm, from raised flags to full-volume cheers.</w:t>
      </w:r>
      <w:r/>
    </w:p>
    <w:p>
      <w:r/>
      <w:r>
        <w:t xml:space="preserve">That mix of performance and participation is part of what makes a street Pride event work. There's no velvet rope between the stage and the audience, so a casual afternoon can quickly become a shared celebration. The Pride Center's event listings, including its Latine and Queer programming, suggest an approach that treats culture and community as closely connected. </w:t>
      </w:r>
      <w:r/>
    </w:p>
    <w:p>
      <w:pPr>
        <w:pStyle w:val="Heading2"/>
      </w:pPr>
      <w:r>
        <w:t>Vendors added something useful to the celebration</w:t>
      </w:r>
      <w:r/>
    </w:p>
    <w:p>
      <w:r/>
      <w:r>
        <w:t>Lower Crown Street was packed with vendor and sponsor tents, giving the festival more texture than a simple performance programme. Attendees could browse queer-led stalls, meet local organisations and pause between acts without losing the sense of occasion.</w:t>
      </w:r>
      <w:r/>
    </w:p>
    <w:p>
      <w:r/>
      <w:r>
        <w:t xml:space="preserve">TransHaven's free clothing offer stood out as a particularly practical gesture. Pride can be colourful and joyful, but access, affordability and belonging matter just as much as spectacle. The centre's affinity-space work reflects that broader focus, creating room for people to connect around shared experiences rather than expecting one event to serve everyone in exactly the same way. </w:t>
      </w:r>
      <w:r/>
    </w:p>
    <w:p>
      <w:pPr>
        <w:pStyle w:val="Heading2"/>
      </w:pPr>
      <w:r>
        <w:t>A local crowd made Pride feel personal</w:t>
      </w:r>
      <w:r/>
    </w:p>
    <w:p>
      <w:r/>
      <w:r>
        <w:t>The photographs include people from across the surrounding area, among them residents of New Haven, West Haven, East Haven and Woodbridge. Their reactions, from delighted cheers to quieter moments of conversation, give the day a friendly neighbourhood quality.</w:t>
      </w:r>
      <w:r/>
    </w:p>
    <w:p>
      <w:r/>
      <w:r>
        <w:t xml:space="preserve">There were also small details that carried emotional weight: friends greeting a Pride Center staff member, supporters waving flags and audience members encouraging performers. Those moments matter because they show Pride not only as a public festival, but as a network of relationships. The centre's year-round events and community spaces help sustain that connection after the bunting comes down. </w:t>
      </w:r>
      <w:r/>
    </w:p>
    <w:p>
      <w:pPr>
        <w:pStyle w:val="Heading2"/>
      </w:pPr>
      <w:r>
        <w:t>Why events like this still matter</w:t>
      </w:r>
      <w:r/>
    </w:p>
    <w:p>
      <w:r/>
      <w:r>
        <w:t>A packed street celebration sends a clear message about visibility, but its value goes beyond a single afternoon. It gives LGBTQ+ residents and allies a place to be seen, celebrate openly and find organisations that can offer support beyond the festival.</w:t>
      </w:r>
      <w:r/>
    </w:p>
    <w:p>
      <w:r/>
      <w:r>
        <w:t>The Pride Center's programme includes dedicated gatherings such as Latine and Queer events, alongside other community-led activities. That wider calendar is important: the best Pride celebrations don't end when the music stops. They create an inviting front door to a much larger community.</w:t>
      </w:r>
      <w:r/>
    </w:p>
    <w:p>
      <w:r/>
      <w:r>
        <w:t>It's a bright, joyful afternoon captured at exactly the right moment.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9">
        <w:r>
          <w:rPr>
            <w:color w:val="0000EE"/>
            <w:u w:val="single"/>
          </w:rPr>
          <w:t>[1]</w:t>
        </w:r>
      </w:hyperlink>
      <w:r>
        <w:t xml:space="preserve">, </w:t>
      </w:r>
      <w:hyperlink r:id="rId10">
        <w:r>
          <w:rPr>
            <w:color w:val="0000EE"/>
            <w:u w:val="single"/>
          </w:rPr>
          <w:t>[2]</w:t>
        </w:r>
      </w:hyperlink>
      <w:r>
        <w:t xml:space="preserve">- Paragraph 3: </w:t>
      </w:r>
      <w:hyperlink r:id="rId9">
        <w:r>
          <w:rPr>
            <w:color w:val="0000EE"/>
            <w:u w:val="single"/>
          </w:rPr>
          <w:t>[1]</w:t>
        </w:r>
      </w:hyperlink>
      <w:r>
        <w:t xml:space="preserve">, </w:t>
      </w:r>
      <w:hyperlink r:id="rId10">
        <w:r>
          <w:rPr>
            <w:color w:val="0000EE"/>
            <w:u w:val="single"/>
          </w:rPr>
          <w:t>[2]</w:t>
        </w:r>
      </w:hyperlink>
      <w:r>
        <w:t xml:space="preserve">- Paragraph 4: </w:t>
      </w:r>
      <w:hyperlink r:id="rId9">
        <w:r>
          <w:rPr>
            <w:color w:val="0000EE"/>
            <w:u w:val="single"/>
          </w:rPr>
          <w:t>[1]</w:t>
        </w:r>
      </w:hyperlink>
      <w:r>
        <w:t xml:space="preserve">, </w:t>
      </w:r>
      <w:hyperlink r:id="rId12">
        <w:r>
          <w:rPr>
            <w:color w:val="0000EE"/>
            <w:u w:val="single"/>
          </w:rPr>
          <w:t>[5]</w:t>
        </w:r>
      </w:hyperlink>
      <w:r>
        <w:t xml:space="preserve">- Paragraph 5: </w:t>
      </w:r>
      <w:hyperlink r:id="rId9">
        <w:r>
          <w:rPr>
            <w:color w:val="0000EE"/>
            <w:u w:val="single"/>
          </w:rPr>
          <w:t>[1]</w:t>
        </w:r>
      </w:hyperlink>
      <w:r>
        <w:t xml:space="preserve">, </w:t>
      </w:r>
      <w:hyperlink r:id="rId13">
        <w:r>
          <w:rPr>
            <w:color w:val="0000EE"/>
            <w:u w:val="single"/>
          </w:rPr>
          <w:t>[4]</w:t>
        </w:r>
      </w:hyperlink>
      <w:r>
        <w:t xml:space="preserve">- Paragraph 6: </w:t>
      </w:r>
      <w:hyperlink r:id="rId9">
        <w:r>
          <w:rPr>
            <w:color w:val="0000EE"/>
            <w:u w:val="single"/>
          </w:rPr>
          <w:t>[1]</w:t>
        </w:r>
      </w:hyperlink>
      <w:r>
        <w:t xml:space="preserve">, </w:t>
      </w:r>
      <w:hyperlink r:id="rId11">
        <w:r>
          <w:rPr>
            <w:color w:val="0000EE"/>
            <w:u w:val="single"/>
          </w:rPr>
          <w:t>[3]</w:t>
        </w:r>
      </w:hyperlink>
      <w:r>
        <w:t xml:space="preserve">- Paragraph 7: </w:t>
      </w:r>
      <w:hyperlink r:id="rId9">
        <w:r>
          <w:rPr>
            <w:color w:val="0000EE"/>
            <w:u w:val="single"/>
          </w:rPr>
          <w:t>[1]</w:t>
        </w:r>
      </w:hyperlink>
      <w:r>
        <w:t xml:space="preserve">, </w:t>
      </w:r>
      <w:hyperlink r:id="rId13">
        <w:r>
          <w:rPr>
            <w:color w:val="0000EE"/>
            <w:u w:val="single"/>
          </w:rPr>
          <w:t>[4]</w:t>
        </w:r>
      </w:hyperlink>
      <w:r>
        <w:t xml:space="preserve">- Paragraph 8: </w:t>
      </w:r>
      <w:hyperlink r:id="rId10">
        <w:r>
          <w:rPr>
            <w:color w:val="0000EE"/>
            <w:u w:val="single"/>
          </w:rPr>
          <w:t>[2]</w:t>
        </w:r>
      </w:hyperlink>
      <w:r>
        <w:t xml:space="preserve">, </w:t>
      </w:r>
      <w:hyperlink r:id="rId12">
        <w:r>
          <w:rPr>
            <w:color w:val="0000EE"/>
            <w:u w:val="single"/>
          </w:rPr>
          <w:t>[5]</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3">
        <w:r>
          <w:rPr>
            <w:color w:val="0000EE"/>
            <w:u w:val="single"/>
          </w:rPr>
          <w:t>[4]</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https://www.newhavenindependent.org/2026/10/03/saturdays-pride-fest-in-photos/</w:t>
        </w:r>
      </w:hyperlink>
      <w:r>
        <w:t xml:space="preserve"> - Please view link - unable to able to access data</w:t>
      </w:r>
      <w:r/>
    </w:p>
    <w:p>
      <w:pPr>
        <w:pStyle w:val="ListNumber"/>
        <w:spacing w:line="240" w:lineRule="auto"/>
        <w:ind w:left="720"/>
      </w:pPr>
      <w:r/>
      <w:hyperlink r:id="rId10">
        <w:r>
          <w:rPr>
            <w:color w:val="0000EE"/>
            <w:u w:val="single"/>
          </w:rPr>
          <w:t>https://www.newhavenpridecenter.org/pride2026</w:t>
        </w:r>
      </w:hyperlink>
      <w:r>
        <w:t xml:space="preserve"> - The New Haven Pride Center's official page for Pride 2026 provides detailed information about the event, including its date, time, location, and featured activities. The event is scheduled for Saturday, October 3, 2026, from 12:00 to 4:00 pm at the corner of Orange Street and Crown Street in downtown New Haven. Attendees can expect drag performances, live music, dancing, larger-than-life puppets, spoken word, games for all ages, a Health &amp; Wellness Village, numerous queer vendors, food trucks, local restaurants and bars, and a beer tent from Armada Brewing. Afterparties are also planned at various local venues. The event is hosted by Xiomarie LaBeija, a prominent figure in the local drag community, and features DJ Concón leading the DJ Circle. The page also provides information on parking options and accessibility considerations for attendees.</w:t>
      </w:r>
      <w:r/>
    </w:p>
    <w:p>
      <w:pPr>
        <w:pStyle w:val="ListNumber"/>
        <w:spacing w:line="240" w:lineRule="auto"/>
        <w:ind w:left="720"/>
      </w:pPr>
      <w:r/>
      <w:hyperlink r:id="rId11">
        <w:r>
          <w:rPr>
            <w:color w:val="0000EE"/>
            <w:u w:val="single"/>
          </w:rPr>
          <w:t>https://www.newhavenpridecenter.org/about</w:t>
        </w:r>
      </w:hyperlink>
      <w:r>
        <w:t xml:space="preserve"> - The 'About' page of the New Haven Pride Center outlines the organization's mission to build a stronger, healthier, and more connected LGBTQ+ community through programs, services, education, advocacy, and opportunities for meaningful connection. It highlights the center's history, including its reopening in 2026 after a financial crisis, and details the new leadership and board members contributing to its revitalization. The page also mentions the ongoing Community Needs Assessment in Fall 2026 to gauge the needs and interests of the LGBTQ+ community in Greater New Haven, with plans to coordinate with partner organizations and facilitate collaborative events, programs, and resources.</w:t>
      </w:r>
      <w:r/>
    </w:p>
    <w:p>
      <w:pPr>
        <w:pStyle w:val="ListNumber"/>
        <w:spacing w:line="240" w:lineRule="auto"/>
        <w:ind w:left="720"/>
      </w:pPr>
      <w:r/>
      <w:hyperlink r:id="rId13">
        <w:r>
          <w:rPr>
            <w:color w:val="0000EE"/>
            <w:u w:val="single"/>
          </w:rPr>
          <w:t>https://www.newhavenpridecenter.org/affinityspaces</w:t>
        </w:r>
      </w:hyperlink>
      <w:r>
        <w:t xml:space="preserve"> - The New Haven Pride Center's 'Affinity Spaces' page describes various support groups and social spaces designed to meet the diverse needs of the LGBTQIA+ community. These include the Trans Adult Support group for transgender, intersex, and gender non-binary adults, and the 'Latine and Queer' discussion and social group focused on creating a brave and positive space to discuss Latine &amp; Queer issues and advocate for the Latine LGBTQIA+ community. The page provides details on meeting times, locations, and contact information for those interested in joining these groups.</w:t>
      </w:r>
      <w:r/>
    </w:p>
    <w:p>
      <w:pPr>
        <w:pStyle w:val="ListNumber"/>
        <w:spacing w:line="240" w:lineRule="auto"/>
        <w:ind w:left="720"/>
      </w:pPr>
      <w:r/>
      <w:hyperlink r:id="rId12">
        <w:r>
          <w:rPr>
            <w:color w:val="0000EE"/>
            <w:u w:val="single"/>
          </w:rPr>
          <w:t>https://www.newhavenpridecenter.org/event-details/latine-and-queer-2026-02-03-18-00</w:t>
        </w:r>
      </w:hyperlink>
      <w:r>
        <w:t xml:space="preserve"> - This event page details the 'Latine and Queer' discussion and social group meeting on February 3, 2026, from 6:00 PM to 8:00 PM at the New Haven Pride Center, 50 Orange St, New Haven, CT. The group focuses on creating a brave and positive space to discuss Latine &amp; Queer issues, their impact on Latine Queer people, and how to advocate for the Latine LGBTQIA+ community. The page includes information on how to join the group and contact details for the organizers.</w:t>
      </w:r>
      <w:r/>
    </w:p>
    <w:p>
      <w:pPr>
        <w:pStyle w:val="ListNumber"/>
        <w:spacing w:line="240" w:lineRule="auto"/>
        <w:ind w:left="720"/>
      </w:pPr>
      <w:r/>
      <w:hyperlink r:id="rId14">
        <w:r>
          <w:rPr>
            <w:color w:val="0000EE"/>
            <w:u w:val="single"/>
          </w:rPr>
          <w:t>https://www.newhavenpridecenter.org/event-details/latine-and-queer-2026-05-05-18-00</w:t>
        </w:r>
      </w:hyperlink>
      <w:r>
        <w:t xml:space="preserve"> - This event page provides details about the 'Latine and Queer' discussion and social group meeting on May 5, 2026, from 6:00 PM to 8:00 PM at the New Haven Pride Center, 50 Orange St, New Haven, CT. The group aims to create a brave and positive space to discuss Latine &amp; Queer issues, their impact on Latine Queer people, and how to advocate for the Latine LGBTQIA+ community. The page includes information on how to join the group and contact details for the organizers.</w:t>
      </w:r>
      <w:r/>
    </w:p>
    <w:p>
      <w:pPr>
        <w:pStyle w:val="ListNumber"/>
        <w:spacing w:line="240" w:lineRule="auto"/>
        <w:ind w:left="720"/>
      </w:pPr>
      <w:r/>
      <w:hyperlink r:id="rId15">
        <w:r>
          <w:rPr>
            <w:color w:val="0000EE"/>
            <w:u w:val="single"/>
          </w:rPr>
          <w:t>https://www.newhavenpridecenter.org/event-details/lavender-contra-collective-2026-01-11-16-00</w:t>
        </w:r>
      </w:hyperlink>
      <w:r>
        <w:t xml:space="preserve"> - This event page details the 'Lavender Contra Collective' meeting on January 11, 2026, from 4:00 PM to 5:30 PM at the New Haven Pride Center, 50 Orange St, New Haven, CT. The Lavender Contra Collective is a bi-weekly group that meets every other Sunday to learn and enjoy contra dancing in a gender-inclusive space. The page provides information on the group's mission, meeting times, and contact details for those interested in joining.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ewhavenindependent.org/2026/10/03/saturdays-pride-fest-in-photos/" TargetMode="External"/><Relationship Id="rId10" Type="http://schemas.openxmlformats.org/officeDocument/2006/relationships/hyperlink" Target="https://www.newhavenpridecenter.org/pride2026" TargetMode="External"/><Relationship Id="rId11" Type="http://schemas.openxmlformats.org/officeDocument/2006/relationships/hyperlink" Target="https://www.newhavenpridecenter.org/about" TargetMode="External"/><Relationship Id="rId12" Type="http://schemas.openxmlformats.org/officeDocument/2006/relationships/hyperlink" Target="https://www.newhavenpridecenter.org/event-details/latine-and-queer-2026-02-03-18-00" TargetMode="External"/><Relationship Id="rId13" Type="http://schemas.openxmlformats.org/officeDocument/2006/relationships/hyperlink" Target="https://www.newhavenpridecenter.org/affinityspaces" TargetMode="External"/><Relationship Id="rId14" Type="http://schemas.openxmlformats.org/officeDocument/2006/relationships/hyperlink" Target="https://www.newhavenpridecenter.org/event-details/latine-and-queer-2026-05-05-18-00" TargetMode="External"/><Relationship Id="rId15" Type="http://schemas.openxmlformats.org/officeDocument/2006/relationships/hyperlink" Target="https://www.newhavenpridecenter.org/event-details/lavender-contra-collective-2026-01-11-16-0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