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Gay Essay Collection for Witty, Candid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a funny, personal gay essay collection will find plenty to savour in Eliot Glazer's new book, available in print and digital editions. With stories about family, work, theatre, television, dating and everyday missteps, it turns awkward memories into warm, sharply observed entertainment.</w:t>
      </w:r>
      <w:r/>
    </w:p>
    <w:p>
      <w:pPr>
        <w:pStyle w:val="Heading2"/>
      </w:pPr>
      <w:r>
        <w:t>Essential Takeaways</w:t>
      </w:r>
      <w:r/>
      <w:r/>
    </w:p>
    <w:p>
      <w:pPr>
        <w:pStyle w:val="ListBullet"/>
        <w:spacing w:line="240" w:lineRule="auto"/>
        <w:ind w:left="720"/>
      </w:pPr>
      <w:r/>
      <w:r>
        <w:rPr>
          <w:b/>
        </w:rPr>
        <w:t>A personal essay collection:</w:t>
      </w:r>
      <w:r>
        <w:t xml:space="preserve"> Eliot Glazer explores identity, family, work and relationships through candid, comic storytelling.</w:t>
      </w:r>
      <w:r/>
    </w:p>
    <w:p>
      <w:pPr>
        <w:pStyle w:val="ListBullet"/>
        <w:spacing w:line="240" w:lineRule="auto"/>
        <w:ind w:left="720"/>
      </w:pPr>
      <w:r/>
      <w:r>
        <w:rPr>
          <w:b/>
        </w:rPr>
        <w:t>A colourful working life:</w:t>
      </w:r>
      <w:r>
        <w:t xml:space="preserve"> His early jobs included gardening, telemarketing, video-shop work and selling clothes.</w:t>
      </w:r>
      <w:r/>
    </w:p>
    <w:p>
      <w:pPr>
        <w:pStyle w:val="ListBullet"/>
        <w:spacing w:line="240" w:lineRule="auto"/>
        <w:ind w:left="720"/>
      </w:pPr>
      <w:r/>
      <w:r>
        <w:rPr>
          <w:b/>
        </w:rPr>
        <w:t>Pop-culture perspective:</w:t>
      </w:r>
      <w:r>
        <w:t xml:space="preserve"> Television shows including </w:t>
      </w:r>
      <w:r>
        <w:rPr>
          <w:i/>
        </w:rPr>
        <w:t>Will &amp; Grace</w:t>
      </w:r>
      <w:r>
        <w:t xml:space="preserve"> and </w:t>
      </w:r>
      <w:r>
        <w:rPr>
          <w:i/>
        </w:rPr>
        <w:t>Queer Eye for the Straight Guy</w:t>
      </w:r>
      <w:r>
        <w:t xml:space="preserve"> helped shape his sense of belonging.</w:t>
      </w:r>
      <w:r/>
    </w:p>
    <w:p>
      <w:pPr>
        <w:pStyle w:val="ListBullet"/>
        <w:spacing w:line="240" w:lineRule="auto"/>
        <w:ind w:left="720"/>
      </w:pPr>
      <w:r/>
      <w:r>
        <w:rPr>
          <w:b/>
        </w:rPr>
        <w:t>A warm comic tone:</w:t>
      </w:r>
      <w:r>
        <w:t xml:space="preserve"> The book treats mistakes as material for reflection rather than reasons for shame.</w:t>
      </w:r>
      <w:r/>
    </w:p>
    <w:p>
      <w:pPr>
        <w:pStyle w:val="ListBullet"/>
        <w:spacing w:line="240" w:lineRule="auto"/>
        <w:ind w:left="720"/>
      </w:pPr>
      <w:r/>
      <w:r>
        <w:rPr>
          <w:b/>
        </w:rPr>
        <w:t>Multiple formats:</w:t>
      </w:r>
      <w:r>
        <w:t xml:space="preserve"> Readers can look for the book in print, ebook and audiobook editions.</w:t>
      </w:r>
      <w:r/>
      <w:r/>
    </w:p>
    <w:p>
      <w:pPr>
        <w:pStyle w:val="Heading2"/>
      </w:pPr>
      <w:r>
        <w:t>A candid book about getting things wrong</w:t>
      </w:r>
      <w:r/>
    </w:p>
    <w:p>
      <w:r/>
      <w:r>
        <w:t>Some memoirs arrive with a polished life lesson already attached. Glazer's collection takes a more appealing route: it lingers over the awkward bits, the missed chances and the moments when confidence runs ahead of common sense. The result feels less like a victory lap and more like an honest chat with someone who's learnt to laugh at the evidence.</w:t>
      </w:r>
      <w:r/>
    </w:p>
    <w:p>
      <w:r/>
      <w:r>
        <w:t xml:space="preserve">The book's central pleasure is its willingness to make embarrassment useful. According to the publisher's listing, </w:t>
      </w:r>
      <w:r>
        <w:rPr>
          <w:i/>
        </w:rPr>
        <w:t>The Terrible, Horrible, No Good, Very Bad Gay</w:t>
      </w:r>
      <w:r>
        <w:t xml:space="preserve"> is a 240-page collection of essays, giving Glazer room to move between personal history and broader observations about queer life. The title promises chaos, but the mood is more affectionate than bleak.</w:t>
      </w:r>
      <w:r/>
    </w:p>
    <w:p>
      <w:pPr>
        <w:pStyle w:val="Heading2"/>
      </w:pPr>
      <w:r>
        <w:t>From Long Island jobs to theatre-kid energy</w:t>
      </w:r>
      <w:r/>
    </w:p>
    <w:p>
      <w:r/>
      <w:r>
        <w:t>Glazer's background gives the essays an appealingly textured starting point. His early working life included an unusually broad run of jobs, from gardening and ice-cream service to telemarketing and retail. That variety matters because it turns the book into more than a sequence of celebrity anecdotes; it shows a person trying on different versions of adulthood.</w:t>
      </w:r>
      <w:r/>
    </w:p>
    <w:p>
      <w:r/>
      <w:r>
        <w:t>Retail, in particular, seems to have offered a kind of accidental education in people-watching. Working at Talbots, a shop aimed at older women, helped him find an unexpected community, while his enthusiasm for theatre supplied the drama, vocabulary and occasional overstatement. As the publisher's catalogue confirms, the collection draws on these formative experiences rather than presenting identity as a single, tidy revelation.</w:t>
      </w:r>
      <w:r/>
    </w:p>
    <w:p>
      <w:pPr>
        <w:pStyle w:val="Heading2"/>
      </w:pPr>
      <w:r>
        <w:t>Why pop culture matters here</w:t>
      </w:r>
      <w:r/>
    </w:p>
    <w:p>
      <w:r/>
      <w:r>
        <w:t xml:space="preserve">For many queer readers, television wasn't simply background noise. It could be a first glimpse of a life that felt recognisable, or at least possible. Glazer's account of discovering </w:t>
      </w:r>
      <w:r>
        <w:rPr>
          <w:i/>
        </w:rPr>
        <w:t>Will &amp; Grace</w:t>
      </w:r>
      <w:r>
        <w:t xml:space="preserve"> and </w:t>
      </w:r>
      <w:r>
        <w:rPr>
          <w:i/>
        </w:rPr>
        <w:t>Queer Eye for the Straight Guy</w:t>
      </w:r>
      <w:r>
        <w:t xml:space="preserve"> places his coming-out years within that wider cultural shift.</w:t>
      </w:r>
      <w:r/>
    </w:p>
    <w:p>
      <w:r/>
      <w:r>
        <w:t>That context gives the essays extra resonance. The digital and audiobook listings for the title show how the book is being positioned for today's multi-format reading habits, but its subject is rooted in an earlier television era, when representation could feel startlingly intimate. There’s a knowing pleasure in looking back at the shows that helped people feel less alone, even when those shows now seem wonderfully dated.</w:t>
      </w:r>
      <w:r/>
    </w:p>
    <w:p>
      <w:pPr>
        <w:pStyle w:val="Heading2"/>
      </w:pPr>
      <w:r>
        <w:t>Dating, décor and the lessons of experience</w:t>
      </w:r>
      <w:r/>
    </w:p>
    <w:p>
      <w:r/>
      <w:r>
        <w:t>The book also follows Glazer into adulthood, where questions of romance sit alongside a developing eye for interiors and presentation. His interest in décor appears to grow from observation, confidence and the gradual realisation that good advice doesn't always require a formal qualification.</w:t>
      </w:r>
      <w:r/>
    </w:p>
    <w:p>
      <w:r/>
      <w:r>
        <w:t>That blend of social commentary and self-deprecation should suit readers who enjoy memoirs that refuse to take sophistication too seriously. Goodreads and Google Books listings identify the title as a contemporary essay collection, and its appeal lies in that flexibility: it can be read for the jokes, the cultural memories or the less glamorous truth that relationships rarely follow a clean plot.</w:t>
      </w:r>
      <w:r/>
    </w:p>
    <w:p>
      <w:pPr>
        <w:pStyle w:val="Heading2"/>
      </w:pPr>
      <w:r>
        <w:t>A lively choice for memoir fans</w:t>
      </w:r>
      <w:r/>
    </w:p>
    <w:p>
      <w:r/>
      <w:r>
        <w:t>The collection's strongest selling point is its balance. It has enough cultural touchstones to feel specific, enough family history to feel grounded and enough self-mockery to stop the personal material becoming grandiose. Even the mistakes have a slightly theatrical entrance, which seems entirely appropriate for a writer with deep Broadway affection.</w:t>
      </w:r>
      <w:r/>
    </w:p>
    <w:p>
      <w:r/>
      <w:r>
        <w:t>Readers can choose the format that suits them, with listings available for physical, digital and audio editions. For anyone after a funny queer memoir with a lived-in voice, this looks like a promising companion for a quiet evening, a commute or any moment when your own past could use a kinder punchline.</w:t>
      </w:r>
      <w:r/>
    </w:p>
    <w:p>
      <w:r/>
      <w:r>
        <w:t>A sharp, generous reminder that life’s worst moments can become its best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https://meaws.com/news/eliot-glazer-s-new-book-an-engaging/105632</w:t>
        </w:r>
      </w:hyperlink>
      <w:r>
        <w:t xml:space="preserve"> - Please view link - unable to able to access data</w:t>
      </w:r>
      <w:r/>
    </w:p>
    <w:p>
      <w:pPr>
        <w:pStyle w:val="ListNumber"/>
        <w:spacing w:line="240" w:lineRule="auto"/>
        <w:ind w:left="720"/>
      </w:pPr>
      <w:r/>
      <w:hyperlink r:id="rId10">
        <w:r>
          <w:rPr>
            <w:color w:val="0000EE"/>
            <w:u w:val="single"/>
          </w:rPr>
          <w:t>https://www.simonandschuster.com/books/The-Terrible-Horrible-No-Good-Very-Bad-Gay/Eliot-Glazer/9781668085424</w:t>
        </w:r>
      </w:hyperlink>
      <w:r>
        <w:t xml:space="preserve"> - Eliot Glazer's 'The Terrible, Horrible, No Good, Very Bad Gay' is a collection of humorous and heartfelt essays that explore the author's experiences navigating the LGBTQ+ community. The book delves into themes of identity, belonging, and the challenges of fitting into societal expectations. Glazer's candid storytelling offers readers a unique perspective on queer modern life, blending wit with introspection. The collection is praised for its authenticity and relatability, making it a compelling read for those interested in personal narratives that challenge conventional norms.</w:t>
      </w:r>
      <w:r/>
    </w:p>
    <w:p>
      <w:pPr>
        <w:pStyle w:val="ListNumber"/>
        <w:spacing w:line="240" w:lineRule="auto"/>
        <w:ind w:left="720"/>
      </w:pPr>
      <w:r/>
      <w:hyperlink r:id="rId12">
        <w:r>
          <w:rPr>
            <w:color w:val="0000EE"/>
            <w:u w:val="single"/>
          </w:rPr>
          <w:t>https://www.kirkusreviews.com/book-reviews/eliot-glazer/the-terrible-horrible-no-good-very-bad-gay/</w:t>
        </w:r>
      </w:hyperlink>
      <w:r>
        <w:t xml:space="preserve"> - Kirkus Reviews provides an insightful critique of Eliot Glazer's 'The Terrible, Horrible, No Good, Very Bad Gay,' highlighting the author's exploration of his evolution into a queer social outcast. The review discusses Glazer's candid reflections on his experiences, including his early life, challenges with societal homophobia, and his journey towards self-acceptance. The collection is noted for its humor and depth, offering readers a nuanced understanding of the complexities within the LGBTQ+ community. The review underscores the book's appeal to those seeking authentic and thought-provoking narratives.</w:t>
      </w:r>
      <w:r/>
    </w:p>
    <w:p>
      <w:pPr>
        <w:pStyle w:val="ListNumber"/>
        <w:spacing w:line="240" w:lineRule="auto"/>
        <w:ind w:left="720"/>
      </w:pPr>
      <w:r/>
      <w:hyperlink r:id="rId11">
        <w:r>
          <w:rPr>
            <w:color w:val="0000EE"/>
            <w:u w:val="single"/>
          </w:rPr>
          <w:t>https://books.apple.com/us/book/the-terrible-horrible-no-good-very-bad-gay/id6754253096</w:t>
        </w:r>
      </w:hyperlink>
      <w:r>
        <w:t xml:space="preserve"> - Apple Books features 'The Terrible, Horrible, No Good, Very Bad Gay' by Eliot Glazer, a national bestseller that offers a humorous and heartfelt collection of essays. The book delves into Glazer's personal experiences within the LGBTQ+ community, addressing themes of identity, belonging, and the challenges of fitting into societal expectations. The collection is praised for its authenticity and relatability, making it a compelling read for those interested in personal narratives that challenge conventional norms. The book is available for purchase and includes an audiobook version.</w:t>
      </w:r>
      <w:r/>
    </w:p>
    <w:p>
      <w:pPr>
        <w:pStyle w:val="ListNumber"/>
        <w:spacing w:line="240" w:lineRule="auto"/>
        <w:ind w:left="720"/>
      </w:pPr>
      <w:r/>
      <w:hyperlink r:id="rId13">
        <w:r>
          <w:rPr>
            <w:color w:val="0000EE"/>
            <w:u w:val="single"/>
          </w:rPr>
          <w:t>https://www.goodreads.com/en/book/show/242977990-the-terrible-horrible-no-good-very-bad-gay</w:t>
        </w:r>
      </w:hyperlink>
      <w:r>
        <w:t xml:space="preserve"> - Goodreads provides a platform for readers to explore 'The Terrible, Horrible, No Good, Very Bad Gay' by Eliot Glazer, a collection of essays that delve into the author's experiences navigating the LGBTQ+ community. The book addresses themes of identity, belonging, and the challenges of fitting into societal expectations. Readers have rated the book 3.52 out of 5, with 153 ratings and 34 reviews, indicating a mixed reception. The collection is praised for its authenticity and relatability, offering a unique perspective on queer modern life.</w:t>
      </w:r>
      <w:r/>
    </w:p>
    <w:p>
      <w:pPr>
        <w:pStyle w:val="ListNumber"/>
        <w:spacing w:line="240" w:lineRule="auto"/>
        <w:ind w:left="720"/>
      </w:pPr>
      <w:r/>
      <w:hyperlink r:id="rId15">
        <w:r>
          <w:rPr>
            <w:color w:val="0000EE"/>
            <w:u w:val="single"/>
          </w:rPr>
          <w:t>https://www.kirkusreviews.com/audiobook-reviews/eliot-glazer/the-terrible-horrible-no-good-very-bad-gay/</w:t>
        </w:r>
      </w:hyperlink>
      <w:r>
        <w:t xml:space="preserve"> - Kirkus Reviews offers an audiobook review of Eliot Glazer's 'The Terrible, Horrible, No Good, Very Bad Gay,' highlighting the author's performance and the book's content. The review notes that Glazer's narration radiates queer joy, providing a delightful listening experience that elicits snickers, appreciative giggles, and knowing grins from his audience, especially LGBTQ+ millennials. The collection of essays spans a wide range of topics drawn from Glazer's own life, including his affinity for septuagenarians and 'The Golden Girls,' high school theater, dating and sex parties, and embracing his gay identity within the larger gay community.</w:t>
      </w:r>
      <w:r/>
    </w:p>
    <w:p>
      <w:pPr>
        <w:pStyle w:val="ListNumber"/>
        <w:spacing w:line="240" w:lineRule="auto"/>
        <w:ind w:left="720"/>
      </w:pPr>
      <w:r/>
      <w:hyperlink r:id="rId14">
        <w:r>
          <w:rPr>
            <w:color w:val="0000EE"/>
            <w:u w:val="single"/>
          </w:rPr>
          <w:t>https://books.google.com/books?id=-JmQEQAAQBAJ</w:t>
        </w:r>
      </w:hyperlink>
      <w:r>
        <w:t xml:space="preserve"> - Google Books offers a preview of 'The Terrible, Horrible, No Good, Very Bad Gay: Essays' by Eliot Glazer. The book is a collection of humorous and heartfelt essays that explore the author's experiences navigating the LGBTQ+ community. Glazer addresses themes of identity, belonging, and the challenges of fitting into societal expectations. The collection is praised for its authenticity and relatability, making it a compelling read for those interested in personal narratives that challenge conventional norms. The book is available for purchase and includes an audiobook version.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eliot-glazer-s-new-book-an-engaging/105632" TargetMode="External"/><Relationship Id="rId10" Type="http://schemas.openxmlformats.org/officeDocument/2006/relationships/hyperlink" Target="https://www.simonandschuster.com/books/The-Terrible-Horrible-No-Good-Very-Bad-Gay/Eliot-Glazer/9781668085424" TargetMode="External"/><Relationship Id="rId11" Type="http://schemas.openxmlformats.org/officeDocument/2006/relationships/hyperlink" Target="https://books.apple.com/us/book/the-terrible-horrible-no-good-very-bad-gay/id6754253096" TargetMode="External"/><Relationship Id="rId12" Type="http://schemas.openxmlformats.org/officeDocument/2006/relationships/hyperlink" Target="https://www.kirkusreviews.com/book-reviews/eliot-glazer/the-terrible-horrible-no-good-very-bad-gay/" TargetMode="External"/><Relationship Id="rId13" Type="http://schemas.openxmlformats.org/officeDocument/2006/relationships/hyperlink" Target="https://www.goodreads.com/en/book/show/242977990-the-terrible-horrible-no-good-very-bad-gay" TargetMode="External"/><Relationship Id="rId14" Type="http://schemas.openxmlformats.org/officeDocument/2006/relationships/hyperlink" Target="https://books.google.com/books?id=-JmQEQAAQBAJ" TargetMode="External"/><Relationship Id="rId15" Type="http://schemas.openxmlformats.org/officeDocument/2006/relationships/hyperlink" Target="https://www.kirkusreviews.com/audiobook-reviews/eliot-glazer/the-terrible-horrible-no-good-very-bad-g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