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October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Washington DC's LGBTQ+ events calendar is packed with welcoming ways to connect, from relaxed brunches and drag shows to coffee meet-ups, support groups and practical career sessions. Whether you're seeking new friends, community support or simply a fun afternoon out, this week's line-up offers plenty of reasons to leave the house.</w:t>
      </w:r>
      <w:r/>
    </w:p>
    <w:p>
      <w:pPr>
        <w:pStyle w:val="Heading2"/>
      </w:pPr>
      <w:r>
        <w:t>A lively weekend starts with brunch and happy hour</w:t>
      </w:r>
      <w:r/>
    </w:p>
    <w:p>
      <w:r/>
      <w:r>
        <w:t>Friday's LGBTQ+ Community Happy Hour at Freddie's Beach Bar and Restaurant offers an easy-going start to the weekend, with free entry, drinks and the chance to meet people in a relaxed setting. The venue's familiar retro atmosphere makes it a natural choice for anyone who'd rather ease into socialising than arrive at a formal networking event.</w:t>
      </w:r>
      <w:r/>
    </w:p>
    <w:p>
      <w:r/>
      <w:r>
        <w:t xml:space="preserve">The same venue hosts an LGBTQ+ Community Brunch on Saturday morning. According to Go Gay DC, the weekly gathering welcomes LGBTQ+ people and allies from across the DMV, pairing food with unhurried conversation. It's the sort of event where turning up alone needn't feel awkward, because the format does some of the social heavy lifting. </w:t>
      </w:r>
      <w:hyperlink r:id="rId9">
        <w:r>
          <w:rPr>
            <w:color w:val="0000EE"/>
            <w:u w:val="single"/>
          </w:rPr>
          <w:t>[2]</w:t>
        </w:r>
      </w:hyperlink>
      <w:r>
        <w:t xml:space="preserve">, </w:t>
      </w:r>
      <w:hyperlink r:id="rId10">
        <w:r>
          <w:rPr>
            <w:color w:val="0000EE"/>
            <w:u w:val="single"/>
          </w:rPr>
          <w:t>[6]</w:t>
        </w:r>
      </w:hyperlink>
      <w:r/>
    </w:p>
    <w:p>
      <w:pPr>
        <w:pStyle w:val="Heading2"/>
      </w:pPr>
      <w:r>
        <w:t>Drag brunch brings the weekend's biggest sparkle</w:t>
      </w:r>
      <w:r/>
    </w:p>
    <w:p>
      <w:r/>
      <w:r>
        <w:t>Later on Saturday, Nellie's DC Drag Brunch turns lunch into a full-on performance. Sapphire Blue, Deja Diamond and fellow performers are scheduled to entertain guests, with tickets priced at $58.51 through Eventbrite.</w:t>
      </w:r>
      <w:r/>
    </w:p>
    <w:p>
      <w:r/>
      <w:r>
        <w:t xml:space="preserve">Nellie's describes its drag brunches as a blend of food, music and high-energy entertainment, making them a popular pick for birthdays, group outings and anyone who likes their midday meal with a generous side of sequins. Check the booking details before travelling, as ticket availability and event arrangements can change.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Sunday offers a softer way to meet people</w:t>
      </w:r>
      <w:r/>
    </w:p>
    <w:p>
      <w:r/>
      <w:r>
        <w:t>Not every community event needs a stage or a packed room. Spark Coffee Club on Sunday afternoon is designed as a low-pressure daytime meet-up for people who are new to Washington, new to the LGBTQ+ community or simply keen to widen their circle.</w:t>
      </w:r>
      <w:r/>
    </w:p>
    <w:p>
      <w:r/>
      <w:r>
        <w:t xml:space="preserve">The relaxed format is especially appealing if big social gatherings feel like hard work. Bring a friend or arrive solo, order something comforting and let the conversation develop naturally. Sometimes a quiet coffee shop proves more useful than a crowded party when you're hoping to make a genuine connection. </w:t>
      </w:r>
      <w:hyperlink r:id="rId10">
        <w:r>
          <w:rPr>
            <w:color w:val="0000EE"/>
            <w:u w:val="single"/>
          </w:rPr>
          <w:t>[6]</w:t>
        </w:r>
      </w:hyperlink>
      <w:r/>
    </w:p>
    <w:p>
      <w:pPr>
        <w:pStyle w:val="Heading2"/>
      </w:pPr>
      <w:r>
        <w:t>Support continues beyond the weekend</w:t>
      </w:r>
      <w:r/>
    </w:p>
    <w:p>
      <w:r/>
      <w:r>
        <w:t>The week's programme also includes social and wellbeing-focused events. Center Aging's Monday Coffee Klatch gives older LGBTQ+ adults a chance to chat online, while the Center Aging Women's Social and Discussion Group offers a dedicated space for older LGBTQ+ women to meet and talk.</w:t>
      </w:r>
      <w:r/>
    </w:p>
    <w:p>
      <w:r/>
      <w:r>
        <w:t xml:space="preserve">Tuesday's Relationship Lab, hosted by DC SAFE and the Mayor's Office of LGBTQ+ Affairs, takes a more structured approach. Across four weeks, participants will explore communication, boundaries, healthy relationships and warning signs, offering practical discussion rather than one-off advice. </w:t>
      </w:r>
      <w:hyperlink r:id="rId10">
        <w:r>
          <w:rPr>
            <w:color w:val="0000EE"/>
            <w:u w:val="single"/>
          </w:rPr>
          <w:t>[6]</w:t>
        </w:r>
      </w:hyperlink>
      <w:r/>
    </w:p>
    <w:p>
      <w:pPr>
        <w:pStyle w:val="Heading2"/>
      </w:pPr>
      <w:r>
        <w:t>Career help, food support and identity-led connection</w:t>
      </w:r>
      <w:r/>
    </w:p>
    <w:p>
      <w:r/>
      <w:r>
        <w:t>Wednesday's Job Club is aimed at jobseekers and people entering or re-entering the workforce. Sessions focus on confidence, resilience, motivation and networking, helping participants present themselves as candidates rather than simply sending applications into the void.</w:t>
      </w:r>
      <w:r/>
    </w:p>
    <w:p>
      <w:r/>
      <w:r>
        <w:t xml:space="preserve">Thursday brings both practical and peer support. The DC Center's Fresh Produce Program offers selected participants a produce box without requiring proof of income or residency, while KHUSHDC's South Asian LGBTQ+ Support Group provides a confidential online setting for conversations about identity, culture, relationships, health and faith. Together, the events show how broad community programming can be, stretching from a fun brunch to help with everyday needs. </w:t>
      </w:r>
      <w:hyperlink r:id="rId10">
        <w:r>
          <w:rPr>
            <w:color w:val="0000EE"/>
            <w:u w:val="single"/>
          </w:rPr>
          <w:t>[6]</w:t>
        </w:r>
      </w:hyperlink>
      <w:r/>
    </w:p>
    <w:p>
      <w:r/>
      <w:r>
        <w:t xml:space="preserve">For the latest details, check the organiser's page or Eventbrite before setting out, particularly for online registration, ticket changes and venue updates.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[6]</w:t>
        </w:r>
      </w:hyperlink>
      <w:r/>
    </w:p>
    <w:p>
      <w:r/>
      <w:r>
        <w:t>From drag brunches to quiet coffee chats, there's an option for almost every mood this week.</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[6]</w:t>
        </w:r>
      </w:hyperlink>
      <w:r>
        <w:t xml:space="preserve">- Paragraph 6: </w:t>
      </w:r>
      <w:hyperlink r:id="rId10">
        <w:r>
          <w:rPr>
            <w:color w:val="0000EE"/>
            <w:u w:val="single"/>
          </w:rPr>
          <w:t>[6]</w:t>
        </w:r>
      </w:hyperlink>
      <w:r>
        <w:t xml:space="preserve">- Paragraph 7: </w:t>
      </w:r>
      <w:hyperlink r:id="rId10">
        <w:r>
          <w:rPr>
            <w:color w:val="0000EE"/>
            <w:u w:val="single"/>
          </w:rPr>
          <w:t>[6]</w:t>
        </w:r>
      </w:hyperlink>
      <w:r>
        <w:t xml:space="preserve">- Paragraph 8: </w:t>
      </w:r>
      <w:hyperlink r:id="rId10">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https://www.washingtonblade.com/2026/10/04/equality-chamber-hosts-pride-in-business-expo-and-profits-pours/</w:t>
        </w:r>
      </w:hyperlink>
      <w:r>
        <w:t xml:space="preserve"> - Please view link - unable to able to access data</w:t>
      </w:r>
      <w:r/>
    </w:p>
    <w:p>
      <w:pPr>
        <w:pStyle w:val="ListNumber"/>
        <w:spacing w:line="240" w:lineRule="auto"/>
        <w:ind w:left="720"/>
      </w:pPr>
      <w:r/>
      <w:hyperlink r:id="rId9">
        <w:r>
          <w:rPr>
            <w:color w:val="0000EE"/>
            <w:u w:val="single"/>
          </w:rPr>
          <w:t>https://www.freddiesbeachbar.com/menu</w:t>
        </w:r>
      </w:hyperlink>
      <w:r>
        <w:t xml:space="preserve"> - Freddie's Beach Bar &amp; Restaurant in Arlington, Virginia, offers a diverse menu featuring American cuisine with a tropical twist. Their offerings include seafood dishes, burgers, salads, and a variety of cocktails. The venue is known for its vibrant atmosphere and hosts regular events, including the 'First Friday LGBTQ+ Community Happy Hour' organised by Go Gay DC. The menu is available online for patrons to view and plan their visit accordingly.</w:t>
      </w:r>
      <w:r/>
    </w:p>
    <w:p>
      <w:pPr>
        <w:pStyle w:val="ListNumber"/>
        <w:spacing w:line="240" w:lineRule="auto"/>
        <w:ind w:left="720"/>
      </w:pPr>
      <w:r/>
      <w:hyperlink r:id="rId11">
        <w:r>
          <w:rPr>
            <w:color w:val="0000EE"/>
            <w:u w:val="single"/>
          </w:rPr>
          <w:t>https://www.nelliessportsbar.com/drag-brunch-fun/</w:t>
        </w:r>
      </w:hyperlink>
      <w:r>
        <w:t xml:space="preserve"> - Nellie's Sports Bar in Washington, D.C., hosts a popular 'Drag Brunch' event every Saturday and Sunday. The event features performances by drag artists, including Sapphire Blue and Deja Diamond, alongside a buffet brunch. The venue is located at 900 U Street NW and offers a lively atmosphere with a full bar and dance floor. Reservations are recommended due to high demand, and more details can be found on their official website.</w:t>
      </w:r>
      <w:r/>
    </w:p>
    <w:p>
      <w:pPr>
        <w:pStyle w:val="ListNumber"/>
        <w:spacing w:line="240" w:lineRule="auto"/>
        <w:ind w:left="720"/>
      </w:pPr>
      <w:r/>
      <w:hyperlink r:id="rId12">
        <w:r>
          <w:rPr>
            <w:color w:val="0000EE"/>
            <w:u w:val="single"/>
          </w:rPr>
          <w:t>https://www.nelliessportsbar.com/drag-brunch-promo/</w:t>
        </w:r>
      </w:hyperlink>
      <w:r>
        <w:t xml:space="preserve"> - Nellie's Sports Bar offers a 'Drag Brunch Birthday Promo' for patrons celebrating birthdays. The promotion includes special deals and a festive atmosphere, with performances by drag artists Sapphire Blue and Deja Diamond. The venue is located at 900 U Street NW, Washington, D.C., and operates from Tuesday to Sunday, with specific hours for each day. More information about the promotion and reservations can be found on their official website.</w:t>
      </w:r>
      <w:r/>
    </w:p>
    <w:p>
      <w:pPr>
        <w:pStyle w:val="ListNumber"/>
        <w:spacing w:line="240" w:lineRule="auto"/>
        <w:ind w:left="720"/>
      </w:pPr>
      <w:r/>
      <w:hyperlink r:id="rId13">
        <w:r>
          <w:rPr>
            <w:color w:val="0000EE"/>
            <w:u w:val="single"/>
          </w:rPr>
          <w:t>https://www.nelliessportsbar.com/sunday-funday/</w:t>
        </w:r>
      </w:hyperlink>
      <w:r>
        <w:t xml:space="preserve"> - Nellie's Sports Bar hosts a 'Sunday Funday' event featuring live DJs spinning Hip-Hop and R&amp;B music. The event includes a 'Power Hour' from 9–10 PM, offering a Buy One Cocktail, Get One FREE deal, and $1 wings until 10 PM. The venue is located at 900 U Street NW, Washington, D.C., and operates from Tuesday to Sunday, with specific hours for each day. More details about the event and reservations can be found on their official website.</w:t>
      </w:r>
      <w:r/>
    </w:p>
    <w:p>
      <w:pPr>
        <w:pStyle w:val="ListNumber"/>
        <w:spacing w:line="240" w:lineRule="auto"/>
        <w:ind w:left="720"/>
      </w:pPr>
      <w:r/>
      <w:hyperlink r:id="rId10">
        <w:r>
          <w:rPr>
            <w:color w:val="0000EE"/>
            <w:u w:val="single"/>
          </w:rPr>
          <w:t>https://www.gogaydc.com/home</w:t>
        </w:r>
      </w:hyperlink>
      <w:r>
        <w:t xml:space="preserve"> - Go Gay DC is a community organisation in the Washington, D.C., area that brings together the LGBTQ+ community through various events and activities. Their offerings include 'Coffee AND Conversation' gatherings, 'First Friday Socials' at Freddie's Beach Bar &amp; Restaurant, 'Social in the City' events at Hotel Zena lounge, and 'Community Brunches' every Saturday at Freddie's Beach Bar &amp; Restaurant. They also partner with other organisations to co-host forums and author talks on topics pertinent to LGBTQ+ life.</w:t>
      </w:r>
      <w:r/>
    </w:p>
    <w:p>
      <w:pPr>
        <w:pStyle w:val="ListNumber"/>
        <w:spacing w:line="240" w:lineRule="auto"/>
        <w:ind w:left="720"/>
      </w:pPr>
      <w:r/>
      <w:hyperlink r:id="rId15">
        <w:r>
          <w:rPr>
            <w:color w:val="0000EE"/>
            <w:u w:val="single"/>
          </w:rPr>
          <w:t>https://www.nelliessportsbar.com/private-events/</w:t>
        </w:r>
      </w:hyperlink>
      <w:r>
        <w:t xml:space="preserve"> - Nellie's Sports Bar offers private event hosting services, including reservations for their 'Drag Brunch' events. The venue is located at 900 U Street NW, Washington, D.C., and operates from Tuesday to Sunday, with specific hours for each day. More information about hosting private events and making reservations can be found on their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eddiesbeachbar.com/menu" TargetMode="External"/><Relationship Id="rId10" Type="http://schemas.openxmlformats.org/officeDocument/2006/relationships/hyperlink" Target="https://www.gogaydc.com/home" TargetMode="External"/><Relationship Id="rId11" Type="http://schemas.openxmlformats.org/officeDocument/2006/relationships/hyperlink" Target="https://www.nelliessportsbar.com/drag-brunch-fun/" TargetMode="External"/><Relationship Id="rId12" Type="http://schemas.openxmlformats.org/officeDocument/2006/relationships/hyperlink" Target="https://www.nelliessportsbar.com/drag-brunch-promo/" TargetMode="External"/><Relationship Id="rId13" Type="http://schemas.openxmlformats.org/officeDocument/2006/relationships/hyperlink" Target="https://www.nelliessportsbar.com/sunday-funday/" TargetMode="External"/><Relationship Id="rId14" Type="http://schemas.openxmlformats.org/officeDocument/2006/relationships/hyperlink" Target="https://www.washingtonblade.com/2026/10/04/equality-chamber-hosts-pride-in-business-expo-and-profits-pours/" TargetMode="External"/><Relationship Id="rId15" Type="http://schemas.openxmlformats.org/officeDocument/2006/relationships/hyperlink" Target="https://www.nelliessportsbar.com/private-ev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