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LGBTQ+ Sports Taster Sessions in West London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West London Queer Project is inviting locals to try touch rugby, cricket, tennis, football, hockey and indoor climbing for free this October. Designed for complete beginners and confident players alike, the sessions offer a friendly way to get active, meet people and find a welcoming queer community.</w:t>
      </w:r>
      <w:r/>
    </w:p>
    <w:p>
      <w:pPr>
        <w:pStyle w:val="Heading2"/>
      </w:pPr>
      <w:r>
        <w:t>Essential Takeaways</w:t>
      </w:r>
      <w:r/>
      <w:r/>
    </w:p>
    <w:p>
      <w:pPr>
        <w:pStyle w:val="ListBullet"/>
        <w:spacing w:line="240" w:lineRule="auto"/>
        <w:ind w:left="720"/>
      </w:pPr>
      <w:r/>
      <w:r>
        <w:rPr>
          <w:b/>
        </w:rPr>
        <w:t>Six sports are on offer:</w:t>
      </w:r>
      <w:r>
        <w:t xml:space="preserve"> Try touch rugby, cricket, tennis, football, hockey or indoor climbing.</w:t>
      </w:r>
      <w:r/>
    </w:p>
    <w:p>
      <w:pPr>
        <w:pStyle w:val="ListBullet"/>
        <w:spacing w:line="240" w:lineRule="auto"/>
        <w:ind w:left="720"/>
      </w:pPr>
      <w:r/>
      <w:r>
        <w:rPr>
          <w:b/>
        </w:rPr>
        <w:t>No experience is needed:</w:t>
      </w:r>
      <w:r>
        <w:t xml:space="preserve"> Sessions are designed to feel approachable, whether you're sporty or starting from scratch.</w:t>
      </w:r>
      <w:r/>
    </w:p>
    <w:p>
      <w:pPr>
        <w:pStyle w:val="ListBullet"/>
        <w:spacing w:line="240" w:lineRule="auto"/>
        <w:ind w:left="720"/>
      </w:pPr>
      <w:r/>
      <w:r>
        <w:rPr>
          <w:b/>
        </w:rPr>
        <w:t>It's completely free:</w:t>
      </w:r>
      <w:r>
        <w:t xml:space="preserve"> Register ahead of time so organisers can prepare equipment and space.</w:t>
      </w:r>
      <w:r/>
    </w:p>
    <w:p>
      <w:pPr>
        <w:pStyle w:val="ListBullet"/>
        <w:spacing w:line="240" w:lineRule="auto"/>
        <w:ind w:left="720"/>
      </w:pPr>
      <w:r/>
      <w:r>
        <w:rPr>
          <w:b/>
        </w:rPr>
        <w:t>The atmosphere matters:</w:t>
      </w:r>
      <w:r>
        <w:t xml:space="preserve"> WLQP focuses on safety, inclusion and meeting people without pressure.</w:t>
      </w:r>
      <w:r/>
    </w:p>
    <w:p>
      <w:pPr>
        <w:pStyle w:val="ListBullet"/>
        <w:spacing w:line="240" w:lineRule="auto"/>
        <w:ind w:left="720"/>
      </w:pPr>
      <w:r/>
      <w:r>
        <w:rPr>
          <w:b/>
        </w:rPr>
        <w:t>Book before turning up:</w:t>
      </w:r>
      <w:r>
        <w:t xml:space="preserve"> Check the West London Queer Project website for session details and availability.</w:t>
      </w:r>
      <w:r/>
      <w:r/>
    </w:p>
    <w:p>
      <w:pPr>
        <w:pStyle w:val="Heading2"/>
      </w:pPr>
      <w:r>
        <w:t>A welcoming way to try a new sport</w:t>
      </w:r>
      <w:r/>
    </w:p>
    <w:p>
      <w:r/>
      <w:r>
        <w:t>Trying a new sport can feel surprisingly intimidating, especially when everyone else appears to know what they're doing. West London Queer Project's free sports tasters aim to remove that awkward first hurdle, offering a relaxed setting where beginners can have a go without needing specialist kit or a competitive streak.</w:t>
      </w:r>
      <w:r/>
    </w:p>
    <w:p>
      <w:r/>
      <w:r>
        <w:t>The October programme includes touch rugby, cricket, tennis, football, hockey and indoor climbing. That's a pleasingly broad mix, from fast-moving team games to more measured activities that test balance, coordination and grip. QX Magazine reports that the sessions are open to people across the experience spectrum, including those who have never picked up a racket or ball before.</w:t>
      </w:r>
      <w:r/>
    </w:p>
    <w:p>
      <w:pPr>
        <w:pStyle w:val="Heading2"/>
      </w:pPr>
      <w:r>
        <w:t>Six options, from touch rugby to climbing</w:t>
      </w:r>
      <w:r/>
    </w:p>
    <w:p>
      <w:r/>
      <w:r>
        <w:t>The line-up gives participants plenty of ways to find their kind of movement. Touch rugby and football bring plenty of energy, while cricket and tennis offer a chance to develop skills at a gentler pace. Hockey adds another team-sport option, and indoor climbing provides something distinctly different for anyone who prefers walls to pitches.</w:t>
      </w:r>
      <w:r/>
    </w:p>
    <w:p>
      <w:r/>
      <w:r>
        <w:t>That variety is important. Not everyone enjoys traditional gym routines, and a taster session can make exercise feel more social and less like a chore. The WLQP events listings and Meetup page provide the latest information on activities, dates and registration, so it's worth checking before making plans.</w:t>
      </w:r>
      <w:r/>
    </w:p>
    <w:p>
      <w:pPr>
        <w:pStyle w:val="Heading2"/>
      </w:pPr>
      <w:r>
        <w:t>Free sessions make the first step easier</w:t>
      </w:r>
      <w:r/>
    </w:p>
    <w:p>
      <w:r/>
      <w:r>
        <w:t>There isn't a fee to worry about, which makes these tasters a low-risk way to experiment. You can turn up curious rather than committed, try an activity and decide whether it suits you. Sometimes that's all it takes to discover a new hobby, or simply to enjoy an evening that doesn't involve scrolling on the sofa.</w:t>
      </w:r>
      <w:r/>
    </w:p>
    <w:p>
      <w:r/>
      <w:r>
        <w:t>Registration is still required, however. According to the event information shared through OutSavvy, advance sign-up helps organisers plan for attendance, equipment and available space. Wear comfortable clothes, bring water and check whether the individual session has any specific requirements before setting off.</w:t>
      </w:r>
      <w:r/>
    </w:p>
    <w:p>
      <w:pPr>
        <w:pStyle w:val="Heading2"/>
      </w:pPr>
      <w:r>
        <w:t>More than sport, it's a chance to connect</w:t>
      </w:r>
      <w:r/>
    </w:p>
    <w:p>
      <w:r/>
      <w:r>
        <w:t>WLQP describes its wider work as focused on LGBTQ+ visibility, belonging and community-building across West London. Its programme includes sports, workshops and social events, with partnerships intended to support queer people and improve access to useful resources, as outlined on the organisation's website.</w:t>
      </w:r>
      <w:r/>
    </w:p>
    <w:p>
      <w:r/>
      <w:r>
        <w:t>That broader purpose gives the sports sessions their real appeal. You don't have to arrive with a ready-made friendship group, and you don't need to be the most outgoing person in the room. Coming alone can be part of the point: a shared activity gives conversation somewhere to begin.</w:t>
      </w:r>
      <w:r/>
    </w:p>
    <w:p>
      <w:pPr>
        <w:pStyle w:val="Heading2"/>
      </w:pPr>
      <w:r>
        <w:t>What to check before you go</w:t>
      </w:r>
      <w:r/>
    </w:p>
    <w:p>
      <w:r/>
      <w:r>
        <w:t>Start by choosing the sport that sounds enjoyable rather than the one you think you ought to pick. If you chew through energy quickly, a more active team game could be a good fit; if you're testing your confidence, a smaller taster or skills-based activity may feel more manageable.</w:t>
      </w:r>
      <w:r/>
    </w:p>
    <w:p>
      <w:r/>
      <w:r>
        <w:t>Then register through the relevant WLQP or event page and check the practical details, including venue, timing and equipment. Places and arrangements can change, so the official listings are the safest source for updates. A little preparation should leave you free to concentrate on the fun, the movement and perhaps a touch of friendly competition.</w:t>
      </w:r>
      <w:r/>
    </w:p>
    <w:p>
      <w:r/>
      <w:r>
        <w:t>A welcoming first try can be enough to turn a one-off session into a regular habit.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10">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[6]</w:t>
        </w:r>
      </w:hyperlink>
      <w:r>
        <w:t xml:space="preserve">- Paragraph 7: </w:t>
      </w:r>
      <w:hyperlink r:id="rId11">
        <w:r>
          <w:rPr>
            <w:color w:val="0000EE"/>
            <w:u w:val="single"/>
          </w:rPr>
          <w:t>[5]</w:t>
        </w:r>
      </w:hyperlink>
      <w:r>
        <w:t xml:space="preserve">, </w:t>
      </w:r>
      <w:hyperlink r:id="rId12">
        <w:r>
          <w:rPr>
            <w:color w:val="0000EE"/>
            <w:u w:val="single"/>
          </w:rPr>
          <w:t>[6]</w:t>
        </w:r>
      </w:hyperlink>
      <w:r>
        <w:t xml:space="preserve">- Paragraph 8: </w:t>
      </w:r>
      <w:hyperlink r:id="rId10">
        <w:r>
          <w:rPr>
            <w:color w:val="0000EE"/>
            <w:u w:val="single"/>
          </w:rPr>
          <w:t>[3]</w:t>
        </w:r>
      </w:hyperlink>
      <w:r>
        <w:t xml:space="preserve">, </w:t>
      </w:r>
      <w:hyperlink r:id="rId13">
        <w:r>
          <w:rPr>
            <w:color w:val="0000EE"/>
            <w:u w:val="single"/>
          </w:rPr>
          <w:t>[4]</w:t>
        </w:r>
      </w:hyperlink>
      <w:r>
        <w:t xml:space="preserve">- Paragraph 9: </w:t>
      </w:r>
      <w:hyperlink r:id="rId10">
        <w:r>
          <w:rPr>
            <w:color w:val="0000EE"/>
            <w:u w:val="single"/>
          </w:rPr>
          <w:t>[3]</w:t>
        </w:r>
      </w:hyperlink>
      <w:r>
        <w:t xml:space="preserve">, </w:t>
      </w:r>
      <w:hyperlink r:id="rId12">
        <w:r>
          <w:rPr>
            <w:color w:val="0000EE"/>
            <w:u w:val="single"/>
          </w:rPr>
          <w:t>[6]</w:t>
        </w:r>
      </w:hyperlink>
      <w:r>
        <w:t xml:space="preserve">- Paragraph 10: </w:t>
      </w:r>
      <w:hyperlink r:id="rId13">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https://www.qxmagazine.com/2026/10/wlqp-october-free-sport-taster-sessions-touch-rugby-cricket-tennis-football-hockey-indoor-climbing/</w:t>
        </w:r>
      </w:hyperlink>
      <w:r>
        <w:t xml:space="preserve"> - Please view link - unable to able to access data</w:t>
      </w:r>
      <w:r/>
    </w:p>
    <w:p>
      <w:pPr>
        <w:pStyle w:val="ListNumber"/>
        <w:spacing w:line="240" w:lineRule="auto"/>
        <w:ind w:left="720"/>
      </w:pPr>
      <w:r/>
      <w:hyperlink r:id="rId9">
        <w:r>
          <w:rPr>
            <w:color w:val="0000EE"/>
            <w:u w:val="single"/>
          </w:rPr>
          <w:t>https://www.qxmagazine.com/2026/10/wlqp-october-free-sport-taster-sessions-touch-rugby-cricket-tennis-football-hockey-indoor-climbing/</w:t>
        </w:r>
      </w:hyperlink>
      <w:r>
        <w:t xml:space="preserve"> - The West London Queer Project (WLQP) is offering free sports taster sessions in October 2026, including Touch Rugby, Cricket, Tennis, Football, Hockey, and Indoor Climbing. These sessions aim to provide a welcoming environment for individuals of all experience levels to try new sports, meet new people, and stay active. All sessions are free, but prior registration is required. For more information and to register, visit the WLQP website.</w:t>
      </w:r>
      <w:r/>
    </w:p>
    <w:p>
      <w:pPr>
        <w:pStyle w:val="ListNumber"/>
        <w:spacing w:line="240" w:lineRule="auto"/>
        <w:ind w:left="720"/>
      </w:pPr>
      <w:r/>
      <w:hyperlink r:id="rId10">
        <w:r>
          <w:rPr>
            <w:color w:val="0000EE"/>
            <w:u w:val="single"/>
          </w:rPr>
          <w:t>https://www.wlqp.org/</w:t>
        </w:r>
      </w:hyperlink>
      <w:r>
        <w:t xml:space="preserve"> - The West London Queer Project (WLQP) is a non-profit Community Interest Company dedicated to connecting, supporting, and giving a voice to LGBTQ+ individuals in West London. WLQP offers a variety of events, including workshops, sports activities, and social gatherings, fostering a safe and inclusive community. They collaborate with local organisations to address issues like mental health, discrimination, and access to resources, aiming to enhance the well-being and acceptance of LGBTQ+ individuals in the area.</w:t>
      </w:r>
      <w:r/>
    </w:p>
    <w:p>
      <w:pPr>
        <w:pStyle w:val="ListNumber"/>
        <w:spacing w:line="240" w:lineRule="auto"/>
        <w:ind w:left="720"/>
      </w:pPr>
      <w:r/>
      <w:hyperlink r:id="rId13">
        <w:r>
          <w:rPr>
            <w:color w:val="0000EE"/>
            <w:u w:val="single"/>
          </w:rPr>
          <w:t>https://www.meetup.com/www-wlq-org/</w:t>
        </w:r>
      </w:hyperlink>
      <w:r>
        <w:t xml:space="preserve"> - The West London Queer Project (WLQP) hosts a Meetup group for LGBTQ+ events, meet-ups, sporting activities, walks, and advocacy in West London. The group aims to connect and support LGBTQ+ individuals through various events and activities, fostering a welcoming and inclusive community. For a full listing of events and to sign up for their newsletter, visit their Meetup page.</w:t>
      </w:r>
      <w:r/>
    </w:p>
    <w:p>
      <w:pPr>
        <w:pStyle w:val="ListNumber"/>
        <w:spacing w:line="240" w:lineRule="auto"/>
        <w:ind w:left="720"/>
      </w:pPr>
      <w:r/>
      <w:hyperlink r:id="rId11">
        <w:r>
          <w:rPr>
            <w:color w:val="0000EE"/>
            <w:u w:val="single"/>
          </w:rPr>
          <w:t>https://www.outsavvy.com/event/40203/touch-rugby-taster-session</w:t>
        </w:r>
      </w:hyperlink>
      <w:r>
        <w:t xml:space="preserve"> - WLQP is hosting free Touch Rugby Taster Sessions at Linford Christie Stadium in London. These sessions are designed for everyone, whether you're trying touch rugby for the first time, haven't played in years, or are a seasoned player. The sessions aim to provide a friendly, inclusive, and non-judgemental environment for participants. Multiple dates are available, and registration is required.</w:t>
      </w:r>
      <w:r/>
    </w:p>
    <w:p>
      <w:pPr>
        <w:pStyle w:val="ListNumber"/>
        <w:spacing w:line="240" w:lineRule="auto"/>
        <w:ind w:left="720"/>
      </w:pPr>
      <w:r/>
      <w:hyperlink r:id="rId12">
        <w:r>
          <w:rPr>
            <w:color w:val="0000EE"/>
            <w:u w:val="single"/>
          </w:rPr>
          <w:t>https://www.wlqp.org/events</w:t>
        </w:r>
      </w:hyperlink>
      <w:r>
        <w:t xml:space="preserve"> - WLQP's 'What's On' page provides a comprehensive list of upcoming events, including sports taster sessions, social gatherings, and advocacy activities. The page offers details on each event, including dates, times, locations, and registration information, allowing individuals to participate in various activities that promote inclusivity and community engagement.</w:t>
      </w:r>
      <w:r/>
    </w:p>
    <w:p>
      <w:pPr>
        <w:pStyle w:val="ListNumber"/>
        <w:spacing w:line="240" w:lineRule="auto"/>
        <w:ind w:left="720"/>
      </w:pPr>
      <w:r/>
      <w:hyperlink r:id="rId14">
        <w:r>
          <w:rPr>
            <w:color w:val="0000EE"/>
            <w:u w:val="single"/>
          </w:rPr>
          <w:t>https://www.wallpaper.com/architecture/residential/west-london-extension-brown-urbanism-kitchen-bee-uk</w:t>
        </w:r>
      </w:hyperlink>
      <w:r>
        <w:t xml:space="preserve"> - The Ealing Return is a contemporary rear extension project in West Ealing, West London, designed by Kitchen Bee and Brown Urbanism. This residential renovation replaced an outdated lean-to and expanded the kitchen and dining areas of a period terraced home, aiming to enhance space, light, and flow. It forms part of a broader ground floor refurbishment to create an open-plan layout for a family of three. The redesign addressed key issues like poor lighting and limited kitchen efficiency, introducing a well-lit, spacious environment with improved connectivity and functionality.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10/wlqp-october-free-sport-taster-sessions-touch-rugby-cricket-tennis-football-hockey-indoor-climbing/" TargetMode="External"/><Relationship Id="rId10" Type="http://schemas.openxmlformats.org/officeDocument/2006/relationships/hyperlink" Target="https://www.wlqp.org/" TargetMode="External"/><Relationship Id="rId11" Type="http://schemas.openxmlformats.org/officeDocument/2006/relationships/hyperlink" Target="https://www.outsavvy.com/event/40203/touch-rugby-taster-session" TargetMode="External"/><Relationship Id="rId12" Type="http://schemas.openxmlformats.org/officeDocument/2006/relationships/hyperlink" Target="https://www.wlqp.org/events" TargetMode="External"/><Relationship Id="rId13" Type="http://schemas.openxmlformats.org/officeDocument/2006/relationships/hyperlink" Target="https://www.meetup.com/www-wlq-org/" TargetMode="External"/><Relationship Id="rId14" Type="http://schemas.openxmlformats.org/officeDocument/2006/relationships/hyperlink" Target="https://www.wallpaper.com/architecture/residential/west-london-extension-brown-urbanism-kitchen-bee-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