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Reclaiming the Word Queer Still Matters Today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rethinking the word queer as a term of identity, solidarity and self-definition. For some, its history as a slur remains painful; for others, it offers a broader, more flexible way to describe sexuality, gender and community. That tension matters, especially as language continues to shift across generations.</w:t>
      </w:r>
      <w:r/>
    </w:p>
    <w:p>
      <w:pPr>
        <w:pStyle w:val="Heading2"/>
      </w:pPr>
      <w:r>
        <w:t>Essential Takeaways</w:t>
      </w:r>
      <w:r/>
      <w:r/>
    </w:p>
    <w:p>
      <w:pPr>
        <w:pStyle w:val="ListBullet"/>
        <w:spacing w:line="240" w:lineRule="auto"/>
        <w:ind w:left="720"/>
      </w:pPr>
      <w:r/>
      <w:r>
        <w:rPr>
          <w:b/>
        </w:rPr>
        <w:t>The past still matters:</w:t>
      </w:r>
      <w:r>
        <w:t xml:space="preserve"> Queer was used as a hostile slur, particularly against older LGBTQ+ people.</w:t>
      </w:r>
      <w:r/>
    </w:p>
    <w:p>
      <w:pPr>
        <w:pStyle w:val="ListBullet"/>
        <w:spacing w:line="240" w:lineRule="auto"/>
        <w:ind w:left="720"/>
      </w:pPr>
      <w:r/>
      <w:r>
        <w:rPr>
          <w:b/>
        </w:rPr>
        <w:t>Meaning has changed:</w:t>
      </w:r>
      <w:r>
        <w:t xml:space="preserve"> Many people now use it positively as an inclusive identity or community term.</w:t>
      </w:r>
      <w:r/>
    </w:p>
    <w:p>
      <w:pPr>
        <w:pStyle w:val="ListBullet"/>
        <w:spacing w:line="240" w:lineRule="auto"/>
        <w:ind w:left="720"/>
      </w:pPr>
      <w:r/>
      <w:r>
        <w:rPr>
          <w:b/>
        </w:rPr>
        <w:t>It isn't one-size-fits-all:</w:t>
      </w:r>
      <w:r>
        <w:t xml:space="preserve"> Nobody should feel pressured to adopt a label that feels uncomfortable.</w:t>
      </w:r>
      <w:r/>
    </w:p>
    <w:p>
      <w:pPr>
        <w:pStyle w:val="ListBullet"/>
        <w:spacing w:line="240" w:lineRule="auto"/>
        <w:ind w:left="720"/>
      </w:pPr>
      <w:r/>
      <w:r>
        <w:rPr>
          <w:b/>
        </w:rPr>
        <w:t>The word can build solidarity:</w:t>
      </w:r>
      <w:r>
        <w:t xml:space="preserve"> It often connects people across different sexualities and gender identities.</w:t>
      </w:r>
      <w:r/>
    </w:p>
    <w:p>
      <w:pPr>
        <w:pStyle w:val="ListBullet"/>
        <w:spacing w:line="240" w:lineRule="auto"/>
        <w:ind w:left="720"/>
      </w:pPr>
      <w:r/>
      <w:r>
        <w:rPr>
          <w:b/>
        </w:rPr>
        <w:t>Context makes a difference:</w:t>
      </w:r>
      <w:r>
        <w:t xml:space="preserve"> Who says it, why they say it and how the listener feels all matter.</w:t>
      </w:r>
      <w:r/>
      <w:r/>
    </w:p>
    <w:p>
      <w:pPr>
        <w:pStyle w:val="Heading2"/>
      </w:pPr>
      <w:r>
        <w:t>One word, several emotional histories</w:t>
      </w:r>
      <w:r/>
    </w:p>
    <w:p>
      <w:r/>
      <w:r>
        <w:t>The word queer carries very different sensations depending on who hears it. For some people, it brings back shouted abuse, exclusion and fear. For others, it feels open, spacious and even liberating. Both reactions can be true at once, which is why debates about the term rarely have a simple ending.</w:t>
      </w:r>
      <w:r/>
    </w:p>
    <w:p>
      <w:r/>
      <w:r>
        <w:t>The history behind that discomfort shouldn't be brushed aside. As LGBTQ+ Nation has explained, queer was widely used as an insult before many LGBTQ+ communities began reshaping its meaning. That older experience remains especially powerful for people who lived through periods of routine discrimination and public hostility.</w:t>
      </w:r>
      <w:r/>
    </w:p>
    <w:p>
      <w:r/>
      <w:r>
        <w:t>At the same time, language changes when communities take ownership of it. The State Press describes reclamation as a way of challenging a word's old power, turning an insult into something chosen rather than imposed. It's a complicated process, but it can be deeply personal.</w:t>
      </w:r>
      <w:r/>
    </w:p>
    <w:p>
      <w:pPr>
        <w:pStyle w:val="Heading2"/>
      </w:pPr>
      <w:r>
        <w:t>Why queer feels broader than gay</w:t>
      </w:r>
      <w:r/>
    </w:p>
    <w:p>
      <w:r/>
      <w:r>
        <w:t>For many people, gay remains the clearest and most comfortable description of their identity. It's specific, familiar and rooted in a long history of visibility and political organising. Queer can work differently, offering a wider term for people whose sexuality or gender doesn't fit neatly into a single category.</w:t>
      </w:r>
      <w:r/>
    </w:p>
    <w:p>
      <w:r/>
      <w:r>
        <w:t>Medical News Today notes that queer is often used as an umbrella term, although its meaning varies from person to person. Some use it to describe sexual orientation, some use it to signal gender nonconformity, and others use it as a broader political or cultural identity.</w:t>
      </w:r>
      <w:r/>
    </w:p>
    <w:p>
      <w:r/>
      <w:r>
        <w:t>That flexibility is part of the attraction. Rather than asking someone to explain every detail of where they sit within the LGBTQ+ spectrum, the word can leave room for complexity. Human identity isn't always tidy, and labels don't have to pretend that it is.</w:t>
      </w:r>
      <w:r/>
    </w:p>
    <w:p>
      <w:pPr>
        <w:pStyle w:val="Heading2"/>
      </w:pPr>
      <w:r>
        <w:t>Reclamation can be powerful, but it isn't compulsory</w:t>
      </w:r>
      <w:r/>
    </w:p>
    <w:p>
      <w:r/>
      <w:r>
        <w:t>Reclaiming a slur is often described as an act of defiance. The Oxford University Press blog explored how LGBTQ+ communities have taken ownership of queer, giving it a more positive and collective meaning. Used this way, the word becomes a statement of agency: other people no longer get to decide what it means.</w:t>
      </w:r>
      <w:r/>
    </w:p>
    <w:p>
      <w:r/>
      <w:r>
        <w:t>But reclamation isn't a duty. Someone can support the community, believe in inclusion and still dislike the word when it's applied to them. Respecting that boundary is just as important as celebrating the term's newer uses.</w:t>
      </w:r>
      <w:r/>
    </w:p>
    <w:p>
      <w:r/>
      <w:r>
        <w:t>A useful rule is simple: let people choose their own language. If someone calls themselves queer, mirror that preference. If they say the term makes them uncomfortable, don't insist that they should embrace it. Identity is self-definition, not a vocabulary test.</w:t>
      </w:r>
      <w:r/>
    </w:p>
    <w:p>
      <w:pPr>
        <w:pStyle w:val="Heading2"/>
      </w:pPr>
      <w:r>
        <w:t>The generational divide deserves more care</w:t>
      </w:r>
      <w:r/>
    </w:p>
    <w:p>
      <w:r/>
      <w:r>
        <w:t>Arguments over queer often reveal a gap between generations. Younger people may encounter it in university groups, cultural writing or community spaces as a positive and inclusive term. Older people may remember it primarily as something thrown at them with menace.</w:t>
      </w:r>
      <w:r/>
    </w:p>
    <w:p>
      <w:r/>
      <w:r>
        <w:t>That doesn't mean one generation is right and the other is behind. The word has travelled through different social climates, and its emotional charge hasn't disappeared just because its public use has expanded. The SAGE Encyclopedia of Psychology and Gender describes queer as a term with both historical stigma and contemporary political significance.</w:t>
      </w:r>
      <w:r/>
    </w:p>
    <w:p>
      <w:r/>
      <w:r>
        <w:t>Listening is usually more productive than correcting. A conversation becomes kinder when people acknowledge why the same word can feel affirming to one person and wounding to another. There is no need to erase either experience.</w:t>
      </w:r>
      <w:r/>
    </w:p>
    <w:p>
      <w:pPr>
        <w:pStyle w:val="Heading2"/>
      </w:pPr>
      <w:r>
        <w:t>A banner for collective action</w:t>
      </w:r>
      <w:r/>
    </w:p>
    <w:p>
      <w:r/>
      <w:r>
        <w:t>One reason queer has gained ground is that it can emphasise shared experience rather than separate identity categories. Gay, lesbian, bisexual and transgender labels remain essential for visibility, but a wider term can also highlight common struggles around discrimination, safety, healthcare and belonging.</w:t>
      </w:r>
      <w:r/>
    </w:p>
    <w:p>
      <w:r/>
      <w:r>
        <w:t>The Parade guide to queer identity points to this broader use, while Medical News Today stresses that the term can include people who don't identify with more specific labels. That doesn't make the word automatically better; it simply gives some people another way to describe their place in the community.</w:t>
      </w:r>
      <w:r/>
    </w:p>
    <w:p>
      <w:r/>
      <w:r>
        <w:t>In a climate where LGBTQ+ rights and representation remain contested, collective language can feel meaningful. Still, solidarity works best when it leaves room for difference. A larger umbrella should offer shelter, not demand that everyone stand beneath it.</w:t>
      </w:r>
      <w:r/>
    </w:p>
    <w:p>
      <w:pPr>
        <w:pStyle w:val="Heading2"/>
      </w:pPr>
      <w:r>
        <w:t>How to use the word respectfully</w:t>
      </w:r>
      <w:r/>
    </w:p>
    <w:p>
      <w:r/>
      <w:r>
        <w:t>When you're unsure, ask rather than assume. In personal conversation, use the terms people choose for themselves, and be particularly careful with someone whose history you don't know.</w:t>
      </w:r>
      <w:r/>
    </w:p>
    <w:p>
      <w:r/>
      <w:r>
        <w:t>Context matters too. A community organisation, academic course or cultural publication may use queer in a positive and political sense. Outside those settings, the word can still land badly, especially when used by someone who isn't part of the LGBTQ+ community.</w:t>
      </w:r>
      <w:r/>
    </w:p>
    <w:p>
      <w:r/>
      <w:r>
        <w:t>The most respectful approach is neither to ban the word nor to treat it as universally harmless. Its meaning depends on history, intention and consent. That may sound less neat than a fixed rule, but people are more complicated than dictionaries.</w:t>
      </w:r>
      <w:r/>
    </w:p>
    <w:p>
      <w:r/>
      <w:r>
        <w:t>Language keeps moving, but respect should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1">
        <w:r>
          <w:rPr>
            <w:color w:val="0000EE"/>
            <w:u w:val="single"/>
          </w:rPr>
          <w:t>[6]</w:t>
        </w:r>
      </w:hyperlink>
      <w:r>
        <w:t xml:space="preserve">, </w:t>
      </w:r>
      <w:hyperlink r:id="rId10">
        <w:r>
          <w:rPr>
            <w:color w:val="0000EE"/>
            <w:u w:val="single"/>
          </w:rPr>
          <w:t>[2]</w:t>
        </w:r>
      </w:hyperlink>
      <w:r>
        <w:t xml:space="preserve">- Paragraph 8: </w:t>
      </w:r>
      <w:hyperlink r:id="rId13">
        <w:r>
          <w:rPr>
            <w:color w:val="0000EE"/>
            <w:u w:val="single"/>
          </w:rPr>
          <w:t>[5]</w:t>
        </w:r>
      </w:hyperlink>
      <w:r>
        <w:t xml:space="preserve">, </w:t>
      </w:r>
      <w:hyperlink r:id="rId12">
        <w:r>
          <w:rPr>
            <w:color w:val="0000EE"/>
            <w:u w:val="single"/>
          </w:rPr>
          <w:t>[3]</w:t>
        </w:r>
      </w:hyperlink>
      <w:r>
        <w:t xml:space="preserve">- Paragraph 9: </w:t>
      </w:r>
      <w:hyperlink r:id="rId15">
        <w:r>
          <w:rPr>
            <w:color w:val="0000EE"/>
            <w:u w:val="single"/>
          </w:rPr>
          <w:t>[7]</w:t>
        </w:r>
      </w:hyperlink>
      <w:r>
        <w:t xml:space="preserve">, </w:t>
      </w:r>
      <w:hyperlink r:id="rId14">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5">
        <w:r>
          <w:rPr>
            <w:color w:val="0000EE"/>
            <w:u w:val="single"/>
          </w:rPr>
          <w:t>[7]</w:t>
        </w:r>
      </w:hyperlink>
      <w:r>
        <w:t xml:space="preserve">, </w:t>
      </w:r>
      <w:hyperlink r:id="rId14">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5">
        <w:r>
          <w:rPr>
            <w:color w:val="0000EE"/>
            <w:u w:val="single"/>
          </w:rPr>
          <w:t>[7]</w:t>
        </w:r>
      </w:hyperlink>
      <w:r>
        <w:t xml:space="preserve">, </w:t>
      </w:r>
      <w:hyperlink r:id="rId14">
        <w:r>
          <w:rPr>
            <w:color w:val="0000EE"/>
            <w:u w:val="single"/>
          </w:rPr>
          <w:t>[4]</w:t>
        </w:r>
      </w:hyperlink>
      <w:r>
        <w:t xml:space="preserve">- Paragraph 16: </w:t>
      </w:r>
      <w:hyperlink r:id="rId10">
        <w:r>
          <w:rPr>
            <w:color w:val="0000EE"/>
            <w:u w:val="single"/>
          </w:rPr>
          <w:t>[2]</w:t>
        </w:r>
      </w:hyperlink>
      <w:r>
        <w:t xml:space="preserve">, </w:t>
      </w:r>
      <w:hyperlink r:id="rId11">
        <w:r>
          <w:rPr>
            <w:color w:val="0000EE"/>
            <w:u w:val="single"/>
          </w:rPr>
          <w:t>[6]</w:t>
        </w:r>
      </w:hyperlink>
      <w:r>
        <w:t xml:space="preserve">- Paragraph 17: </w:t>
      </w:r>
      <w:hyperlink r:id="rId12">
        <w:r>
          <w:rPr>
            <w:color w:val="0000EE"/>
            <w:u w:val="single"/>
          </w:rPr>
          <w:t>[3]</w:t>
        </w:r>
      </w:hyperlink>
      <w:r>
        <w:t xml:space="preserve">, </w:t>
      </w:r>
      <w:hyperlink r:id="rId13">
        <w:r>
          <w:rPr>
            <w:color w:val="0000EE"/>
            <w:u w:val="single"/>
          </w:rPr>
          <w:t>[5]</w:t>
        </w:r>
      </w:hyperlink>
      <w:r>
        <w:t xml:space="preserve">- Paragraph 18: </w:t>
      </w:r>
      <w:hyperlink r:id="rId15">
        <w:r>
          <w:rPr>
            <w:color w:val="0000EE"/>
            <w:u w:val="single"/>
          </w:rPr>
          <w:t>[7]</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https://thefightmag.com/2026/10/reclaiming-the-spectrum-why-the-word-queer-does-not-bother-me/</w:t>
        </w:r>
      </w:hyperlink>
      <w:r>
        <w:t xml:space="preserve"> - Please view link - unable to able to access data</w:t>
      </w:r>
      <w:r/>
    </w:p>
    <w:p>
      <w:pPr>
        <w:pStyle w:val="ListNumber"/>
        <w:spacing w:line="240" w:lineRule="auto"/>
        <w:ind w:left="720"/>
      </w:pPr>
      <w:r/>
      <w:hyperlink r:id="rId10">
        <w:r>
          <w:rPr>
            <w:color w:val="0000EE"/>
            <w:u w:val="single"/>
          </w:rPr>
          <w:t>https://www.statepress.com/article/2020/09/specho-reclaiming-the-word-queer-from-negative-association</w:t>
        </w:r>
      </w:hyperlink>
      <w:r>
        <w:t xml:space="preserve"> - This article discusses the evolution of the term 'queer' within the LGBTQ+ community. It highlights how the term, once used as a derogatory slur, has been reclaimed by many to serve as an inclusive and empowering label. The piece also delves into the historical context of the word, tracing its origins and the significance of its reclamation in fostering a sense of unity and identity among LGBTQ+ individuals.</w:t>
      </w:r>
      <w:r/>
    </w:p>
    <w:p>
      <w:pPr>
        <w:pStyle w:val="ListNumber"/>
        <w:spacing w:line="240" w:lineRule="auto"/>
        <w:ind w:left="720"/>
      </w:pPr>
      <w:r/>
      <w:hyperlink r:id="rId12">
        <w:r>
          <w:rPr>
            <w:color w:val="0000EE"/>
            <w:u w:val="single"/>
          </w:rPr>
          <w:t>https://parade.com/living/queer-meaning</w:t>
        </w:r>
      </w:hyperlink>
      <w:r>
        <w:t xml:space="preserve"> - This article explores the changing meanings of the term 'queer' over time. It outlines how the word, initially used as a slur, has been embraced by the LGBTQ+ community as an umbrella term that signifies inclusivity and fluidity in sexual orientation and gender identity. The piece also addresses the importance of using the term respectfully and understanding its complex history.</w:t>
      </w:r>
      <w:r/>
    </w:p>
    <w:p>
      <w:pPr>
        <w:pStyle w:val="ListNumber"/>
        <w:spacing w:line="240" w:lineRule="auto"/>
        <w:ind w:left="720"/>
      </w:pPr>
      <w:r/>
      <w:hyperlink r:id="rId14">
        <w:r>
          <w:rPr>
            <w:color w:val="0000EE"/>
            <w:u w:val="single"/>
          </w:rPr>
          <w:t>https://blog.oup.com/2018/12/lgbtq-community-reclaiming-the-word-queer/</w:t>
        </w:r>
      </w:hyperlink>
      <w:r>
        <w:t xml:space="preserve"> - This article examines the etymology and evolution of the word 'queer.' It traces its origins from the 16th century, where it meant 'strange' or 'odd,' to its adoption in the early 20th century as a term for homosexuals. The piece also discusses the reclamation of the term by the LGBTQ+ community, transforming it from a derogatory label to a symbol of pride and inclusivity.</w:t>
      </w:r>
      <w:r/>
    </w:p>
    <w:p>
      <w:pPr>
        <w:pStyle w:val="ListNumber"/>
        <w:spacing w:line="240" w:lineRule="auto"/>
        <w:ind w:left="720"/>
      </w:pPr>
      <w:r/>
      <w:hyperlink r:id="rId13">
        <w:r>
          <w:rPr>
            <w:color w:val="0000EE"/>
            <w:u w:val="single"/>
          </w:rPr>
          <w:t>https://www.medicalnewstoday.com/articles/what-does-queer-mean</w:t>
        </w:r>
      </w:hyperlink>
      <w:r>
        <w:t xml:space="preserve"> - This article provides a comprehensive overview of the term 'queer,' including its definition, history, and current usage. It explains how the term has been reclaimed by the LGBTQ+ community as a positive self-identifier, despite its past as a harmful slur. The piece also discusses the importance of context and individual preference when using the term.</w:t>
      </w:r>
      <w:r/>
    </w:p>
    <w:p>
      <w:pPr>
        <w:pStyle w:val="ListNumber"/>
        <w:spacing w:line="240" w:lineRule="auto"/>
        <w:ind w:left="720"/>
      </w:pPr>
      <w:r/>
      <w:hyperlink r:id="rId11">
        <w:r>
          <w:rPr>
            <w:color w:val="0000EE"/>
            <w:u w:val="single"/>
          </w:rPr>
          <w:t>https://www.lgbtqnation.com/2023/07/is-queer-a-slur-exploring-the-meaning-and-use-of-the-term/</w:t>
        </w:r>
      </w:hyperlink>
      <w:r>
        <w:t xml:space="preserve"> - This article explores the complexities surrounding the term 'queer,' examining its history as a slur and its reclamation by the LGBTQ+ community. It discusses how the term has been used to signify empowerment and inclusivity, and the ongoing debates about its usage and meaning within and outside the community.</w:t>
      </w:r>
      <w:r/>
    </w:p>
    <w:p>
      <w:pPr>
        <w:pStyle w:val="ListNumber"/>
        <w:spacing w:line="240" w:lineRule="auto"/>
        <w:ind w:left="720"/>
      </w:pPr>
      <w:r/>
      <w:hyperlink r:id="rId15">
        <w:r>
          <w:rPr>
            <w:color w:val="0000EE"/>
            <w:u w:val="single"/>
          </w:rPr>
          <w:t>https://sk.sagepub.com/ency/edvol/embed/the-sage-encyclopedia-of-psychology-and-gender/chpt/queer</w:t>
        </w:r>
      </w:hyperlink>
      <w:r>
        <w:t xml:space="preserve"> - This entry from The SAGE Encyclopedia of Psychology and Gender discusses the reclamation of the term 'queer' within the LGBTQ+ community. It highlights how the term has been embraced as a more comprehensive alternative to traditional labels, emphasizing fluidity and non-conformity in gender and sexual identity. The piece also touches on the role of activist groups like Queer Nation in popularizing the term.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10/reclaiming-the-spectrum-why-the-word-queer-does-not-bother-me/" TargetMode="External"/><Relationship Id="rId10" Type="http://schemas.openxmlformats.org/officeDocument/2006/relationships/hyperlink" Target="https://www.statepress.com/article/2020/09/specho-reclaiming-the-word-queer-from-negative-association" TargetMode="External"/><Relationship Id="rId11" Type="http://schemas.openxmlformats.org/officeDocument/2006/relationships/hyperlink" Target="https://www.lgbtqnation.com/2023/07/is-queer-a-slur-exploring-the-meaning-and-use-of-the-term/" TargetMode="External"/><Relationship Id="rId12" Type="http://schemas.openxmlformats.org/officeDocument/2006/relationships/hyperlink" Target="https://parade.com/living/queer-meaning" TargetMode="External"/><Relationship Id="rId13" Type="http://schemas.openxmlformats.org/officeDocument/2006/relationships/hyperlink" Target="https://www.medicalnewstoday.com/articles/what-does-queer-mean" TargetMode="External"/><Relationship Id="rId14" Type="http://schemas.openxmlformats.org/officeDocument/2006/relationships/hyperlink" Target="https://blog.oup.com/2018/12/lgbtq-community-reclaiming-the-word-queer/" TargetMode="External"/><Relationship Id="rId15" Type="http://schemas.openxmlformats.org/officeDocument/2006/relationships/hyperlink" Target="https://sk.sagepub.com/ency/edvol/embed/the-sage-encyclopedia-of-psychology-and-gender/chpt/que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