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TLVFest 2025 brings bold queer cinema to Tel Aviv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the Tel Aviv Cinematheque from October 22 to 31 for TLVFest 2025, Israel's leading international LGBTQ+ film festival. The 21st edition arrives with new artistic leadership, acclaimed global titles and a strong showcase of Israeli filmmaking, making it a lively meeting point for queer stories, cultural debate and unapologetic joy.</w:t>
      </w:r>
      <w:r/>
    </w:p>
    <w:p>
      <w:pPr>
        <w:pStyle w:val="Heading2"/>
      </w:pPr>
      <w:r>
        <w:t>Essential Takeaways</w:t>
      </w:r>
      <w:r/>
      <w:r/>
    </w:p>
    <w:p>
      <w:pPr>
        <w:pStyle w:val="ListBullet"/>
        <w:spacing w:line="240" w:lineRule="auto"/>
        <w:ind w:left="720"/>
      </w:pPr>
      <w:r/>
      <w:r>
        <w:rPr>
          <w:b/>
        </w:rPr>
        <w:t>New leadership:</w:t>
      </w:r>
      <w:r>
        <w:t xml:space="preserve"> Artistic director Gili Porat and producer Yael Lavie are taking over after founder Yair Hochner's two-decade tenure.</w:t>
      </w:r>
      <w:r/>
    </w:p>
    <w:p>
      <w:pPr>
        <w:pStyle w:val="ListBullet"/>
        <w:spacing w:line="240" w:lineRule="auto"/>
        <w:ind w:left="720"/>
      </w:pPr>
      <w:r/>
      <w:r>
        <w:rPr>
          <w:b/>
        </w:rPr>
        <w:t>International highlights:</w:t>
      </w:r>
      <w:r>
        <w:t xml:space="preserve"> The programme includes Rose, The Wrong Girls and Stop! That! Train!</w:t>
      </w:r>
      <w:r/>
    </w:p>
    <w:p>
      <w:pPr>
        <w:pStyle w:val="ListBullet"/>
        <w:spacing w:line="240" w:lineRule="auto"/>
        <w:ind w:left="720"/>
      </w:pPr>
      <w:r/>
      <w:r>
        <w:rPr>
          <w:b/>
        </w:rPr>
        <w:t>Israeli premieres:</w:t>
      </w:r>
      <w:r>
        <w:t xml:space="preserve"> New local work includes A Man Walks on the Street and Tell Me Everything.</w:t>
      </w:r>
      <w:r/>
    </w:p>
    <w:p>
      <w:pPr>
        <w:pStyle w:val="ListBullet"/>
        <w:spacing w:line="240" w:lineRule="auto"/>
        <w:ind w:left="720"/>
      </w:pPr>
      <w:r/>
      <w:r>
        <w:rPr>
          <w:b/>
        </w:rPr>
        <w:t>A broad emotional range:</w:t>
      </w:r>
      <w:r>
        <w:t xml:space="preserve"> Films explore love, faith, family and queer joy rather than settling for a single festival mood.</w:t>
      </w:r>
      <w:r/>
    </w:p>
    <w:p>
      <w:pPr>
        <w:pStyle w:val="ListBullet"/>
        <w:spacing w:line="240" w:lineRule="auto"/>
        <w:ind w:left="720"/>
      </w:pPr>
      <w:r/>
      <w:r>
        <w:rPr>
          <w:b/>
        </w:rPr>
        <w:t>A global reputation:</w:t>
      </w:r>
      <w:r>
        <w:t xml:space="preserve"> TLVFest has previously been recognised by IndieWire as one of the world's leading LGBTQ+ film festivals.</w:t>
      </w:r>
      <w:r/>
      <w:r/>
    </w:p>
    <w:p>
      <w:pPr>
        <w:pStyle w:val="Heading2"/>
      </w:pPr>
      <w:r>
        <w:t>A new chapter begins at Tel Aviv's queer film festival</w:t>
      </w:r>
      <w:r/>
    </w:p>
    <w:p>
      <w:r/>
      <w:r>
        <w:t>TLVFest returns to the Tel Aviv Cinematheque with more than a packed schedule. Its 21st edition also marks a handover between generations, as Gili Porat and Yael Lavie assume leadership following founder Yair Hochner's long stewardship of the event.</w:t>
      </w:r>
      <w:r/>
    </w:p>
    <w:p>
      <w:r/>
      <w:r>
        <w:t>That change matters because Hochner helped turn the festival into a durable part of Israel's queer cultural landscape. Now the new team faces the familiar festival challenge: honouring a well-loved identity while giving audiences a reason to look forward, not just back. According to The Jerusalem Post, that transition sits at the heart of this year's edition.</w:t>
      </w:r>
      <w:r/>
    </w:p>
    <w:p>
      <w:pPr>
        <w:pStyle w:val="Heading2"/>
      </w:pPr>
      <w:r>
        <w:t>International films bring stars, camp and sharp edges</w:t>
      </w:r>
      <w:r/>
    </w:p>
    <w:p>
      <w:r/>
      <w:r>
        <w:t>The international programme has plenty of recognisable names, but it isn't simply a celebrity parade. Markus Schleinzer's Rose, which brought Sandra Hüller the Silver Bear at Berlin, leads a selection that combines prestige cinema with emotionally charged queer storytelling.</w:t>
      </w:r>
      <w:r/>
    </w:p>
    <w:p>
      <w:r/>
      <w:r>
        <w:t>Dylan Meyer's The Wrong Girls adds a very different flavour, pairing crime-comedy energy with Kristen Stewart and Alia Shawkat. Meanwhile, Adam Shankman's Stop! That! Train! promises a campier rush, with RuPaul among its cast. It sounds like the sort of line-up that can move from thoughtful conversation to gleeful audience noise in a single evening.</w:t>
      </w:r>
      <w:r/>
    </w:p>
    <w:p>
      <w:pPr>
        <w:pStyle w:val="Heading2"/>
      </w:pPr>
      <w:r>
        <w:t>Why TLVFest still feels bigger than a screening programme</w:t>
      </w:r>
      <w:r/>
    </w:p>
    <w:p>
      <w:r/>
      <w:r>
        <w:t>The festival's international standing gives it useful cultural weight. IndieWire has previously placed TLVFest among the world's top LGBTQ+ film festivals, while the event has welcomed figures connected with major gatherings including Sundance and Berlin.</w:t>
      </w:r>
      <w:r/>
    </w:p>
    <w:p>
      <w:r/>
      <w:r>
        <w:t>That history helps explain why the festival feels like more than a local cinema season. It creates a route for Israeli audiences to encounter new queer work from abroad, while giving local filmmakers a platform in a setting where their stories are seen as part of a wider conversation. For many viewers, the shared experience matters just as much as the titles on the screen.</w:t>
      </w:r>
      <w:r/>
    </w:p>
    <w:p>
      <w:pPr>
        <w:pStyle w:val="Heading2"/>
      </w:pPr>
      <w:r>
        <w:t>Israeli cinema takes centre stage</w:t>
      </w:r>
      <w:r/>
    </w:p>
    <w:p>
      <w:r/>
      <w:r>
        <w:t>The domestic selection offers a substantial counterbalance to the international films. Yuval Hadadi's A Man Walks on the Street will premiere at the festival, while Moshe Rosenthal's Ophir Award-winning Tell Me Everything joins the programme.</w:t>
      </w:r>
      <w:r/>
    </w:p>
    <w:p>
      <w:r/>
      <w:r>
        <w:t>The line-up also includes And Thou Shalt Love, the final film by the late, award-winning director Nitzan Gilady. Its inclusion brings an especially poignant note to the festival, linking new work and recent cinematic history. The result is a richer portrait of Israeli queer filmmaking, with room for emerging voices, established talent and stories that don't fit neatly into one category.</w:t>
      </w:r>
      <w:r/>
    </w:p>
    <w:p>
      <w:pPr>
        <w:pStyle w:val="Heading2"/>
      </w:pPr>
      <w:r>
        <w:t>What audiences can expect this year</w:t>
      </w:r>
      <w:r/>
    </w:p>
    <w:p>
      <w:r/>
      <w:r>
        <w:t>The stated themes, including love, faith, family and queer joy, suggest a programme with plenty of emotional variety. Some films will likely invite close discussion, while others are designed to deliver the uncomplicated pleasure of a crowded cinema, a sharp punchline and the lights coming back up.</w:t>
      </w:r>
      <w:r/>
    </w:p>
    <w:p>
      <w:r/>
      <w:r>
        <w:t>That balance may be TLVFest's greatest strength. Queer cinema doesn't have to choose between political urgency and entertainment, and this year's selection appears determined to make space for both. If you're planning a visit, browsing the programme by mood as well as genre could be the best way to find a film that suits the evening.</w:t>
      </w:r>
      <w:r/>
    </w:p>
    <w:p>
      <w:r/>
      <w:r>
        <w:t>It is a new chapter for TLVFest, but not a quiet one.</w:t>
      </w:r>
      <w:r/>
    </w:p>
    <w:p>
      <w:r/>
      <w:r>
        <w:t>Explore the programme and find a screening that speaks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https://www.jpost.com/israel-news/culture/article-910468</w:t>
        </w:r>
      </w:hyperlink>
      <w:r>
        <w:t xml:space="preserve"> - Please view link - unable to able to access data</w:t>
      </w:r>
      <w:r/>
    </w:p>
    <w:p>
      <w:pPr>
        <w:pStyle w:val="ListNumber"/>
        <w:spacing w:line="240" w:lineRule="auto"/>
        <w:ind w:left="720"/>
      </w:pPr>
      <w:r/>
      <w:hyperlink r:id="rId9">
        <w:r>
          <w:rPr>
            <w:color w:val="0000EE"/>
            <w:u w:val="single"/>
          </w:rPr>
          <w:t>https://www.jpost.com/israel-news/culture/article-910468</w:t>
        </w:r>
      </w:hyperlink>
      <w:r>
        <w:t xml:space="preserve"> - TLVFest, Israel's premier international LGBT film festival, is set to return to the Tel Aviv Cinematheque for its 21st edition from October 22-31. This year's festival introduces a new leadership team, with artistic director Gili Porat and producer Yael Lavie taking over after founder Yair Hochner's departure. Recognised globally, TLVFest was previously named one of the top 10 LGBTQ+ film festivals by IndieWire. The lineup promises a diverse selection of queer cinema, including award-winning films like Markus Schleinzer's 'Rose' and Dylan Meyer's 'The Wrong Girls'.</w:t>
      </w:r>
      <w:r/>
    </w:p>
    <w:p>
      <w:pPr>
        <w:pStyle w:val="ListNumber"/>
        <w:spacing w:line="240" w:lineRule="auto"/>
        <w:ind w:left="720"/>
      </w:pPr>
      <w:r/>
      <w:hyperlink r:id="rId11">
        <w:r>
          <w:rPr>
            <w:color w:val="0000EE"/>
            <w:u w:val="single"/>
          </w:rPr>
          <w:t>https://www.jpost.com/israel-news/article-777932</w:t>
        </w:r>
      </w:hyperlink>
      <w:r>
        <w:t xml:space="preserve"> - The International Tel Aviv LGBTQ+ Film Festival, known as TLVFest, is scheduled to run at the Tel Aviv Cinematheque from December 21-31. The festival, which was postponed from its original October dates due to the war, will feature the best of recent LGBTQ+ cinema from Israel and around the world, including competitions and special events. Actors Ayelet Robinson and Gal Nissim are set to present filmmaker Avigail Sperber with the festival's achievement award. However, due to the ongoing war, the event will be more modest, lacking the usual parties and international guests.</w:t>
      </w:r>
      <w:r/>
    </w:p>
    <w:p>
      <w:pPr>
        <w:pStyle w:val="ListNumber"/>
        <w:spacing w:line="240" w:lineRule="auto"/>
        <w:ind w:left="720"/>
      </w:pPr>
      <w:r/>
      <w:hyperlink r:id="rId10">
        <w:r>
          <w:rPr>
            <w:color w:val="0000EE"/>
            <w:u w:val="single"/>
          </w:rPr>
          <w:t>https://www.jpost.com/365days/cinema_and_television/article-746943</w:t>
        </w:r>
      </w:hyperlink>
      <w:r>
        <w:t xml:space="preserve"> - Israeli films were prominently featured at two major film festivals held in Delhi in March 2023: the Asian Women's Film Festival IAWRT and the Habitat International Film Festival (HIFF). Five films by Israeli filmmakers, including student films, were screened at the IAWRT festival. The opening film was 'Haya Baseret' by Israeli filmmaker Miri Orman, who attended the festival with assistance from the Israeli Embassy in New Delhi. Both festivals were open to the public free of charge.</w:t>
      </w:r>
      <w:r/>
    </w:p>
    <w:p>
      <w:pPr>
        <w:pStyle w:val="ListNumber"/>
        <w:spacing w:line="240" w:lineRule="auto"/>
        <w:ind w:left="720"/>
      </w:pPr>
      <w:r/>
      <w:hyperlink r:id="rId13">
        <w:r>
          <w:rPr>
            <w:color w:val="0000EE"/>
            <w:u w:val="single"/>
          </w:rPr>
          <w:t>https://www.jpost.com/must/article-747926</w:t>
        </w:r>
      </w:hyperlink>
      <w:r>
        <w:t xml:space="preserve"> - The 2023 Israel Festival, taking place from August 1-11, focuses on the country's somber reality, reflecting on the challenges faced due to lockdowns, health issues, and ongoing political unrest. The festival's program includes contemporary art that addresses these themes, with performances and events held at venues such as Independence Park, the Jerusalem Theatre, and the Jerusalem Arts Campus.</w:t>
      </w:r>
      <w:r/>
    </w:p>
    <w:p>
      <w:pPr>
        <w:pStyle w:val="ListNumber"/>
        <w:spacing w:line="240" w:lineRule="auto"/>
        <w:ind w:left="720"/>
      </w:pPr>
      <w:r/>
      <w:hyperlink r:id="rId12">
        <w:r>
          <w:rPr>
            <w:color w:val="0000EE"/>
            <w:u w:val="single"/>
          </w:rPr>
          <w:t>https://www.jpost.com/j-spot/article-780692</w:t>
        </w:r>
      </w:hyperlink>
      <w:r>
        <w:t xml:space="preserve"> - A Tel Aviv exhibit has recreated the Nova massacre site in exacting detail, aiming to provide a space for healing. The exhibit features a visual projection in the center of the reconstructed dance floor, showing angels rising on loop to represent the young lives tragically taken during the attack.</w:t>
      </w:r>
      <w:r/>
    </w:p>
    <w:p>
      <w:pPr>
        <w:pStyle w:val="ListNumber"/>
        <w:spacing w:line="240" w:lineRule="auto"/>
        <w:ind w:left="720"/>
      </w:pPr>
      <w:r/>
      <w:hyperlink r:id="rId14">
        <w:r>
          <w:rPr>
            <w:color w:val="0000EE"/>
            <w:u w:val="single"/>
          </w:rPr>
          <w:t>https://www.jpost.com/israel-news/culture/article-747929/</w:t>
        </w:r>
      </w:hyperlink>
      <w:r>
        <w:t xml:space="preserve"> - The 40th Jerusalem Film Festival, running from July 13-23, 2023, at the Jerusalem Cinematheque and other venues, has announced its international movie lineup. The festival will feature films that have won top prizes at festivals such as Cannes, Berlin, Venice, and Toronto, including works by celebrated filmmakers like Nuri Bilge Ceylan and Nanni Moretti.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jpost.com/israel-news/culture/article-910468" TargetMode="External"/><Relationship Id="rId10" Type="http://schemas.openxmlformats.org/officeDocument/2006/relationships/hyperlink" Target="https://www.jpost.com/365days/cinema_and_television/article-746943" TargetMode="External"/><Relationship Id="rId11" Type="http://schemas.openxmlformats.org/officeDocument/2006/relationships/hyperlink" Target="https://www.jpost.com/israel-news/article-777932" TargetMode="External"/><Relationship Id="rId12" Type="http://schemas.openxmlformats.org/officeDocument/2006/relationships/hyperlink" Target="https://www.jpost.com/j-spot/article-780692" TargetMode="External"/><Relationship Id="rId13" Type="http://schemas.openxmlformats.org/officeDocument/2006/relationships/hyperlink" Target="https://www.jpost.com/must/article-747926" TargetMode="External"/><Relationship Id="rId14" Type="http://schemas.openxmlformats.org/officeDocument/2006/relationships/hyperlink" Target="https://www.jpost.com/israel-news/culture/article-7479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