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Rainbow Roots Festival brings LGBTQ history and community to Lakeland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are gathering at Lake Mirror Auditorium in Lakeland for a free, family-friendly LGBTQ festival blending local arts, community support and living history. With queer-owned businesses, performers and AIDS Memorial Quilt panels on the programme, Rainbow Roots offers a welcoming day out while keeping important stories firmly in view.</w:t>
      </w:r>
      <w:r/>
    </w:p>
    <w:p>
      <w:pPr>
        <w:pStyle w:val="Heading2"/>
      </w:pPr>
      <w:r>
        <w:t>Essential Takeaways</w:t>
      </w:r>
      <w:r/>
      <w:r/>
    </w:p>
    <w:p>
      <w:pPr>
        <w:pStyle w:val="ListBullet"/>
        <w:spacing w:line="240" w:lineRule="auto"/>
        <w:ind w:left="720"/>
      </w:pPr>
      <w:r/>
      <w:r>
        <w:rPr>
          <w:b/>
        </w:rPr>
        <w:t>Free community event:</w:t>
      </w:r>
      <w:r>
        <w:t xml:space="preserve"> Rainbow Roots is open to everyone, with activities running from noon until 5pm.</w:t>
      </w:r>
      <w:r/>
    </w:p>
    <w:p>
      <w:pPr>
        <w:pStyle w:val="ListBullet"/>
        <w:spacing w:line="240" w:lineRule="auto"/>
        <w:ind w:left="720"/>
      </w:pPr>
      <w:r/>
      <w:r>
        <w:rPr>
          <w:b/>
        </w:rPr>
        <w:t>Local focus:</w:t>
      </w:r>
      <w:r>
        <w:t xml:space="preserve"> Queer-owned businesses, performers and community groups will be represented.</w:t>
      </w:r>
      <w:r/>
    </w:p>
    <w:p>
      <w:pPr>
        <w:pStyle w:val="ListBullet"/>
        <w:spacing w:line="240" w:lineRule="auto"/>
        <w:ind w:left="720"/>
      </w:pPr>
      <w:r/>
      <w:r>
        <w:rPr>
          <w:b/>
        </w:rPr>
        <w:t>History on display:</w:t>
      </w:r>
      <w:r>
        <w:t xml:space="preserve"> AIDS Memorial Quilt panels are returning to Polk County after a two-decade absence.</w:t>
      </w:r>
      <w:r/>
    </w:p>
    <w:p>
      <w:pPr>
        <w:pStyle w:val="ListBullet"/>
        <w:spacing w:line="240" w:lineRule="auto"/>
        <w:ind w:left="720"/>
      </w:pPr>
      <w:r/>
      <w:r>
        <w:rPr>
          <w:b/>
        </w:rPr>
        <w:t>Support matters:</w:t>
      </w:r>
      <w:r>
        <w:t xml:space="preserve"> The Rose Dynasty Center connects visitors with healthcare, counselling and HIV services.</w:t>
      </w:r>
      <w:r/>
    </w:p>
    <w:p>
      <w:pPr>
        <w:pStyle w:val="ListBullet"/>
        <w:spacing w:line="240" w:lineRule="auto"/>
        <w:ind w:left="720"/>
      </w:pPr>
      <w:r/>
      <w:r>
        <w:rPr>
          <w:b/>
        </w:rPr>
        <w:t>A proven draw:</w:t>
      </w:r>
      <w:r>
        <w:t xml:space="preserve"> Organisers say last year's festival attracted more than 900 people.</w:t>
      </w:r>
      <w:r/>
      <w:r/>
    </w:p>
    <w:p>
      <w:pPr>
        <w:pStyle w:val="Heading2"/>
      </w:pPr>
      <w:r>
        <w:t>A bright, welcoming festival with a serious heart</w:t>
      </w:r>
      <w:r/>
    </w:p>
    <w:p>
      <w:r/>
      <w:r>
        <w:t>Lakeland's Rainbow Roots Festival is designed to feel celebratory, but it isn't just another afternoon of stalls and entertainment. Alongside music, art and community connections, the event gives visitors space to reflect on the people and movements that have shaped LGBTQ life in Polk County.</w:t>
      </w:r>
      <w:r/>
    </w:p>
    <w:p>
      <w:r/>
      <w:r>
        <w:t>That balance is what gives the festival its character. One moment might bring a lively performance or a browse through a local business stall; the next could prompt a quieter conversation about HIV, loss and resilience. Details from the Rose Dynasty Foundation show that remembrance is central to the event, rather than an afterthought.</w:t>
      </w:r>
      <w:r/>
    </w:p>
    <w:p>
      <w:pPr>
        <w:pStyle w:val="Heading2"/>
      </w:pPr>
      <w:r>
        <w:t>Why the AIDS Memorial Quilt matters</w:t>
      </w:r>
      <w:r/>
    </w:p>
    <w:p>
      <w:r/>
      <w:r>
        <w:t>The return of panels from the AIDS Memorial Quilt is likely to be one of the day's most powerful moments. The travelling memorial preserves the names and stories of people who died from HIV and AIDS, turning a vast public health crisis into something personal and visible.</w:t>
      </w:r>
      <w:r/>
    </w:p>
    <w:p>
      <w:r/>
      <w:r>
        <w:t>According to LKLD Now, panels are being brought back to Polk County for the first time in around 20 years. A remembrance ceremony is planned, and the display will later be available at the Rose Dynasty Center, extending the festival's impact beyond a single Sunday. It's history you can stand beside, not simply read about.</w:t>
      </w:r>
      <w:r/>
    </w:p>
    <w:p>
      <w:pPr>
        <w:pStyle w:val="Heading2"/>
      </w:pPr>
      <w:r>
        <w:t>Meet the organisations supporting Polk County</w:t>
      </w:r>
      <w:r/>
    </w:p>
    <w:p>
      <w:r/>
      <w:r>
        <w:t>Rainbow Roots also highlights the practical work happening between celebrations. The Rose Dynasty Center, supported by Pineapple Healthcare, offers primary care, mental health counselling and free HIV and sexually transmitted infection testing, treatment and prevention services.</w:t>
      </w:r>
      <w:r/>
    </w:p>
    <w:p>
      <w:r/>
      <w:r>
        <w:t>That makes the festival a useful introduction to local support as well as a social occasion. For visitors who aren't sure where to begin, a friendly community event can feel far less intimidating than an unfamiliar clinic or formal appointment. The Rose Dynasty Foundation describes the festival as a way to connect people with organisations that understand their needs.</w:t>
      </w:r>
      <w:r/>
    </w:p>
    <w:p>
      <w:pPr>
        <w:pStyle w:val="Heading2"/>
      </w:pPr>
      <w:r>
        <w:t>What visitors can expect on the day</w:t>
      </w:r>
      <w:r/>
    </w:p>
    <w:p>
      <w:r/>
      <w:r>
        <w:t>The festival will take place at Lake Mirror Auditorium, with queer-owned businesses, artists, performers and community organisations creating a broad programme. The official Rainbow Roots information also presents the event as family-friendly, so it should appeal to people looking for an inclusive outing rather than a late-night celebration.</w:t>
      </w:r>
      <w:r/>
    </w:p>
    <w:p>
      <w:r/>
      <w:r>
        <w:t>Arriving early could be sensible if last year's attendance is any guide. More than 900 people reportedly came along previously, and free events with a strong local following can fill up quickly. Comfortable shoes, a bottle of water and a little time for browsing are the practical essentials, especially if you want to take in both the entertainment and the memorial display.</w:t>
      </w:r>
      <w:r/>
    </w:p>
    <w:p>
      <w:pPr>
        <w:pStyle w:val="Heading2"/>
      </w:pPr>
      <w:r>
        <w:t>A celebration that looks backwards and forwards</w:t>
      </w:r>
      <w:r/>
    </w:p>
    <w:p>
      <w:r/>
      <w:r>
        <w:t>The festival's message is simple but important: LGBTQ communities have deep roots in the area, and they're still building what comes next. That means celebrating local creativity while making sure younger visitors understand the struggles and achievements that came before them.</w:t>
      </w:r>
      <w:r/>
    </w:p>
    <w:p>
      <w:r/>
      <w:r>
        <w:t>There is something quietly reassuring about that combination. A community festival can be colourful and joyful without losing sight of grief, public health or history. Rainbow Roots appears to understand that the strongest celebrations leave room for both laughter and remembrance.</w:t>
      </w:r>
      <w:r/>
    </w:p>
    <w:p>
      <w:r/>
      <w:r>
        <w:t>It's a welcoming day out with plenty to celebrate, and stories worth carrying forward.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0">
        <w:r>
          <w:rPr>
            <w:color w:val="0000EE"/>
            <w:u w:val="single"/>
          </w:rPr>
          <w:t>[6]</w:t>
        </w:r>
      </w:hyperlink>
      <w:r>
        <w:t xml:space="preserve">- Paragraph 3: </w:t>
      </w:r>
      <w:hyperlink r:id="rId11">
        <w:r>
          <w:rPr>
            <w:color w:val="0000EE"/>
            <w:u w:val="single"/>
          </w:rPr>
          <w:t>[3]</w:t>
        </w:r>
      </w:hyperlink>
      <w:r>
        <w:t xml:space="preserve">, </w:t>
      </w:r>
      <w:hyperlink r:id="rId11">
        <w:r>
          <w:rPr>
            <w:color w:val="0000EE"/>
            <w:u w:val="single"/>
          </w:rPr>
          <w:t>[5]</w:t>
        </w:r>
      </w:hyperlink>
      <w:r>
        <w:t xml:space="preserve">- Paragraph 4: </w:t>
      </w:r>
      <w:hyperlink r:id="rId10">
        <w:r>
          <w:rPr>
            <w:color w:val="0000EE"/>
            <w:u w:val="single"/>
          </w:rPr>
          <w:t>[2]</w:t>
        </w:r>
      </w:hyperlink>
      <w:r>
        <w:t xml:space="preserve">, </w:t>
      </w:r>
      <w:hyperlink r:id="rId11">
        <w:r>
          <w:rPr>
            <w:color w:val="0000EE"/>
            <w:u w:val="single"/>
          </w:rPr>
          <w:t>[7]</w:t>
        </w:r>
      </w:hyperlink>
      <w:r>
        <w:t xml:space="preserve">- Paragraph 5: </w:t>
      </w:r>
      <w:hyperlink r:id="rId12">
        <w:r>
          <w:rPr>
            <w:color w:val="0000EE"/>
            <w:u w:val="single"/>
          </w:rPr>
          <w:t>[4]</w:t>
        </w:r>
      </w:hyperlink>
      <w:r>
        <w:t xml:space="preserve">, </w:t>
      </w:r>
      <w:hyperlink r:id="rId10">
        <w:r>
          <w:rPr>
            <w:color w:val="0000EE"/>
            <w:u w:val="single"/>
          </w:rPr>
          <w:t>[6]</w:t>
        </w:r>
      </w:hyperlink>
      <w:r>
        <w:t xml:space="preserve">- Paragraph 6: </w:t>
      </w:r>
      <w:hyperlink r:id="rId11">
        <w:r>
          <w:rPr>
            <w:color w:val="0000EE"/>
            <w:u w:val="single"/>
          </w:rPr>
          <w:t>[3]</w:t>
        </w:r>
      </w:hyperlink>
      <w:r>
        <w:t xml:space="preserve">, </w:t>
      </w:r>
      <w:hyperlink r:id="rId11">
        <w:r>
          <w:rPr>
            <w:color w:val="0000EE"/>
            <w:u w:val="single"/>
          </w:rPr>
          <w:t>[5]</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0">
        <w:r>
          <w:rPr>
            <w:color w:val="0000EE"/>
            <w:u w:val="single"/>
          </w:rPr>
          <w:t>[6]</w:t>
        </w:r>
      </w:hyperlink>
      <w:r>
        <w:t xml:space="preserve">, </w:t>
      </w:r>
      <w:hyperlink r:id="rId11">
        <w:r>
          <w:rPr>
            <w:color w:val="0000EE"/>
            <w:u w:val="single"/>
          </w:rPr>
          <w:t>[7]</w:t>
        </w:r>
      </w:hyperlink>
      <w:r>
        <w:t xml:space="preserve">- Paragraph 9: </w:t>
      </w:r>
      <w:hyperlink r:id="rId11">
        <w:r>
          <w:rPr>
            <w:color w:val="0000EE"/>
            <w:u w:val="single"/>
          </w:rPr>
          <w:t>[3]</w:t>
        </w:r>
      </w:hyperlink>
      <w:r>
        <w:t xml:space="preserve">, </w:t>
      </w:r>
      <w:hyperlink r:id="rId11">
        <w:r>
          <w:rPr>
            <w:color w:val="0000EE"/>
            <w:u w:val="single"/>
          </w:rPr>
          <w:t>[5]</w:t>
        </w:r>
      </w:hyperlink>
      <w:r>
        <w:t xml:space="preserve">- Paragraph 10: </w:t>
      </w:r>
      <w:hyperlink r:id="rId10">
        <w:r>
          <w:rPr>
            <w:color w:val="0000EE"/>
            <w:u w:val="single"/>
          </w:rPr>
          <w:t>[2]</w:t>
        </w:r>
      </w:hyperlink>
      <w:r>
        <w:t xml:space="preserve">, </w:t>
      </w:r>
      <w:hyperlink r:id="rId10">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https://www.tampabay28.com/news/local-news/lakeland-polk-county/lakelands-rainbow-roots-festival-to-feature-lgbtq-history-arts-and-aids-memorial</w:t>
        </w:r>
      </w:hyperlink>
      <w:r>
        <w:t xml:space="preserve"> - Please view link - unable to able to access data</w:t>
      </w:r>
      <w:r/>
    </w:p>
    <w:p>
      <w:pPr>
        <w:pStyle w:val="ListNumber"/>
        <w:spacing w:line="240" w:lineRule="auto"/>
        <w:ind w:left="720"/>
      </w:pPr>
      <w:r/>
      <w:hyperlink r:id="rId10">
        <w:r>
          <w:rPr>
            <w:color w:val="0000EE"/>
            <w:u w:val="single"/>
          </w:rPr>
          <w:t>https://www.rosedynastyfoundationinc.org/rainbowroots/</w:t>
        </w:r>
      </w:hyperlink>
      <w:r>
        <w:t xml:space="preserve"> - The Rose Dynasty Foundation is hosting the second annual Rainbow Roots Festival on Sunday, October 4, 2026, from 12 pm to 5 pm at Lake Mirror Auditorium in Lakeland, Florida. This free, family-friendly event celebrates LGBTQ+ history, arts, and community, featuring queer-owned businesses, performers, and community organizations. The festival aims to create a welcoming space while honouring the individuals and stories that have shaped the LGBTQ+ community.</w:t>
      </w:r>
      <w:r/>
    </w:p>
    <w:p>
      <w:pPr>
        <w:pStyle w:val="ListNumber"/>
        <w:spacing w:line="240" w:lineRule="auto"/>
        <w:ind w:left="720"/>
      </w:pPr>
      <w:r/>
      <w:hyperlink r:id="rId11">
        <w:r>
          <w:rPr>
            <w:color w:val="0000EE"/>
            <w:u w:val="single"/>
          </w:rPr>
          <w:t>https://www.lkldnow.com/rainbow-roots-festival-brings-aids-memorial-quilt-to-lakeland-on-oct-4/</w:t>
        </w:r>
      </w:hyperlink>
      <w:r>
        <w:t xml:space="preserve"> - The second annual Rainbow Roots Festival in Lakeland, Florida, will feature panels from the AIDS Memorial Quilt, marking the first time in over 20 years that pieces of this tribute have been displayed in Polk County. The festival, scheduled for October 4, 2026, at Lake Mirror Auditorium, is free and open to all ages, offering a family-friendly environment to celebrate the LGBTQ+ community.</w:t>
      </w:r>
      <w:r/>
    </w:p>
    <w:p>
      <w:pPr>
        <w:pStyle w:val="ListNumber"/>
        <w:spacing w:line="240" w:lineRule="auto"/>
        <w:ind w:left="720"/>
      </w:pPr>
      <w:r/>
      <w:hyperlink r:id="rId12">
        <w:r>
          <w:rPr>
            <w:color w:val="0000EE"/>
            <w:u w:val="single"/>
          </w:rPr>
          <w:t>https://www.rosedynastyfoundationinc.org/rainbowvendor/</w:t>
        </w:r>
      </w:hyperlink>
      <w:r>
        <w:t xml:space="preserve"> - The Rose Dynasty Foundation is seeking vendors for the second annual Rainbow Roots Festival, scheduled for October 4, 2026, at Lake Mirror Auditorium in Lakeland, Florida. The event aims to provide a safe and inclusive space for all ages, identities, and backgrounds, featuring queer-owned and operated vendors, artists, food vendors, and community organizations. Vendor applications are currently closed, but the public is encouraged to attend the festival.</w:t>
      </w:r>
      <w:r/>
    </w:p>
    <w:p>
      <w:pPr>
        <w:pStyle w:val="ListNumber"/>
        <w:spacing w:line="240" w:lineRule="auto"/>
        <w:ind w:left="720"/>
      </w:pPr>
      <w:r/>
      <w:hyperlink r:id="rId11">
        <w:r>
          <w:rPr>
            <w:color w:val="0000EE"/>
            <w:u w:val="single"/>
          </w:rPr>
          <w:t>https://www.lkldnow.com/rainbow-roots-festival-brings-aids-memorial-quilt-to-lakeland-on-oct-4/</w:t>
        </w:r>
      </w:hyperlink>
      <w:r>
        <w:t xml:space="preserve"> - The second annual Rainbow Roots Festival in Lakeland, Florida, will feature panels from the AIDS Memorial Quilt, marking the first time in over 20 years that pieces of this tribute have been displayed in Polk County. The festival, scheduled for October 4, 2026, at Lake Mirror Auditorium, is free and open to all ages, offering a family-friendly environment to celebrate the LGBTQ+ community.</w:t>
      </w:r>
      <w:r/>
    </w:p>
    <w:p>
      <w:pPr>
        <w:pStyle w:val="ListNumber"/>
        <w:spacing w:line="240" w:lineRule="auto"/>
        <w:ind w:left="720"/>
      </w:pPr>
      <w:r/>
      <w:hyperlink r:id="rId10">
        <w:r>
          <w:rPr>
            <w:color w:val="0000EE"/>
            <w:u w:val="single"/>
          </w:rPr>
          <w:t>https://www.rosedynastyfoundationinc.org/rainbowroots/</w:t>
        </w:r>
      </w:hyperlink>
      <w:r>
        <w:t xml:space="preserve"> - The Rose Dynasty Foundation is hosting the second annual Rainbow Roots Festival on Sunday, October 4, 2026, from 12 pm to 5 pm at Lake Mirror Auditorium in Lakeland, Florida. This free, family-friendly event celebrates LGBTQ+ history, arts, and community, featuring queer-owned businesses, performers, and community organizations. The festival aims to create a welcoming space while honouring the individuals and stories that have shaped the LGBTQ+ community.</w:t>
      </w:r>
      <w:r/>
    </w:p>
    <w:p>
      <w:pPr>
        <w:pStyle w:val="ListNumber"/>
        <w:spacing w:line="240" w:lineRule="auto"/>
        <w:ind w:left="720"/>
      </w:pPr>
      <w:r/>
      <w:hyperlink r:id="rId11">
        <w:r>
          <w:rPr>
            <w:color w:val="0000EE"/>
            <w:u w:val="single"/>
          </w:rPr>
          <w:t>https://www.lkldnow.com/rainbow-roots-festival-brings-aids-memorial-quilt-to-lakeland-on-oct-4/</w:t>
        </w:r>
      </w:hyperlink>
      <w:r>
        <w:t xml:space="preserve"> - The second annual Rainbow Roots Festival in Lakeland, Florida, will feature panels from the AIDS Memorial Quilt, marking the first time in over 20 years that pieces of this tribute have been displayed in Polk County. The festival, scheduled for October 4, 2026, at Lake Mirror Auditorium, is free and open to all ages, offering a family-friendly environment to celebrate the LGBTQ+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ampabay28.com/news/local-news/lakeland-polk-county/lakelands-rainbow-roots-festival-to-feature-lgbtq-history-arts-and-aids-memorial" TargetMode="External"/><Relationship Id="rId10" Type="http://schemas.openxmlformats.org/officeDocument/2006/relationships/hyperlink" Target="https://www.rosedynastyfoundationinc.org/rainbowroots/" TargetMode="External"/><Relationship Id="rId11" Type="http://schemas.openxmlformats.org/officeDocument/2006/relationships/hyperlink" Target="https://www.lkldnow.com/rainbow-roots-festival-brings-aids-memorial-quilt-to-lakeland-on-oct-4/" TargetMode="External"/><Relationship Id="rId12" Type="http://schemas.openxmlformats.org/officeDocument/2006/relationships/hyperlink" Target="https://www.rosedynastyfoundationinc.org/rainbowvendo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