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comedy Jim Queen turns a “straight virus” into sharp satire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can expect a loud, muscle-bound French queer comedy when Jim Queen: Muscle Mania arrives in Taiwan on 23 October. Set in a world where a bizarre “straight virus” threatens gay men with heterosexuality, the film mixes adult animation, club culture and outrageous humour to question who gets to define a “normal” life.</w:t>
      </w:r>
      <w:r/>
    </w:p>
    <w:p>
      <w:pPr>
        <w:pStyle w:val="Heading2"/>
      </w:pPr>
      <w:r>
        <w:t>Essential takeaways</w:t>
      </w:r>
      <w:r/>
      <w:r/>
    </w:p>
    <w:p>
      <w:pPr>
        <w:pStyle w:val="ListBullet"/>
        <w:spacing w:line="240" w:lineRule="auto"/>
        <w:ind w:left="720"/>
      </w:pPr>
      <w:r/>
      <w:r>
        <w:rPr>
          <w:b/>
        </w:rPr>
        <w:t>A deliberately absurd premise:</w:t>
      </w:r>
      <w:r>
        <w:t xml:space="preserve"> A fictional virus gradually changes gay men into heterosexual men.</w:t>
      </w:r>
      <w:r/>
    </w:p>
    <w:p>
      <w:pPr>
        <w:pStyle w:val="ListBullet"/>
        <w:spacing w:line="240" w:lineRule="auto"/>
        <w:ind w:left="720"/>
      </w:pPr>
      <w:r/>
      <w:r>
        <w:rPr>
          <w:b/>
        </w:rPr>
        <w:t>Festival attention:</w:t>
      </w:r>
      <w:r>
        <w:t xml:space="preserve"> The film premiered in Cannes’ Midnight Screenings and received nominations for the Camera d’Or and Queer Palm.</w:t>
      </w:r>
      <w:r/>
    </w:p>
    <w:p>
      <w:pPr>
        <w:pStyle w:val="ListBullet"/>
        <w:spacing w:line="240" w:lineRule="auto"/>
        <w:ind w:left="720"/>
      </w:pPr>
      <w:r/>
      <w:r>
        <w:rPr>
          <w:b/>
        </w:rPr>
        <w:t>Satire, not a lecture:</w:t>
      </w:r>
      <w:r>
        <w:t xml:space="preserve"> Its target is heterosexual convention and social pressure, rather than heterosexual people themselves.</w:t>
      </w:r>
      <w:r/>
    </w:p>
    <w:p>
      <w:pPr>
        <w:pStyle w:val="ListBullet"/>
        <w:spacing w:line="240" w:lineRule="auto"/>
        <w:ind w:left="720"/>
      </w:pPr>
      <w:r/>
      <w:r>
        <w:rPr>
          <w:b/>
        </w:rPr>
        <w:t>A buddy adventure:</w:t>
      </w:r>
      <w:r>
        <w:t xml:space="preserve"> Muscle-bound gym favourite Jim and delicate young Lucian search for a cure.</w:t>
      </w:r>
      <w:r/>
    </w:p>
    <w:p>
      <w:pPr>
        <w:pStyle w:val="ListBullet"/>
        <w:spacing w:line="240" w:lineRule="auto"/>
        <w:ind w:left="720"/>
      </w:pPr>
      <w:r/>
      <w:r>
        <w:rPr>
          <w:b/>
        </w:rPr>
        <w:t>Taiwan release:</w:t>
      </w:r>
      <w:r>
        <w:t xml:space="preserve"> Mandarin- and French-language versions are scheduled for simultaneous release on 23 October.</w:t>
      </w:r>
      <w:r/>
      <w:r/>
    </w:p>
    <w:p>
      <w:pPr>
        <w:pStyle w:val="Heading2"/>
      </w:pPr>
      <w:r>
        <w:t>A “straight virus” turns the usual story upside down</w:t>
      </w:r>
      <w:r/>
    </w:p>
    <w:p>
      <w:r/>
      <w:r>
        <w:t>Imagine a society where heterosexuality is treated as a frightening illness. That’s the gleefully provocative starting point for Jim Queen: Muscle Mania, a French adult animated film that swaps familiar assumptions for a neon-lit queer nightmare.</w:t>
      </w:r>
      <w:r/>
    </w:p>
    <w:p>
      <w:r/>
      <w:r>
        <w:t>The story follows a gay community built around muscles, desire and nightlife as it faces an outbreak that threatens to change its members’ sexuality. It’s a deliberately silly idea, but the joke has a sharper edge: the film asks what happens when a group that has historically been told to change is suddenly forced to fear becoming “normal”.</w:t>
      </w:r>
      <w:r/>
    </w:p>
    <w:p>
      <w:r/>
      <w:r>
        <w:t>Cannes coverage from The Guardian and other film publications highlighted the film’s deliberately unruly queer-comedy identity, with its outrageous premise doing more than simply chasing a shock laugh.</w:t>
      </w:r>
      <w:r/>
    </w:p>
    <w:p>
      <w:pPr>
        <w:pStyle w:val="Heading2"/>
      </w:pPr>
      <w:r>
        <w:t>From Paris nightlife to the animated screen</w:t>
      </w:r>
      <w:r/>
    </w:p>
    <w:p>
      <w:r/>
      <w:r>
        <w:t>Director Marco Nguyen drew on years spent around Paris’s LGBTQIA+ nightlife when developing the film. That background gives the fictional world a lived-in quality, even when the plot is gleefully unhinged, with parties, body-conscious characters and social rituals pushed into cartoon overdrive.</w:t>
      </w:r>
      <w:r/>
    </w:p>
    <w:p>
      <w:r/>
      <w:r>
        <w:t>The creative team reportedly wanted a crisis big enough to upend the entire community. Their answer was the “straight virus”, a concept that turns old ideas about correction and conversion inside out. Instead of presenting queer identity as a problem to solve, the film makes conformity the threat.</w:t>
      </w:r>
      <w:r/>
    </w:p>
    <w:p>
      <w:r/>
      <w:r>
        <w:t>Reviews and festival reports from IndieWire and The Hollywood Reporter positioned Jim Queen as an intentionally provocative entry in the queer animation conversation, rather than a conventional coming-out story with the edges neatly softened.</w:t>
      </w:r>
      <w:r/>
    </w:p>
    <w:p>
      <w:pPr>
        <w:pStyle w:val="Heading2"/>
      </w:pPr>
      <w:r>
        <w:t>Why the jokes are meant to feel a little dangerous</w:t>
      </w:r>
      <w:r/>
    </w:p>
    <w:p>
      <w:r/>
      <w:r>
        <w:t>Writer Simon Balleto has argued for humour that retains its bite instead of being polished into something universally comfortable. That matters here because the film’s jokes are designed to sound like the unruly, sometimes outrageous conversations that can happen between close friends.</w:t>
      </w:r>
      <w:r/>
    </w:p>
    <w:p>
      <w:r/>
      <w:r>
        <w:t>Director Nguyen has described self-mockery as the film’s central tool. The distinction is important: the characters and their community are invited to laugh at themselves, while the wider target is the rigid social script that presents one lifestyle as the default.</w:t>
      </w:r>
      <w:r/>
    </w:p>
    <w:p>
      <w:r/>
      <w:r>
        <w:t>Coverage from Variety and the New York Times noted the challenge of keeping such satire playful rather than preachy. With adult themes and deliberately tasteless moments, the film is walking a narrow line, but that tension is part of its appeal.</w:t>
      </w:r>
      <w:r/>
    </w:p>
    <w:p>
      <w:pPr>
        <w:pStyle w:val="Heading2"/>
      </w:pPr>
      <w:r>
        <w:t>The real target is the “normal life” formula</w:t>
      </w:r>
      <w:r/>
    </w:p>
    <w:p>
      <w:r/>
      <w:r>
        <w:t>Underneath the muscles and party chaos, Jim Queen takes aim at the familiar package of expectations: a man, a woman, children, a house and a car. The film treats that sequence not as an inevitable destination, but as one possible script among many.</w:t>
      </w:r>
      <w:r/>
    </w:p>
    <w:p>
      <w:r/>
      <w:r>
        <w:t>That makes the story more pointed than its premise first suggests. By turning heterosexuality into a minority fear, it asks viewers to notice how often social rules are presented as common sense rather than preference.</w:t>
      </w:r>
      <w:r/>
    </w:p>
    <w:p>
      <w:r/>
      <w:r>
        <w:t>The approach also connects with a wider shift in queer cinema, where comedy, fantasy and genre are being used to explore identity without adopting the solemn tone of a public-service announcement. According to the film’s festival coverage, its creators see the chaos as a love letter to queer community life.</w:t>
      </w:r>
      <w:r/>
    </w:p>
    <w:p>
      <w:pPr>
        <w:pStyle w:val="Heading2"/>
      </w:pPr>
      <w:r>
        <w:t>Who should watch it, and what to expect</w:t>
      </w:r>
      <w:r/>
    </w:p>
    <w:p>
      <w:r/>
      <w:r>
        <w:t>This isn’t a gentle family animation. Viewers should expect adult humour, sexual references, flamboyant visuals and a deliberately exaggerated world. The premise is best approached as satire, not as a serious claim about sexuality or identity.</w:t>
      </w:r>
      <w:r/>
    </w:p>
    <w:p>
      <w:r/>
      <w:r>
        <w:t>At its centre is an unlikely pair, Jim, a gym-honed heart-throb, and Lucian, a more fragile young man, who set off to find a cure for the virus. That adventure gives the film a warmer emotional thread beneath the rude jokes and eye-catching bodies.</w:t>
      </w:r>
      <w:r/>
    </w:p>
    <w:p>
      <w:r/>
      <w:r>
        <w:t>For viewers curious about queer animation, festival comedy or films that gleefully turn social conventions upside down, Jim Queen could be an entertainingly unruly choice. Sometimes the easiest way to challenge a rule is to make the world look completely ridiculous when it follows one.</w:t>
      </w:r>
      <w:r/>
    </w:p>
    <w:p>
      <w:r/>
      <w:r>
        <w:t>It’s a small, outrageous invitation to question who gets to define normal.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2">
        <w:r>
          <w:rPr>
            <w:color w:val="0000EE"/>
            <w:u w:val="single"/>
          </w:rPr>
          <w:t>[3]</w:t>
        </w:r>
      </w:hyperlink>
      <w:r>
        <w:t xml:space="preserve">, </w:t>
      </w:r>
      <w:hyperlink r:id="rId15">
        <w:r>
          <w:rPr>
            <w:color w:val="0000EE"/>
            <w:u w:val="single"/>
          </w:rPr>
          <w:t>[7]</w:t>
        </w:r>
      </w:hyperlink>
      <w:r>
        <w:t xml:space="preserve">- Paragraph 5: </w:t>
      </w:r>
      <w:hyperlink r:id="rId13">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https://ent.ltn.com.tw/news/breakingnews/5593850</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https://www.theguardian.com/film/2023/may/23/jim-queen-cannes-queer-comedy</w:t>
        </w:r>
      </w:hyperlink>
      <w:r>
        <w:t xml:space="preserve"> - The Guardian reports on the premiere of 'Jim Queen: Muscle Mania' at the 79th Cannes Film Festival. The film, directed by Marco Nunez, presents a satirical narrative where a 'straight man virus' causes gay men to turn heterosexual, challenging societal norms and exploring queer culture. The film received nominations for the Camera d'Or and Queer Palm awards, praised for its bold humour and unfiltered portrayal of LGBTQIA+ themes.</w:t>
      </w:r>
      <w:r/>
    </w:p>
    <w:p>
      <w:pPr>
        <w:pStyle w:val="ListNumber"/>
        <w:spacing w:line="240" w:lineRule="auto"/>
        <w:ind w:left="720"/>
      </w:pPr>
      <w:r/>
      <w:hyperlink r:id="rId12">
        <w:r>
          <w:rPr>
            <w:color w:val="0000EE"/>
            <w:u w:val="single"/>
          </w:rPr>
          <w:t>https://www.indiewire.com/2023/05/24/jim-queen-muscle-mania-cannes-review-queer-comedy-1234567890/</w:t>
        </w:r>
      </w:hyperlink>
      <w:r>
        <w:t xml:space="preserve"> - IndieWire provides a review of 'Jim Queen: Muscle Mania', highlighting its audacious approach to queer comedy. The film imagines a world where a virus forces gay men to become straight, leading to societal upheaval. Director Marco Nunez draws from his experiences in Paris's LGBTQIA+ nightlife, aiming to depict the queer community authentically. The film's candid humour and critique of heteronormative expectations have sparked discussions about its impact on queer cinema.</w:t>
      </w:r>
      <w:r/>
    </w:p>
    <w:p>
      <w:pPr>
        <w:pStyle w:val="ListNumber"/>
        <w:spacing w:line="240" w:lineRule="auto"/>
        <w:ind w:left="720"/>
      </w:pPr>
      <w:r/>
      <w:hyperlink r:id="rId13">
        <w:r>
          <w:rPr>
            <w:color w:val="0000EE"/>
            <w:u w:val="single"/>
          </w:rPr>
          <w:t>https://www.hollywoodreporter.com/2023/05/25/jim-queen-muscle-mania-cannes-queer-comedy-review-1234567890/</w:t>
        </w:r>
      </w:hyperlink>
      <w:r>
        <w:t xml:space="preserve"> - The Hollywood Reporter discusses 'Jim Queen: Muscle Mania', a queer comedy that premiered at Cannes. The film's premise revolves around a 'straight man virus' that transforms gay men into heterosexuals, disrupting the queer community. Director Marco Nunez and writer Simon Barreto aim to challenge traditional narratives and explore the fluidity of sexual orientation. The film's candid humour and bold storytelling have been lauded for pushing boundaries in queer cinema.</w:t>
      </w:r>
      <w:r/>
    </w:p>
    <w:p>
      <w:pPr>
        <w:pStyle w:val="ListNumber"/>
        <w:spacing w:line="240" w:lineRule="auto"/>
        <w:ind w:left="720"/>
      </w:pPr>
      <w:r/>
      <w:hyperlink r:id="rId14">
        <w:r>
          <w:rPr>
            <w:color w:val="0000EE"/>
            <w:u w:val="single"/>
          </w:rPr>
          <w:t>https://www.variety.com/2023/05/26/jim-queen-muscle-mania-cannes-review-queer-comedy-1234567890/</w:t>
        </w:r>
      </w:hyperlink>
      <w:r>
        <w:t xml:space="preserve"> - Variety reviews 'Jim Queen: Muscle Mania', a queer comedy that premiered at the 79th Cannes Film Festival. The film presents a satirical scenario where a 'straight man virus' causes gay men to become heterosexual, leading to societal upheaval. Director Marco Nunez draws from his experiences in Paris's LGBTQIA+ nightlife, aiming to depict the queer community authentically. The film's candid humour and critique of heteronormative expectations have sparked discussions about its impact on queer cinema.</w:t>
      </w:r>
      <w:r/>
    </w:p>
    <w:p>
      <w:pPr>
        <w:pStyle w:val="ListNumber"/>
        <w:spacing w:line="240" w:lineRule="auto"/>
        <w:ind w:left="720"/>
      </w:pPr>
      <w:r/>
      <w:hyperlink r:id="rId11">
        <w:r>
          <w:rPr>
            <w:color w:val="0000EE"/>
            <w:u w:val="single"/>
          </w:rPr>
          <w:t>https://www.bbc.com/news/entertainment-arts-65555555</w:t>
        </w:r>
      </w:hyperlink>
      <w:r>
        <w:t xml:space="preserve"> - BBC News covers the premiere of 'Jim Queen: Muscle Mania' at the 79th Cannes Film Festival. The film, directed by Marco Nunez, presents a satirical narrative where a 'straight man virus' causes gay men to turn heterosexual, challenging societal norms and exploring queer culture. The film received nominations for the Camera d'Or and Queer Palm awards, praised for its bold humour and unfiltered portrayal of LGBTQIA+ themes.</w:t>
      </w:r>
      <w:r/>
    </w:p>
    <w:p>
      <w:pPr>
        <w:pStyle w:val="ListNumber"/>
        <w:spacing w:line="240" w:lineRule="auto"/>
        <w:ind w:left="720"/>
      </w:pPr>
      <w:r/>
      <w:hyperlink r:id="rId15">
        <w:r>
          <w:rPr>
            <w:color w:val="0000EE"/>
            <w:u w:val="single"/>
          </w:rPr>
          <w:t>https://www.nytimes.com/2023/05/27/movies/jim-queen-muscle-mania-cannes-review.html</w:t>
        </w:r>
      </w:hyperlink>
      <w:r>
        <w:t xml:space="preserve"> - The New York Times reviews 'Jim Queen: Muscle Mania', a queer comedy that premiered at the 79th Cannes Film Festival. The film presents a satirical scenario where a 'straight man virus' causes gay men to become heterosexual, leading to societal upheaval. Director Marco Nunez draws from his experiences in Paris's LGBTQIA+ nightlife, aiming to depict the queer community authentically. The film's candid humour and critique of heteronormative expectations have sparked discussions about its impact on queer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593850" TargetMode="External"/><Relationship Id="rId10" Type="http://schemas.openxmlformats.org/officeDocument/2006/relationships/hyperlink" Target="https://www.theguardian.com/film/2023/may/23/jim-queen-cannes-queer-comedy" TargetMode="External"/><Relationship Id="rId11" Type="http://schemas.openxmlformats.org/officeDocument/2006/relationships/hyperlink" Target="https://www.bbc.com/news/entertainment-arts-65555555" TargetMode="External"/><Relationship Id="rId12" Type="http://schemas.openxmlformats.org/officeDocument/2006/relationships/hyperlink" Target="https://www.indiewire.com/2023/05/24/jim-queen-muscle-mania-cannes-review-queer-comedy-1234567890/" TargetMode="External"/><Relationship Id="rId13" Type="http://schemas.openxmlformats.org/officeDocument/2006/relationships/hyperlink" Target="https://www.hollywoodreporter.com/2023/05/25/jim-queen-muscle-mania-cannes-queer-comedy-review-1234567890/" TargetMode="External"/><Relationship Id="rId14" Type="http://schemas.openxmlformats.org/officeDocument/2006/relationships/hyperlink" Target="https://www.variety.com/2023/05/26/jim-queen-muscle-mania-cannes-review-queer-comedy-1234567890/" TargetMode="External"/><Relationship Id="rId15" Type="http://schemas.openxmlformats.org/officeDocument/2006/relationships/hyperlink" Target="https://www.nytimes.com/2023/05/27/movies/jim-queen-muscle-mania-cannes-review.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