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campaign ad uses sapphic scene to court young voters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people being pulled in by a clever scroll-stopper. A California gubernatorial campaign has released a provocative political ad that appears to tease a sapphic encounter before revealing a ballot, aiming to win attention from younger and LGBTQ+ voters. The result has been viral, awkward and divisive.</w:t>
      </w:r>
      <w:r/>
    </w:p>
    <w:p>
      <w:pPr>
        <w:pStyle w:val="Heading2"/>
      </w:pPr>
      <w:r>
        <w:t>Essential Takeaways</w:t>
      </w:r>
      <w:r/>
      <w:r/>
    </w:p>
    <w:p>
      <w:pPr>
        <w:pStyle w:val="ListBullet"/>
        <w:spacing w:line="240" w:lineRule="auto"/>
        <w:ind w:left="720"/>
      </w:pPr>
      <w:r/>
      <w:r>
        <w:rPr>
          <w:b/>
        </w:rPr>
        <w:t>The twist:</w:t>
      </w:r>
      <w:r>
        <w:t xml:space="preserve"> The 52-second clip initially resembles a steamy film scene before revealing a voting message.</w:t>
      </w:r>
      <w:r/>
    </w:p>
    <w:p>
      <w:pPr>
        <w:pStyle w:val="ListBullet"/>
        <w:spacing w:line="240" w:lineRule="auto"/>
        <w:ind w:left="720"/>
      </w:pPr>
      <w:r/>
      <w:r>
        <w:rPr>
          <w:b/>
        </w:rPr>
        <w:t>The slogan:</w:t>
      </w:r>
      <w:r>
        <w:t xml:space="preserve"> Its closing prompt is “Just Try It!” followed by an appeal to vote for Steve Hilton.</w:t>
      </w:r>
      <w:r/>
    </w:p>
    <w:p>
      <w:pPr>
        <w:pStyle w:val="ListBullet"/>
        <w:spacing w:line="240" w:lineRule="auto"/>
        <w:ind w:left="720"/>
      </w:pPr>
      <w:r/>
      <w:r>
        <w:rPr>
          <w:b/>
        </w:rPr>
        <w:t>The strategy:</w:t>
      </w:r>
      <w:r>
        <w:t xml:space="preserve"> Reports describe the advert as a bid to reach younger Californians and LGBTQ+ audiences.</w:t>
      </w:r>
      <w:r/>
    </w:p>
    <w:p>
      <w:pPr>
        <w:pStyle w:val="ListBullet"/>
        <w:spacing w:line="240" w:lineRule="auto"/>
        <w:ind w:left="720"/>
      </w:pPr>
      <w:r/>
      <w:r>
        <w:rPr>
          <w:b/>
        </w:rPr>
        <w:t>The reaction:</w:t>
      </w:r>
      <w:r>
        <w:t xml:space="preserve"> Viewers have called it funny, creepy, cringe and politically unconvincing.</w:t>
      </w:r>
      <w:r/>
    </w:p>
    <w:p>
      <w:pPr>
        <w:pStyle w:val="ListBullet"/>
        <w:spacing w:line="240" w:lineRule="auto"/>
        <w:ind w:left="720"/>
      </w:pPr>
      <w:r/>
      <w:r>
        <w:rPr>
          <w:b/>
        </w:rPr>
        <w:t>The bigger issue:</w:t>
      </w:r>
      <w:r>
        <w:t xml:space="preserve"> Viral views can generate attention, but they don't necessarily translate into votes.</w:t>
      </w:r>
      <w:r/>
      <w:r/>
    </w:p>
    <w:p>
      <w:pPr>
        <w:pStyle w:val="Heading2"/>
      </w:pPr>
      <w:r>
        <w:t>The political advert that hides its message</w:t>
      </w:r>
      <w:r/>
    </w:p>
    <w:p>
      <w:r/>
      <w:r>
        <w:t>The clip opens in soft, low-lit surroundings, with two women sitting on a bed as one touches the other. A progress pride flag, colourful hair, facial piercings and a “RESIST” T-shirt complete the carefully assembled visual language. For several seconds, it looks more like a provocative streaming clip than a campaign message.</w:t>
      </w:r>
      <w:r/>
    </w:p>
    <w:p>
      <w:r/>
      <w:r>
        <w:t>Then the camera moves. The women are shown filling in a ballot, and the advert finally identifies itself. Yellow lettering delivers the punchline: “JUST TRY IT! Steve Hilton for Governor.” Mediaite described the execution as a “lesbian fanfic” style advert, while TheWrap reported on the clip's rapid spread online.</w:t>
      </w:r>
      <w:r/>
    </w:p>
    <w:p>
      <w:r/>
      <w:r>
        <w:t>That delayed reveal is the whole mechanism. It borrows the conventions of sapphic romance to keep people watching, then converts that attention into a political appeal. It's certainly memorable, although memorable and persuasive are two very different things.</w:t>
      </w:r>
      <w:r/>
    </w:p>
    <w:p>
      <w:pPr>
        <w:pStyle w:val="Heading2"/>
      </w:pPr>
      <w:r>
        <w:t>Why the sapphic imagery has caused discomfort</w:t>
      </w:r>
      <w:r/>
    </w:p>
    <w:p>
      <w:r/>
      <w:r>
        <w:t>The choice of imagery has landed awkwardly because it treats queer intimacy less as a subject to understand than as a lure. The women, their styling and the pride flag create instant cultural shorthand, but the campaign doesn't explain Hilton's position on LGBTQ+ rights or offer a detailed reason for voters to support him.</w:t>
      </w:r>
      <w:r/>
    </w:p>
    <w:p>
      <w:r/>
      <w:r>
        <w:t>LGBTQ Nation reported on the advert's unusually steamy presentation, while Internewscast highlighted the same-sex encounter being teased before the ballot appears. That framing has left some viewers wondering whether the campaign is speaking to queer voters or simply using familiar fantasies to attract anyone who pauses long enough to watch.</w:t>
      </w:r>
      <w:r/>
    </w:p>
    <w:p>
      <w:r/>
      <w:r>
        <w:t>There is an especially uncomfortable contrast here. The video appears designed to appeal to queer audiences, yet its sensuality may also be aimed at straight male viewers who consume sapphic imagery as entertainment. The result is a message that risks pleasing nobody, except perhaps the algorithm.</w:t>
      </w:r>
      <w:r/>
    </w:p>
    <w:p>
      <w:pPr>
        <w:pStyle w:val="Heading2"/>
      </w:pPr>
      <w:r>
        <w:t>Viral views don't equal voter support</w:t>
      </w:r>
      <w:r/>
    </w:p>
    <w:p>
      <w:r/>
      <w:r>
        <w:t>The advert reportedly attracted millions of plays on X, making it an effective attention-grabber by the narrowest measure. NewsMinimalist described the scene as AI-generated and linked its appeal to efforts to reach younger California voters, while TheWrap examined how the clip travelled beyond the campaign's own account.</w:t>
      </w:r>
      <w:r/>
    </w:p>
    <w:p>
      <w:r/>
      <w:r>
        <w:t>But clicks are an unreliable political currency. A viewer might watch because the opening is suggestive, share it because it's absurd or comment simply to complain. None of those actions indicates a change in voting intention.</w:t>
      </w:r>
      <w:r/>
    </w:p>
    <w:p>
      <w:r/>
      <w:r>
        <w:t>The comments appear to reflect that confusion. Some supporters reportedly called the video funny or wild, while others objected to its sexual tone and said it had damaged their support. A handful of viewers focused less on the candidate and more on whether there would be a second part. That's engagement, certainly, but it isn't exactly a policy conversation.</w:t>
      </w:r>
      <w:r/>
    </w:p>
    <w:p>
      <w:pPr>
        <w:pStyle w:val="Heading2"/>
      </w:pPr>
      <w:r>
        <w:t>A familiar trick with a very modern finish</w:t>
      </w:r>
      <w:r/>
    </w:p>
    <w:p>
      <w:r/>
      <w:r>
        <w:t>Campaigns have long used surprise, humour and celebrity-style presentation to break through a crowded media environment. What's different here is the way the advert mimics the logic of short-form entertainment: offer an immediate visual hook, delay the context and hope viewers stay until the final frame.</w:t>
      </w:r>
      <w:r/>
    </w:p>
    <w:p>
      <w:r/>
      <w:r>
        <w:t>That makes the clip feel native to social media, even if the political message itself is thin. The approach may be particularly tempting when younger voters are difficult to reach through traditional campaign formats. As Brimstone Report and Mediaite noted, the advert's shock value became part of the story almost immediately.</w:t>
      </w:r>
      <w:r/>
    </w:p>
    <w:p>
      <w:r/>
      <w:r>
        <w:t>Still, there are limits to the tactic. If viewers remember only the bed, the flag and the reveal, the campaign has created a pop-culture moment rather than a persuasive argument. A good advert can make people curious, but it also needs to give them a reason to care once the joke is over.</w:t>
      </w:r>
      <w:r/>
    </w:p>
    <w:p>
      <w:pPr>
        <w:pStyle w:val="Heading2"/>
      </w:pPr>
      <w:r>
        <w:t>What voters should look for beyond the hook</w:t>
      </w:r>
      <w:r/>
    </w:p>
    <w:p>
      <w:r/>
      <w:r>
        <w:t>For anyone encountering the video in their feed, the sensible next step is simple: check the candidate's policies. Look for clear positions on LGBTQ+ protections, education, healthcare, housing and other issues that will affect daily life in California. A suggestive opening shouldn't do the work of a manifesto.</w:t>
      </w:r>
      <w:r/>
    </w:p>
    <w:p>
      <w:r/>
      <w:r>
        <w:t>It's also worth asking whether the representation feels genuine or merely decorative. A pride flag can signal inclusion, but it can't substitute for a record, a proposal or a credible explanation of how a candidate would govern.</w:t>
      </w:r>
      <w:r/>
    </w:p>
    <w:p>
      <w:r/>
      <w:r>
        <w:t>The advert may ultimately be remembered as an example of political content chasing the language of viral entertainment. That isn't automatically bad, but when the visual trick overwhelms the message, voters are left with a punchline and very little substance.</w:t>
      </w:r>
      <w:r/>
    </w:p>
    <w:p>
      <w:r/>
      <w:r>
        <w:t>A bold first impression can win a view. It still has to earn a vote.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[5]</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3">
        <w:r>
          <w:rPr>
            <w:color w:val="0000EE"/>
            <w:u w:val="single"/>
          </w:rPr>
          <w:t>[4]</w:t>
        </w:r>
      </w:hyperlink>
      <w:r>
        <w:t xml:space="preserve">, </w:t>
      </w:r>
      <w:hyperlink r:id="rId11">
        <w:r>
          <w:rPr>
            <w:color w:val="0000EE"/>
            <w:u w:val="single"/>
          </w:rPr>
          <w:t>[5]</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https://taggmagazine.com/politician-offends-both-sides-with-sapphic-political-ad/</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https://www.lgbtqnation.com/2026/10/gop-gubernatorial-candidate-releases-bizarrely-steamy-sapphic-campaign-ad-just-try-it/</w:t>
        </w:r>
      </w:hyperlink>
      <w:r>
        <w:t xml:space="preserve"> - California Republican gubernatorial candidate Steve Hilton released a provocative campaign ad featuring two young women in a suggestive scene, set against a Progress Pride flag backdrop. The ad, titled 'Just try it, California,' aims to appeal to LGBTQ+ voters by presenting a seemingly intimate moment that transitions into a political message, encouraging viewers to vote for Hilton. The ad has sparked mixed reactions, with some praising its creativity and others criticizing its approach to courting younger voters.</w:t>
      </w:r>
      <w:r/>
    </w:p>
    <w:p>
      <w:pPr>
        <w:pStyle w:val="ListNumber"/>
        <w:spacing w:line="240" w:lineRule="auto"/>
        <w:ind w:left="720"/>
      </w:pPr>
      <w:r/>
      <w:hyperlink r:id="rId12">
        <w:r>
          <w:rPr>
            <w:color w:val="0000EE"/>
            <w:u w:val="single"/>
          </w:rPr>
          <w:t>https://www.mediaite.com/media/news/omfg-california-gop-gov-candidate-stuns-with-lesbian-fanfic-ad/</w:t>
        </w:r>
      </w:hyperlink>
      <w:r>
        <w:t xml:space="preserve"> - Steve Hilton, the Republican nominee for California governor, has garnered attention with a provocative campaign ad that features a suggestive scene between two young women. The ad, titled 'Just try it, California,' aims to capture the attention of younger voters by presenting a seemingly intimate moment that transitions into a political message, encouraging viewers to vote for Hilton. The ad has sparked widespread discussion and mixed reactions across social media platforms.</w:t>
      </w:r>
      <w:r/>
    </w:p>
    <w:p>
      <w:pPr>
        <w:pStyle w:val="ListNumber"/>
        <w:spacing w:line="240" w:lineRule="auto"/>
        <w:ind w:left="720"/>
      </w:pPr>
      <w:r/>
      <w:hyperlink r:id="rId13">
        <w:r>
          <w:rPr>
            <w:color w:val="0000EE"/>
            <w:u w:val="single"/>
          </w:rPr>
          <w:t>https://www.newsminimalist.com/articles/steve-hiltons-new-ad-uses-ai-generated-lesbian-scene-to-court-young-california-voters-e0604cfc</w:t>
        </w:r>
      </w:hyperlink>
      <w:r>
        <w:t xml:space="preserve"> - California Republican gubernatorial candidate Steve Hilton released a new ad featuring AI-generated women in a suggestive lesbian encounter, part of a six-figure campaign targeting younger voters. The ad, titled 'Just Try It, California,' shows two women under a Pride flag, with one asking 'What if my dad finds out?' before the camera reveals them filling out a ballot for Hilton. The candidate has trailed his opponent by roughly 18 points in recent polls and has previously run ads appealing to Trump opponents and independents in the predominantly blue state.</w:t>
      </w:r>
      <w:r/>
    </w:p>
    <w:p>
      <w:pPr>
        <w:pStyle w:val="ListNumber"/>
        <w:spacing w:line="240" w:lineRule="auto"/>
        <w:ind w:left="720"/>
      </w:pPr>
      <w:r/>
      <w:hyperlink r:id="rId11">
        <w:r>
          <w:rPr>
            <w:color w:val="0000EE"/>
            <w:u w:val="single"/>
          </w:rPr>
          <w:t>https://www.thewrap.com/media-platforms/politics/steve-hilton-viral-lesbian-political-ad-just-try-it-california/</w:t>
        </w:r>
      </w:hyperlink>
      <w:r>
        <w:t xml:space="preserve"> - Steve Hilton, the Republican candidate for California governor, turned heads with his lesbian, fanfic-style campaign ad. The ad, titled 'Just try it, California,' stars two young women, one of whom seems nervous to try something for the first time. The other woman then tucks her hair behind her ear and tells the other it's 'not that bad.' The ad quickly attracted attention across the internet, with reactions ranging from praise for its boldness to criticism for its suggestive content.</w:t>
      </w:r>
      <w:r/>
    </w:p>
    <w:p>
      <w:pPr>
        <w:pStyle w:val="ListNumber"/>
        <w:spacing w:line="240" w:lineRule="auto"/>
        <w:ind w:left="720"/>
      </w:pPr>
      <w:r/>
      <w:hyperlink r:id="rId14">
        <w:r>
          <w:rPr>
            <w:color w:val="0000EE"/>
            <w:u w:val="single"/>
          </w:rPr>
          <w:t>https://internewscast.com/news/steve-hilton-releases-campaign-ad-teasing-same-sex-encounter/</w:t>
        </w:r>
      </w:hyperlink>
      <w:r>
        <w:t xml:space="preserve"> - California Republican gubernatorial candidate Steve Hilton released a provocative campaign ad hinting at a lesbian encounter, one day after debating his Democratic rival, Xavier Becerra. The ad, titled 'Just Try It, California,' is the first commercial in a six-figure television and digital advertising campaign targeting Gen Z and millennial voters. The spot features two AI-generated young women sitting on a bed beneath a Pride flag, with one wearing a 'RESIST' shirt. Their suggestive conversation indicates they may be about to engage in a sexual act, as one expresses hesitation and the other encourages her to continue.</w:t>
      </w:r>
      <w:r/>
    </w:p>
    <w:p>
      <w:pPr>
        <w:pStyle w:val="ListNumber"/>
        <w:spacing w:line="240" w:lineRule="auto"/>
        <w:ind w:left="720"/>
      </w:pPr>
      <w:r/>
      <w:hyperlink r:id="rId15">
        <w:r>
          <w:rPr>
            <w:color w:val="0000EE"/>
            <w:u w:val="single"/>
          </w:rPr>
          <w:t>https://brimstonereport.com/article/steve-hilton-drops-shocking-new-ad-teasing-lesbian-encounter-what-if-my-dad-a68e65ed</w:t>
        </w:r>
      </w:hyperlink>
      <w:r>
        <w:t xml:space="preserve"> - Gubernatorial candidate Steve Hilton launched 'Just Try It, California,' the first spot in a six-figure television and digital ad campaign aimed at Gen Z and millennial voters. The ad shows two AI-generated young women sitting on a bed beneath a Pride flag, one wearing a 'RESIST' shirt. Their suggestive exchange implies they are about to engage in a sexual act, with one hesitant and the other reassuring her it will be OK. The ad has sparked mixed reactions, with some praising its creativity and others criticizing its approach to courting younger voters.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ggmagazine.com/politician-offends-both-sides-with-sapphic-political-ad/" TargetMode="External"/><Relationship Id="rId10" Type="http://schemas.openxmlformats.org/officeDocument/2006/relationships/hyperlink" Target="https://www.lgbtqnation.com/2026/10/gop-gubernatorial-candidate-releases-bizarrely-steamy-sapphic-campaign-ad-just-try-it/" TargetMode="External"/><Relationship Id="rId11" Type="http://schemas.openxmlformats.org/officeDocument/2006/relationships/hyperlink" Target="https://www.thewrap.com/media-platforms/politics/steve-hilton-viral-lesbian-political-ad-just-try-it-california/" TargetMode="External"/><Relationship Id="rId12" Type="http://schemas.openxmlformats.org/officeDocument/2006/relationships/hyperlink" Target="https://www.mediaite.com/media/news/omfg-california-gop-gov-candidate-stuns-with-lesbian-fanfic-ad/" TargetMode="External"/><Relationship Id="rId13" Type="http://schemas.openxmlformats.org/officeDocument/2006/relationships/hyperlink" Target="https://www.newsminimalist.com/articles/steve-hiltons-new-ad-uses-ai-generated-lesbian-scene-to-court-young-california-voters-e0604cfc" TargetMode="External"/><Relationship Id="rId14" Type="http://schemas.openxmlformats.org/officeDocument/2006/relationships/hyperlink" Target="https://internewscast.com/news/steve-hilton-releases-campaign-ad-teasing-same-sex-encounter/" TargetMode="External"/><Relationship Id="rId15" Type="http://schemas.openxmlformats.org/officeDocument/2006/relationships/hyperlink" Target="https://brimstonereport.com/article/steve-hilton-drops-shocking-new-ad-teasing-lesbian-encounter-what-if-my-dad-a68e65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