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things to do in Paris on 3 October 2026</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and locals have a packed Saturday ahead, with Pride, waterside adventures, science events, street art and family-friendly outings across Paris and Île-de-France. Whether you're chasing a lively atmosphere, a free cultural plan or something wonderfully unusual, these are the events worth knowing about before 3 October 2026.</w:t>
      </w:r>
      <w:r/>
    </w:p>
    <w:p>
      <w:pPr>
        <w:pStyle w:val="Heading2"/>
      </w:pPr>
      <w:r>
        <w:t>Essential Takeaways</w:t>
      </w:r>
      <w:r/>
      <w:r/>
    </w:p>
    <w:p>
      <w:pPr>
        <w:pStyle w:val="ListBullet"/>
        <w:spacing w:line="240" w:lineRule="auto"/>
        <w:ind w:left="720"/>
      </w:pPr>
      <w:r/>
      <w:r>
        <w:rPr>
          <w:b/>
        </w:rPr>
        <w:t>Pride returns:</w:t>
      </w:r>
      <w:r>
        <w:t xml:space="preserve"> Paris hosts the Marche des Fiertes after its summer cancellation, with a revised route and a Bastille podium.</w:t>
      </w:r>
      <w:r/>
    </w:p>
    <w:p>
      <w:pPr>
        <w:pStyle w:val="ListBullet"/>
        <w:spacing w:line="240" w:lineRule="auto"/>
        <w:ind w:left="720"/>
      </w:pPr>
      <w:r/>
      <w:r>
        <w:rPr>
          <w:b/>
        </w:rPr>
        <w:t>Paddle the Ourcq:</w:t>
      </w:r>
      <w:r>
        <w:t xml:space="preserve"> Canal en pagaies offers a 10-kilometre descent by canoe, kayak or paddleboard.</w:t>
      </w:r>
      <w:r/>
    </w:p>
    <w:p>
      <w:pPr>
        <w:pStyle w:val="ListBullet"/>
        <w:spacing w:line="240" w:lineRule="auto"/>
        <w:ind w:left="720"/>
      </w:pPr>
      <w:r/>
      <w:r>
        <w:rPr>
          <w:b/>
        </w:rPr>
        <w:t>Science for everyone:</w:t>
      </w:r>
      <w:r>
        <w:t xml:space="preserve"> Free experiments, talks and open days run across the region from 2 to 12 October.</w:t>
      </w:r>
      <w:r/>
    </w:p>
    <w:p>
      <w:pPr>
        <w:pStyle w:val="ListBullet"/>
        <w:spacing w:line="240" w:lineRule="auto"/>
        <w:ind w:left="720"/>
      </w:pPr>
      <w:r/>
      <w:r>
        <w:rPr>
          <w:b/>
        </w:rPr>
        <w:t>Street art takes over:</w:t>
      </w:r>
      <w:r>
        <w:t xml:space="preserve"> StreetArt Denfert and the Expo des 150 open in a large former retail space.</w:t>
      </w:r>
      <w:r/>
    </w:p>
    <w:p>
      <w:pPr>
        <w:pStyle w:val="ListBullet"/>
        <w:spacing w:line="240" w:lineRule="auto"/>
        <w:ind w:left="720"/>
      </w:pPr>
      <w:r/>
      <w:r>
        <w:rPr>
          <w:b/>
        </w:rPr>
        <w:t>Family choices are plentiful:</w:t>
      </w:r>
      <w:r>
        <w:t xml:space="preserve"> Medieval festivals, museum workshops and hands-on activities make easy weekend plans.</w:t>
      </w:r>
      <w:r/>
      <w:r/>
    </w:p>
    <w:p>
      <w:pPr>
        <w:pStyle w:val="Heading2"/>
      </w:pPr>
      <w:r>
        <w:t>Pride brings a major city-centre celebration back to Paris</w:t>
      </w:r>
      <w:r/>
    </w:p>
    <w:p>
      <w:r/>
      <w:r>
        <w:t xml:space="preserve">The biggest event of the day is the return of Paris Pride, which follows its cancellation during the summer heatwave. The procession is expected to bring colour, music and a strong sense of occasion to the capital, before the programme continues at Place de la Bastille. The Paris city authorities have listed the event among the day's notable gatherings. </w:t>
      </w:r>
      <w:hyperlink r:id="rId9">
        <w:r>
          <w:rPr>
            <w:color w:val="0000EE"/>
            <w:u w:val="single"/>
          </w:rPr>
          <w:t>[4]</w:t>
        </w:r>
      </w:hyperlink>
      <w:r/>
    </w:p>
    <w:p>
      <w:r/>
      <w:r>
        <w:t xml:space="preserve">The Bastille stage adds a festival feel, with performances and appearances from artists including Piche, Montemarco, Lolla Wesh, Thea Rose and Allanah Starr. For anyone planning to attend, checking the official route, access information and timings before setting off is sensible, particularly with crowds and transport changes likely. </w:t>
      </w:r>
      <w:hyperlink r:id="rId10">
        <w:r>
          <w:rPr>
            <w:color w:val="0000EE"/>
            <w:u w:val="single"/>
          </w:rPr>
          <w:t>[3]</w:t>
        </w:r>
      </w:hyperlink>
      <w:r/>
    </w:p>
    <w:p>
      <w:r/>
      <w:r>
        <w:t xml:space="preserve">Pride is also one of those Paris events where the atmosphere matters as much as the itinerary. Expect busy streets, plenty of colour and a long afternoon, so comfortable shoes, water and a charged phone will make the experience noticeably easier. The Ligue des droits de l'Homme also highlights the march's wider role in defending equality and LGBTQIA+ rights. </w:t>
      </w:r>
      <w:hyperlink r:id="rId11">
        <w:r>
          <w:rPr>
            <w:color w:val="0000EE"/>
            <w:u w:val="single"/>
          </w:rPr>
          <w:t>[6]</w:t>
        </w:r>
      </w:hyperlink>
      <w:r/>
    </w:p>
    <w:p>
      <w:pPr>
        <w:pStyle w:val="Heading2"/>
      </w:pPr>
      <w:r>
        <w:t>Swap the pavement for the Canal de l'Ourcq</w:t>
      </w:r>
      <w:r/>
    </w:p>
    <w:p>
      <w:r/>
      <w:r>
        <w:t xml:space="preserve">If a city march isn't your style, Canal en pagaies offers a rather different way to spend the day. Participants can travel roughly 10 kilometres along the Canal de l'Ourcq by canoe, kayak or stand-up paddleboard, turning a familiar stretch of eastern Paris into a gentle outdoor adventure. The summer canal programme provides the event details. </w:t>
      </w:r>
      <w:hyperlink r:id="rId12">
        <w:r>
          <w:rPr>
            <w:color w:val="0000EE"/>
            <w:u w:val="single"/>
          </w:rPr>
          <w:t>[2]</w:t>
        </w:r>
      </w:hyperlink>
      <w:r/>
    </w:p>
    <w:p>
      <w:r/>
      <w:r>
        <w:t>It's an appealing option for groups because the activity feels active without demanding elite sporting credentials. Still, bring clothes that can cope with splashes, sun protection and a change of top, because even calm water has a mischievous way of finding sleeves and trainers.</w:t>
      </w:r>
      <w:r/>
    </w:p>
    <w:p>
      <w:r/>
      <w:r>
        <w:t xml:space="preserve">Booking and practical requirements should be checked before travelling, especially if you're choosing a paddleboard or arriving with children. A water-based event also rewards an early start, leaving more time to enjoy the canal rather than rushing between registration and launch. </w:t>
      </w:r>
      <w:hyperlink r:id="rId12">
        <w:r>
          <w:rPr>
            <w:color w:val="0000EE"/>
            <w:u w:val="single"/>
          </w:rPr>
          <w:t>[2]</w:t>
        </w:r>
      </w:hyperlink>
      <w:r/>
    </w:p>
    <w:p>
      <w:pPr>
        <w:pStyle w:val="Heading2"/>
      </w:pPr>
      <w:r>
        <w:t>Free science events make learning feel hands-on</w:t>
      </w:r>
      <w:r/>
    </w:p>
    <w:p>
      <w:r/>
      <w:r>
        <w:t xml:space="preserve">The Fête de la Science runs from 2 to 12 October, with Paris and the surrounding departments offering experiments, demonstrations, talks and open doors. On 3 October, families can explore subjects ranging from food and flavours to climate, health and the history of inventions. The breadth is useful: there should be something for curious toddlers, older children and adults who still enjoy pressing the mysterious button. </w:t>
      </w:r>
      <w:hyperlink r:id="rId13">
        <w:r>
          <w:rPr>
            <w:color w:val="0000EE"/>
            <w:u w:val="single"/>
          </w:rPr>
          <w:t>[7]</w:t>
        </w:r>
      </w:hyperlink>
      <w:r/>
    </w:p>
    <w:p>
      <w:r/>
      <w:r>
        <w:t xml:space="preserve">The Cité des Sciences, the Grand Palais, the Musee des Arts et Metiers, the College de France and University Paris Cite all feature in the wider programme. Many activities are free, but some require advance registration, so it's worth checking individual venue pages rather than assuming you can simply walk in. </w:t>
      </w:r>
      <w:hyperlink r:id="rId13">
        <w:r>
          <w:rPr>
            <w:color w:val="0000EE"/>
            <w:u w:val="single"/>
          </w:rPr>
          <w:t>[7]</w:t>
        </w:r>
      </w:hyperlink>
      <w:r/>
    </w:p>
    <w:p>
      <w:r/>
      <w:r>
        <w:t>For a relaxed family day, choose one main venue and add a nearby park or cafe instead of attempting an ambitious science tour across the whole region. Paris distances look deceptively manageable on a map, and small legs tend to have strong opinions about unnecessary transfers.</w:t>
      </w:r>
      <w:r/>
    </w:p>
    <w:p>
      <w:pPr>
        <w:pStyle w:val="Heading2"/>
      </w:pPr>
      <w:r>
        <w:t>Street art and seasonal culture add colour</w:t>
      </w:r>
      <w:r/>
    </w:p>
    <w:p>
      <w:r/>
      <w:r>
        <w:t xml:space="preserve">StreetArt Denfert and the Expo des 150 begin at the former Zara site near Denfert-Rochereau, bringing a large free street-art exhibition to the 14th arrondissement. The show runs from 3 to 25 October and features work by a broad group of artists, with free registration required. </w:t>
      </w:r>
      <w:hyperlink r:id="rId13">
        <w:r>
          <w:rPr>
            <w:color w:val="0000EE"/>
            <w:u w:val="single"/>
          </w:rPr>
          <w:t>[7]</w:t>
        </w:r>
      </w:hyperlink>
      <w:r/>
    </w:p>
    <w:p>
      <w:r/>
      <w:r>
        <w:t xml:space="preserve">Elsewhere, Monet, peindre le temps opens at the Musee de l'Orangerie, while Cezanne et nous continues at the Grand Palais. Paris Fashion Week also carries on through 6 October, keeping the city unusually busy with exhibitions, pop-ups and fashion-related events. </w:t>
      </w:r>
      <w:hyperlink r:id="rId13">
        <w:r>
          <w:rPr>
            <w:color w:val="0000EE"/>
            <w:u w:val="single"/>
          </w:rPr>
          <w:t>[7]</w:t>
        </w:r>
      </w:hyperlink>
      <w:r/>
    </w:p>
    <w:p>
      <w:r/>
      <w:r>
        <w:t>These are good choices when the weather turns uncertain. A gallery or museum gives you a warm, dry base, while the neighbourhood setting makes it easy to pair culture with lunch or a short walk. Just remember that free doesn't always mean spontaneous: popular exhibitions can fill quickly.</w:t>
      </w:r>
      <w:r/>
    </w:p>
    <w:p>
      <w:pPr>
        <w:pStyle w:val="Heading2"/>
      </w:pPr>
      <w:r>
        <w:t>Look beyond central Paris for a slower Saturday</w:t>
      </w:r>
      <w:r/>
    </w:p>
    <w:p>
      <w:r/>
      <w:r>
        <w:t xml:space="preserve">The wider region has plenty to offer, including medieval celebrations in Rambouillet and Brie-Comte-Robert, with costumes, markets and performances. These events suit families who want a change of scenery and a little theatrical history without committing to a full weekend away. </w:t>
      </w:r>
      <w:hyperlink r:id="rId13">
        <w:r>
          <w:rPr>
            <w:color w:val="0000EE"/>
            <w:u w:val="single"/>
          </w:rPr>
          <w:t>[7]</w:t>
        </w:r>
      </w:hyperlink>
      <w:r/>
    </w:p>
    <w:p>
      <w:r/>
      <w:r>
        <w:t xml:space="preserve">Brocantes and vide-greniers are also spread across Paris, Seine-et-Marne and the Yvelines. They're ideal for an unstructured morning of browsing, though the best finds tend to reward early risers and a willingness to carry something unexpectedly large home on public transport. </w:t>
      </w:r>
      <w:hyperlink r:id="rId13">
        <w:r>
          <w:rPr>
            <w:color w:val="0000EE"/>
            <w:u w:val="single"/>
          </w:rPr>
          <w:t>[7]</w:t>
        </w:r>
      </w:hyperlink>
      <w:r/>
    </w:p>
    <w:p>
      <w:r/>
      <w:r>
        <w:t xml:space="preserve">For evening plans, options range from a free Céline Dion-themed karaoke night at Boom Boom Villette to cinema releases and immersive experiences. Before heading out, check live transport information and event-specific updates, as major gatherings, works and demonstrations can all alter the quickest route. </w:t>
      </w:r>
      <w:hyperlink r:id="rId13">
        <w:r>
          <w:rPr>
            <w:color w:val="0000EE"/>
            <w:u w:val="single"/>
          </w:rPr>
          <w:t>[7]</w:t>
        </w:r>
      </w:hyperlink>
      <w:r/>
    </w:p>
    <w:p>
      <w:r/>
      <w:r>
        <w:t>Paris on 3 October 2026 is less about finding one perfect event than building a day that fits your mood. Choose the crowd, the water, the science or the art, and leave room for a spontaneous detour.</w:t>
      </w:r>
      <w:r/>
    </w:p>
    <w:p>
      <w:pPr>
        <w:pStyle w:val="Heading3"/>
      </w:pPr>
      <w:r>
        <w:t>Source Reference Map</w:t>
      </w:r>
      <w:r/>
    </w:p>
    <w:p>
      <w:r/>
      <w:r>
        <w:rPr>
          <w:b/>
        </w:rPr>
        <w:t>Story idea inspired by:</w:t>
      </w:r>
      <w:r>
        <w:t xml:space="preserve"> </w:t>
      </w:r>
      <w:hyperlink r:id="rId13">
        <w:r>
          <w:rPr>
            <w:color w:val="0000EE"/>
            <w:u w:val="single"/>
          </w:rPr>
          <w:t>[1]</w:t>
        </w:r>
      </w:hyperlink>
      <w:r/>
    </w:p>
    <w:p>
      <w:r/>
      <w:r>
        <w:rPr>
          <w:b/>
        </w:rPr>
        <w:t>Sources by paragraph:</w:t>
      </w:r>
      <w:r>
        <w:t xml:space="preserve">- Paragraph 1: </w:t>
      </w:r>
      <w:hyperlink r:id="rId9">
        <w:r>
          <w:rPr>
            <w:color w:val="0000EE"/>
            <w:u w:val="single"/>
          </w:rPr>
          <w:t>[4]</w:t>
        </w:r>
      </w:hyperlink>
      <w:r>
        <w:t xml:space="preserve">, </w:t>
      </w:r>
      <w:hyperlink r:id="rId13">
        <w:r>
          <w:rPr>
            <w:color w:val="0000EE"/>
            <w:u w:val="single"/>
          </w:rPr>
          <w:t>[7]</w:t>
        </w:r>
      </w:hyperlink>
      <w:r>
        <w:t xml:space="preserve">- Paragraph 2: </w:t>
      </w:r>
      <w:hyperlink r:id="rId10">
        <w:r>
          <w:rPr>
            <w:color w:val="0000EE"/>
            <w:u w:val="single"/>
          </w:rPr>
          <w:t>[3]</w:t>
        </w:r>
      </w:hyperlink>
      <w:r>
        <w:t xml:space="preserve">, </w:t>
      </w:r>
      <w:hyperlink r:id="rId9">
        <w:r>
          <w:rPr>
            <w:color w:val="0000EE"/>
            <w:u w:val="single"/>
          </w:rPr>
          <w:t>[4]</w:t>
        </w:r>
      </w:hyperlink>
      <w:r>
        <w:t xml:space="preserve">- Paragraph 3: </w:t>
      </w:r>
      <w:hyperlink r:id="rId11">
        <w:r>
          <w:rPr>
            <w:color w:val="0000EE"/>
            <w:u w:val="single"/>
          </w:rPr>
          <w:t>[6]</w:t>
        </w:r>
      </w:hyperlink>
      <w:r>
        <w:t xml:space="preserve">, </w:t>
      </w:r>
      <w:hyperlink r:id="rId9">
        <w:r>
          <w:rPr>
            <w:color w:val="0000EE"/>
            <w:u w:val="single"/>
          </w:rPr>
          <w:t>[4]</w:t>
        </w:r>
      </w:hyperlink>
      <w:r>
        <w:t xml:space="preserve">- Paragraph 4: </w:t>
      </w:r>
      <w:hyperlink r:id="rId12">
        <w:r>
          <w:rPr>
            <w:color w:val="0000EE"/>
            <w:u w:val="single"/>
          </w:rPr>
          <w:t>[2]</w:t>
        </w:r>
      </w:hyperlink>
      <w:r>
        <w:t xml:space="preserve">- Paragraph 5: </w:t>
      </w:r>
      <w:hyperlink r:id="rId12">
        <w:r>
          <w:rPr>
            <w:color w:val="0000EE"/>
            <w:u w:val="single"/>
          </w:rPr>
          <w:t>[2]</w:t>
        </w:r>
      </w:hyperlink>
      <w:r>
        <w:t xml:space="preserve">, </w:t>
      </w:r>
      <w:hyperlink r:id="rId13">
        <w:r>
          <w:rPr>
            <w:color w:val="0000EE"/>
            <w:u w:val="single"/>
          </w:rPr>
          <w:t>[7]</w:t>
        </w:r>
      </w:hyperlink>
      <w:r>
        <w:t xml:space="preserve">- Paragraph 6: </w:t>
      </w:r>
      <w:hyperlink r:id="rId12">
        <w:r>
          <w:rPr>
            <w:color w:val="0000EE"/>
            <w:u w:val="single"/>
          </w:rPr>
          <w:t>[2]</w:t>
        </w:r>
      </w:hyperlink>
      <w:r>
        <w:t xml:space="preserve">- Paragraph 7: </w:t>
      </w:r>
      <w:hyperlink r:id="rId13">
        <w:r>
          <w:rPr>
            <w:color w:val="0000EE"/>
            <w:u w:val="single"/>
          </w:rPr>
          <w:t>[7]</w:t>
        </w:r>
      </w:hyperlink>
      <w:r>
        <w:t xml:space="preserve">- Paragraph 8: </w:t>
      </w:r>
      <w:hyperlink r:id="rId13">
        <w:r>
          <w:rPr>
            <w:color w:val="0000EE"/>
            <w:u w:val="single"/>
          </w:rPr>
          <w:t>[7]</w:t>
        </w:r>
      </w:hyperlink>
      <w:r>
        <w:t xml:space="preserve">- Paragraph 9: </w:t>
      </w:r>
      <w:hyperlink r:id="rId13">
        <w:r>
          <w:rPr>
            <w:color w:val="0000EE"/>
            <w:u w:val="single"/>
          </w:rPr>
          <w:t>[7]</w:t>
        </w:r>
      </w:hyperlink>
      <w:r>
        <w:t xml:space="preserve">- Paragraph 10: </w:t>
      </w:r>
      <w:hyperlink r:id="rId13">
        <w:r>
          <w:rPr>
            <w:color w:val="0000EE"/>
            <w:u w:val="single"/>
          </w:rPr>
          <w:t>[7]</w:t>
        </w:r>
      </w:hyperlink>
      <w:r>
        <w:t xml:space="preserve">- Paragraph 11: </w:t>
      </w:r>
      <w:hyperlink r:id="rId13">
        <w:r>
          <w:rPr>
            <w:color w:val="0000EE"/>
            <w:u w:val="single"/>
          </w:rPr>
          <w:t>[7]</w:t>
        </w:r>
      </w:hyperlink>
      <w:r>
        <w:t xml:space="preserve">- Paragraph 12: </w:t>
      </w:r>
      <w:hyperlink r:id="rId13">
        <w:r>
          <w:rPr>
            <w:color w:val="0000EE"/>
            <w:u w:val="single"/>
          </w:rPr>
          <w:t>[7]</w:t>
        </w:r>
      </w:hyperlink>
      <w:r>
        <w:t xml:space="preserve">- Paragraph 13: </w:t>
      </w:r>
      <w:hyperlink r:id="rId13">
        <w:r>
          <w:rPr>
            <w:color w:val="0000EE"/>
            <w:u w:val="single"/>
          </w:rPr>
          <w:t>[7]</w:t>
        </w:r>
      </w:hyperlink>
      <w:r>
        <w:t xml:space="preserve">- Paragraph 14: </w:t>
      </w:r>
      <w:hyperlink r:id="rId13">
        <w:r>
          <w:rPr>
            <w:color w:val="0000EE"/>
            <w:u w:val="single"/>
          </w:rPr>
          <w:t>[7]</w:t>
        </w:r>
      </w:hyperlink>
      <w:r>
        <w:t xml:space="preserve">- Paragraph 15: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3">
        <w:r>
          <w:rPr>
            <w:color w:val="0000EE"/>
            <w:u w:val="single"/>
          </w:rPr>
          <w:t>https://www.sortiraparis.com/actualites/a-paris/guides/343589-sortir-a-paris-le-3-octobre-2026-les-evenements-et-rendez-vous-a-ne-pas-manquer</w:t>
        </w:r>
      </w:hyperlink>
      <w:r>
        <w:t xml:space="preserve"> - Please view link - unable to able to access data</w:t>
      </w:r>
      <w:r/>
    </w:p>
    <w:p>
      <w:pPr>
        <w:pStyle w:val="ListNumber"/>
        <w:spacing w:line="240" w:lineRule="auto"/>
        <w:ind w:left="720"/>
      </w:pPr>
      <w:r/>
      <w:hyperlink r:id="rId12">
        <w:r>
          <w:rPr>
            <w:color w:val="0000EE"/>
            <w:u w:val="single"/>
          </w:rPr>
          <w:t>https://www.tourisme93.com/ete-du-canal/canal-en-pagaies.html</w:t>
        </w:r>
      </w:hyperlink>
      <w:r>
        <w:t xml:space="preserve"> - 'Canal en pagaies' is a unique event scheduled for Saturday, 3 October 2026, offering participants the opportunity to navigate the Canal de l'Ourcq in canoes, kayaks, or paddleboards. The 10-kilometre route spans eight cities, including Sevran, Aulnay-sous-Bois, and Pantin. The event also features musical performances along the canal, enhancing the festive atmosphere. Participants can bring their own equipment or rent on-site, with various pricing options available. (</w:t>
      </w:r>
      <w:hyperlink r:id="rId14">
        <w:r>
          <w:rPr>
            <w:color w:val="0000EE"/>
            <w:u w:val="single"/>
          </w:rPr>
          <w:t>tourisme93.com</w:t>
        </w:r>
      </w:hyperlink>
      <w:r>
        <w:t>)</w:t>
      </w:r>
      <w:r/>
    </w:p>
    <w:p>
      <w:pPr>
        <w:pStyle w:val="ListNumber"/>
        <w:spacing w:line="240" w:lineRule="auto"/>
        <w:ind w:left="720"/>
      </w:pPr>
      <w:r/>
      <w:hyperlink r:id="rId10">
        <w:r>
          <w:rPr>
            <w:color w:val="0000EE"/>
            <w:u w:val="single"/>
          </w:rPr>
          <w:t>https://www.marchedesfiertes.org/fr/content/parcours</w:t>
        </w:r>
      </w:hyperlink>
      <w:r>
        <w:t xml:space="preserve"> - The 2026 Paris Pride March is set for Saturday, 3 October 2026, with a new route and schedule. The procession will commence at 12:30 PM with speeches, followed by the march at 1:00 PM, starting from Place d'Italie and concluding at Place de la Bastille. The event aims to celebrate LGBTQ+ rights and diversity, with specific details about the route and schedule provided. (</w:t>
      </w:r>
      <w:hyperlink r:id="rId15">
        <w:r>
          <w:rPr>
            <w:color w:val="0000EE"/>
            <w:u w:val="single"/>
          </w:rPr>
          <w:t>marchedesfiertes.org</w:t>
        </w:r>
      </w:hyperlink>
      <w:r>
        <w:t>)</w:t>
      </w:r>
      <w:r/>
    </w:p>
    <w:p>
      <w:pPr>
        <w:pStyle w:val="ListNumber"/>
        <w:spacing w:line="240" w:lineRule="auto"/>
        <w:ind w:left="720"/>
      </w:pPr>
      <w:r/>
      <w:hyperlink r:id="rId9">
        <w:r>
          <w:rPr>
            <w:color w:val="0000EE"/>
            <w:u w:val="single"/>
          </w:rPr>
          <w:t>https://www.paris.fr/evenements/marche-des-fiertes-84545</w:t>
        </w:r>
      </w:hyperlink>
      <w:r>
        <w:t xml:space="preserve"> - The 2026 Paris Pride March is scheduled for Saturday, 3 October 2026, starting at 1:30 PM from Place d'Italie and proceeding to Place de la Bastille. Organised by Inter-LGBT, the event is part of the 2026 Pride Month programme in Paris. The march is free and open to the public, aiming to celebrate LGBTQ+ rights and diversity. (</w:t>
      </w:r>
      <w:hyperlink r:id="rId16">
        <w:r>
          <w:rPr>
            <w:color w:val="0000EE"/>
            <w:u w:val="single"/>
          </w:rPr>
          <w:t>paris.fr</w:t>
        </w:r>
      </w:hyperlink>
      <w:r>
        <w:t>)</w:t>
      </w:r>
      <w:r/>
    </w:p>
    <w:p>
      <w:pPr>
        <w:pStyle w:val="ListNumber"/>
        <w:spacing w:line="240" w:lineRule="auto"/>
        <w:ind w:left="720"/>
      </w:pPr>
      <w:r/>
      <w:hyperlink r:id="rId17">
        <w:r>
          <w:rPr>
            <w:color w:val="0000EE"/>
            <w:u w:val="single"/>
          </w:rPr>
          <w:t>https://www.jds.fr/paris/manifestations/marche-des-fiertes-paris-261195_A</w:t>
        </w:r>
      </w:hyperlink>
      <w:r>
        <w:t xml:space="preserve"> - The 2026 Paris Pride March is set for Saturday, 3 October 2026, starting at 2:00 PM from Place d'Italie and concluding at Place de la Bastille. The event includes a free concert at Place de la Bastille after the march. The march aims to celebrate LGBTQ+ rights and diversity, with specific details about the route and schedule provided. (</w:t>
      </w:r>
      <w:hyperlink r:id="rId18">
        <w:r>
          <w:rPr>
            <w:color w:val="0000EE"/>
            <w:u w:val="single"/>
          </w:rPr>
          <w:t>jds.fr</w:t>
        </w:r>
      </w:hyperlink>
      <w:r>
        <w:t>)</w:t>
      </w:r>
      <w:r/>
    </w:p>
    <w:p>
      <w:pPr>
        <w:pStyle w:val="ListNumber"/>
        <w:spacing w:line="240" w:lineRule="auto"/>
        <w:ind w:left="720"/>
      </w:pPr>
      <w:r/>
      <w:hyperlink r:id="rId11">
        <w:r>
          <w:rPr>
            <w:color w:val="0000EE"/>
            <w:u w:val="single"/>
          </w:rPr>
          <w:t>https://www.ldh-france.org/evenements/pride-marche-des-fiertes/</w:t>
        </w:r>
      </w:hyperlink>
      <w:r>
        <w:t xml:space="preserve"> - The 2026 Paris Pride March is scheduled for Saturday, 3 October 2026, between Place d'Italie and Place de la Bastille. The event is organised by the Ligue des droits de l'Homme (LDH) and aims to celebrate LGBTQ+ rights and diversity. The LDH Paris invites all members to join the march, with a stand located at the bus stop 'Les Gobelins' at 21 Avenue des Gobelins, Paris 5th, starting from 1:00 PM. (</w:t>
      </w:r>
      <w:hyperlink r:id="rId19">
        <w:r>
          <w:rPr>
            <w:color w:val="0000EE"/>
            <w:u w:val="single"/>
          </w:rPr>
          <w:t>ldh-france.org</w:t>
        </w:r>
      </w:hyperlink>
      <w:r>
        <w:t>)</w:t>
      </w:r>
      <w:r/>
    </w:p>
    <w:p>
      <w:pPr>
        <w:pStyle w:val="ListNumber"/>
        <w:spacing w:line="240" w:lineRule="auto"/>
        <w:ind w:left="720"/>
      </w:pPr>
      <w:r/>
      <w:hyperlink r:id="rId13">
        <w:r>
          <w:rPr>
            <w:color w:val="0000EE"/>
            <w:u w:val="single"/>
          </w:rPr>
          <w:t>https://www.sortiraparis.com/actualites/a-paris/guides/343589-sortir-a-paris-le-3-octobre-2026-les-evenements-et-rendez-vous-a-ne-pas-manquer</w:t>
        </w:r>
      </w:hyperlink>
      <w:r>
        <w:t xml:space="preserve"> - This guide provides a comprehensive list of events and activities happening in Paris and Île-de-France on Saturday, 3 October 2026. It includes exhibitions, shows, family outings, leisure activities, restaurants, and good deals, helping readers plan their day and evening in the capital.</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aris.fr/evenements/marche-des-fiertes-84545" TargetMode="External"/><Relationship Id="rId10" Type="http://schemas.openxmlformats.org/officeDocument/2006/relationships/hyperlink" Target="https://www.marchedesfiertes.org/fr/content/parcours" TargetMode="External"/><Relationship Id="rId11" Type="http://schemas.openxmlformats.org/officeDocument/2006/relationships/hyperlink" Target="https://www.ldh-france.org/evenements/pride-marche-des-fiertes/" TargetMode="External"/><Relationship Id="rId12" Type="http://schemas.openxmlformats.org/officeDocument/2006/relationships/hyperlink" Target="https://www.tourisme93.com/ete-du-canal/canal-en-pagaies.html" TargetMode="External"/><Relationship Id="rId13" Type="http://schemas.openxmlformats.org/officeDocument/2006/relationships/hyperlink" Target="https://www.sortiraparis.com/actualites/a-paris/guides/343589-sortir-a-paris-le-3-octobre-2026-les-evenements-et-rendez-vous-a-ne-pas-manquer" TargetMode="External"/><Relationship Id="rId14" Type="http://schemas.openxmlformats.org/officeDocument/2006/relationships/hyperlink" Target="https://www.tourisme93.com/ete-du-canal/canal-en-pagaies.html?utm_source=openai" TargetMode="External"/><Relationship Id="rId15" Type="http://schemas.openxmlformats.org/officeDocument/2006/relationships/hyperlink" Target="https://www.marchedesfiertes.org/fr/content/parcours?utm_source=openai" TargetMode="External"/><Relationship Id="rId16" Type="http://schemas.openxmlformats.org/officeDocument/2006/relationships/hyperlink" Target="https://www.paris.fr/evenements/marche-des-fiertes-84545?utm_source=openai" TargetMode="External"/><Relationship Id="rId17" Type="http://schemas.openxmlformats.org/officeDocument/2006/relationships/hyperlink" Target="https://www.jds.fr/paris/manifestations/marche-des-fiertes-paris-261195_A" TargetMode="External"/><Relationship Id="rId18" Type="http://schemas.openxmlformats.org/officeDocument/2006/relationships/hyperlink" Target="https://www.jds.fr/paris/manifestations/marche-des-fiertes-paris-261195_A?utm_source=openai" TargetMode="External"/><Relationship Id="rId19" Type="http://schemas.openxmlformats.org/officeDocument/2006/relationships/hyperlink" Target="https://www.ldh-france.org/evenements/pride-marche-des-fiert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