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books and queer news to brighten your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looking for sapphic books, LGBTQ+ stories and a cheerful weekend scroll have plenty to explore in this latest roundup. From Kayla Gornick’s </w:t>
      </w:r>
      <w:r>
        <w:rPr>
          <w:b/>
          <w:i/>
        </w:rPr>
        <w:t>First Sight of Sun</w:t>
      </w:r>
      <w:r>
        <w:rPr>
          <w:b/>
        </w:rPr>
        <w:t xml:space="preserve"> to Luc Dreamer’s slow-burn MMA romance </w:t>
      </w:r>
      <w:r>
        <w:rPr>
          <w:b/>
          <w:i/>
        </w:rPr>
        <w:t>Spotlight</w:t>
      </w:r>
      <w:r>
        <w:rPr>
          <w:b/>
        </w:rPr>
        <w:t>, the selection mixes new releases, bargains, author moments and uplifting queer news.</w:t>
      </w:r>
      <w:r/>
    </w:p>
    <w:p>
      <w:pPr>
        <w:pStyle w:val="Heading2"/>
      </w:pPr>
      <w:r>
        <w:t>Your weekend reading list starts here</w:t>
      </w:r>
      <w:r/>
    </w:p>
    <w:p>
      <w:r/>
      <w:r>
        <w:t>There’s something pleasingly low-pressure about a curated sapphic reading list. Instead of hunting through endless retailer pages, readers can settle in with a warm drink and browse romances, character-led fiction and stories with plenty of queer heart.</w:t>
      </w:r>
      <w:r/>
    </w:p>
    <w:p>
      <w:r/>
      <w:r>
        <w:t xml:space="preserve">Kayla Gornick’s </w:t>
      </w:r>
      <w:r>
        <w:rPr>
          <w:i/>
        </w:rPr>
        <w:t>First Sight of Sun</w:t>
      </w:r>
      <w:r>
        <w:t xml:space="preserve"> is one of the featured titles, with listings available through Goodreads, Kobo, Apple Books and several book retailers. Availability and pricing can differ by country, so it’s worth checking the final price before buying.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r/>
      <w:r>
        <w:t xml:space="preserve">The roundup also highlights eight books on sale, although some offers are short-lived. That makes it a useful weekend browse rather than a permanent bargain guide, particularly for international readers checking prices outside the United States. </w:t>
      </w:r>
      <w:hyperlink r:id="rId10">
        <w:r>
          <w:rPr>
            <w:color w:val="0000EE"/>
            <w:u w:val="single"/>
          </w:rPr>
          <w:t>[4]</w:t>
        </w:r>
      </w:hyperlink>
      <w:r>
        <w:t xml:space="preserve">, </w:t>
      </w:r>
      <w:hyperlink r:id="rId13">
        <w:r>
          <w:rPr>
            <w:color w:val="0000EE"/>
            <w:u w:val="single"/>
          </w:rPr>
          <w:t>[5]</w:t>
        </w:r>
      </w:hyperlink>
      <w:r>
        <w:t xml:space="preserve">, </w:t>
      </w:r>
      <w:hyperlink r:id="rId11">
        <w:r>
          <w:rPr>
            <w:color w:val="0000EE"/>
            <w:u w:val="single"/>
          </w:rPr>
          <w:t>[6]</w:t>
        </w:r>
      </w:hyperlink>
      <w:r/>
    </w:p>
    <w:p>
      <w:pPr>
        <w:pStyle w:val="Heading2"/>
      </w:pPr>
      <w:r>
        <w:t xml:space="preserve">Meet the author behind </w:t>
      </w:r>
      <w:r>
        <w:rPr>
          <w:i/>
        </w:rPr>
        <w:t>Spotlight</w:t>
      </w:r>
      <w:r/>
    </w:p>
    <w:p>
      <w:r/>
      <w:r>
        <w:t xml:space="preserve">This week’s author reveal is Luc Dreamer, whose new release </w:t>
      </w:r>
      <w:r>
        <w:rPr>
          <w:i/>
        </w:rPr>
        <w:t>Spotlight</w:t>
      </w:r>
      <w:r>
        <w:t xml:space="preserve"> pairs an injured MMA fighter with an actress preparing to play a professional fighter on screen. It’s a classic forced-proximity setup, but the careers-at-stake angle gives the romance extra tension.</w:t>
      </w:r>
      <w:r/>
    </w:p>
    <w:p>
      <w:r/>
      <w:r>
        <w:t>Kiki Marshall is trying to return to the cage after a serious knee injury, while Shawn Lake is determined to prove that Hollywood has underestimated her. Their attraction arrives at exactly the wrong moment, which is usually where a slow burn becomes most deliciously frustrating.</w:t>
      </w:r>
      <w:r/>
    </w:p>
    <w:p>
      <w:r/>
      <w:r>
        <w:t>Dreamer writes across romance, horror and historical fiction, with queer relationships and emotional connection at the centre. The author is also transgender, a parent and a full-time traveller, bringing a distinctly mobile creative life to their work.</w:t>
      </w:r>
      <w:r/>
    </w:p>
    <w:p>
      <w:pPr>
        <w:pStyle w:val="Heading2"/>
      </w:pPr>
      <w:r>
        <w:t>Why author extras make these roundups feel personal</w:t>
      </w:r>
      <w:r/>
    </w:p>
    <w:p>
      <w:r/>
      <w:r>
        <w:t xml:space="preserve">The best book roundups don’t stop at cover art and sales links. This edition includes a photograph of Kayla Gornick with </w:t>
      </w:r>
      <w:r>
        <w:rPr>
          <w:i/>
        </w:rPr>
        <w:t>First Sight of Sun</w:t>
      </w:r>
      <w:r>
        <w:t xml:space="preserve">, giving readers a glimpse of the person behind one of the featured novels. It’s a small touch, but it makes the reading list feel more like a community noticeboard than a shop window. </w:t>
      </w:r>
      <w:hyperlink r:id="rId9">
        <w:r>
          <w:rPr>
            <w:color w:val="0000EE"/>
            <w:u w:val="single"/>
          </w:rPr>
          <w:t>[2]</w:t>
        </w:r>
      </w:hyperlink>
      <w:r>
        <w:t xml:space="preserve">, </w:t>
      </w:r>
      <w:hyperlink r:id="rId14">
        <w:r>
          <w:rPr>
            <w:color w:val="0000EE"/>
            <w:u w:val="single"/>
          </w:rPr>
          <w:t>[3]</w:t>
        </w:r>
      </w:hyperlink>
      <w:r>
        <w:t xml:space="preserve">, </w:t>
      </w:r>
      <w:hyperlink r:id="rId13">
        <w:r>
          <w:rPr>
            <w:color w:val="0000EE"/>
            <w:u w:val="single"/>
          </w:rPr>
          <w:t>[5]</w:t>
        </w:r>
      </w:hyperlink>
      <w:r/>
    </w:p>
    <w:p>
      <w:r/>
      <w:r>
        <w:t xml:space="preserve">There’s also a charming Caturday contribution from Melissa Sky, featuring Willow, a seal-point Ragdoll who appears in Sky’s novel </w:t>
      </w:r>
      <w:r>
        <w:rPr>
          <w:i/>
        </w:rPr>
        <w:t>This Spells Forever</w:t>
      </w:r>
      <w:r>
        <w:t>. Cat cameos in books are hardly a new literary device, but a very fluffy one can still steal the show.</w:t>
      </w:r>
      <w:r/>
    </w:p>
    <w:p>
      <w:r/>
      <w:r>
        <w:t>For readers who enjoy discovering authors as well as their stories, these details matter. A selfie, a pet photograph or a short biography can be the nudge that turns casual curiosity into a new favourite writer.</w:t>
      </w:r>
      <w:r/>
    </w:p>
    <w:p>
      <w:pPr>
        <w:pStyle w:val="Heading2"/>
      </w:pPr>
      <w:r>
        <w:t>Good queer news belongs on the reading list too</w:t>
      </w:r>
      <w:r/>
    </w:p>
    <w:p>
      <w:r/>
      <w:r>
        <w:t>Alongside the books, the roundup gathers positive LGBTQ+ stories from the wider news cycle. Highlights include a new Chinese LGBTQ+ museum in San Francisco, a lending library bringing queer books to communities in the American South and a legal win involving LGBTQ+ middle-school pupils in Virginia.</w:t>
      </w:r>
      <w:r/>
    </w:p>
    <w:p>
      <w:r/>
      <w:r>
        <w:t xml:space="preserve">There’s entertainment news as well, including Cynthia Erivo’s upcoming </w:t>
      </w:r>
      <w:r>
        <w:rPr>
          <w:i/>
        </w:rPr>
        <w:t>Saturday Night Live UK</w:t>
      </w:r>
      <w:r>
        <w:t xml:space="preserve"> hosting role and reports about Sophia Bush and Ashlyn Harris marrying in a private ceremony. Dakota Johnson’s comments about sapphic scenes with Anne Hathaway add a lighter, pop-culture note.</w:t>
      </w:r>
      <w:r/>
    </w:p>
    <w:p>
      <w:r/>
      <w:r>
        <w:t>That mixture is part of the appeal. Queer life isn’t one single genre, and a good weekend directory can move from books to museums, television, court victories and, naturally, giant pandas arriving at an Atlanta zoo.</w:t>
      </w:r>
      <w:r/>
    </w:p>
    <w:p>
      <w:pPr>
        <w:pStyle w:val="Heading2"/>
      </w:pPr>
      <w:r>
        <w:t>How to make the most of the book deals</w:t>
      </w:r>
      <w:r/>
    </w:p>
    <w:p>
      <w:r/>
      <w:r>
        <w:t xml:space="preserve">If you’re buying from the sale section, check the price on the retailer page immediately before completing your order. Promotional prices can change without warning, while free or discounted digital editions may not be available in every territory. </w:t>
      </w:r>
      <w:hyperlink r:id="rId10">
        <w:r>
          <w:rPr>
            <w:color w:val="0000EE"/>
            <w:u w:val="single"/>
          </w:rPr>
          <w:t>[4]</w:t>
        </w:r>
      </w:hyperlink>
      <w:r>
        <w:t xml:space="preserve">, </w:t>
      </w:r>
      <w:hyperlink r:id="rId13">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p>
    <w:p>
      <w:r/>
      <w:r>
        <w:t xml:space="preserve">It’s also worth comparing formats. A paperback may suit readers who like a physical book on the bedside table, while an ebook can be more convenient for travel or late-night reading. Retailer listings may also show different editions, publication details or availability, so take a moment to confirm that you’re choosing the format you want.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[5]</w:t>
        </w:r>
      </w:hyperlink>
      <w:r/>
    </w:p>
    <w:p>
      <w:r/>
      <w:r>
        <w:t xml:space="preserve">The next author guessing game is scheduled to begin on 5 October 2026, giving readers another reason to check back. Until then, </w:t>
      </w:r>
      <w:r>
        <w:rPr>
          <w:i/>
        </w:rPr>
        <w:t>Spotlight</w:t>
      </w:r>
      <w:r>
        <w:t xml:space="preserve">, </w:t>
      </w:r>
      <w:r>
        <w:rPr>
          <w:i/>
        </w:rPr>
        <w:t>First Sight of Sun</w:t>
      </w:r>
      <w:r>
        <w:t xml:space="preserve"> and the rest of the featured titles offer plenty of ways to make a quiet weekend feel a little brighter.</w:t>
      </w:r>
      <w:r/>
    </w:p>
    <w:p>
      <w:r/>
      <w:r>
        <w:t>Find a story that suits your mood, and let the scrolling turn into reading.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[3]</w:t>
        </w:r>
      </w:hyperlink>
      <w:r>
        <w:t xml:space="preserve">- Paragraph 5: </w:t>
      </w:r>
      <w:hyperlink r:id="rId13">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4">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[3]</w:t>
        </w:r>
      </w:hyperlink>
      <w:r>
        <w:t xml:space="preserve">- Paragraph 9: </w:t>
      </w:r>
      <w:hyperlink r:id="rId10">
        <w:r>
          <w:rPr>
            <w:color w:val="0000EE"/>
            <w:u w:val="single"/>
          </w:rPr>
          <w:t>[4]</w:t>
        </w:r>
      </w:hyperlink>
      <w:r>
        <w:t xml:space="preserve">, </w:t>
      </w:r>
      <w:hyperlink r:id="rId13">
        <w:r>
          <w:rPr>
            <w:color w:val="0000EE"/>
            <w:u w:val="single"/>
          </w:rPr>
          <w:t>[5]</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0">
        <w:r>
          <w:rPr>
            <w:color w:val="0000EE"/>
            <w:u w:val="single"/>
          </w:rPr>
          <w:t>[4]</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3">
        <w:r>
          <w:rPr>
            <w:color w:val="0000EE"/>
            <w:u w:val="single"/>
          </w:rPr>
          <w:t>[5]</w:t>
        </w:r>
      </w:hyperlink>
      <w:r>
        <w:t xml:space="preserve">, </w:t>
      </w:r>
      <w:hyperlink r:id="rId11">
        <w:r>
          <w:rPr>
            <w:color w:val="0000EE"/>
            <w:u w:val="single"/>
          </w:rPr>
          <w:t>[6]</w:t>
        </w:r>
      </w:hyperlink>
      <w:r>
        <w:t xml:space="preserve">- Paragraph 14: </w:t>
      </w:r>
      <w:hyperlink r:id="rId12">
        <w:r>
          <w:rPr>
            <w:color w:val="0000EE"/>
            <w:u w:val="single"/>
          </w:rPr>
          <w:t>[7]</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https://iheartsapphfic.com/2026/10/03/october-3-edition-kayla-gornick-8-books-on-sale-guess-the-author-reveal-caturday-and-more/</w:t>
        </w:r>
      </w:hyperlink>
      <w:r>
        <w:t xml:space="preserve"> - Please view link - unable to able to access data</w:t>
      </w:r>
      <w:r/>
    </w:p>
    <w:p>
      <w:pPr>
        <w:pStyle w:val="ListNumber"/>
        <w:spacing w:line="240" w:lineRule="auto"/>
        <w:ind w:left="720"/>
      </w:pPr>
      <w:r/>
      <w:hyperlink r:id="rId9">
        <w:r>
          <w:rPr>
            <w:color w:val="0000EE"/>
            <w:u w:val="single"/>
          </w:rPr>
          <w:t>https://www.goodreads.com/book/show/254483232-first-sight-of-sun</w:t>
        </w:r>
      </w:hyperlink>
      <w:r>
        <w:t xml:space="preserve"> - 'First Sight of Sun' is a novel by Kayla Gornick, published on August 15, 2026. The story follows Beatrice Caswell, a vampire, and Vic Montana, a newly turned werewolf, as they navigate their unlikely friendship and budding romance amidst supernatural challenges. The book has received positive reviews for its unique blend of humour, romance, and supernatural elements. (</w:t>
      </w:r>
      <w:hyperlink r:id="rId16">
        <w:r>
          <w:rPr>
            <w:color w:val="0000EE"/>
            <w:u w:val="single"/>
          </w:rPr>
          <w:t>goodreads.com</w:t>
        </w:r>
      </w:hyperlink>
      <w:r>
        <w:t>)</w:t>
      </w:r>
      <w:r/>
    </w:p>
    <w:p>
      <w:pPr>
        <w:pStyle w:val="ListNumber"/>
        <w:spacing w:line="240" w:lineRule="auto"/>
        <w:ind w:left="720"/>
      </w:pPr>
      <w:r/>
      <w:hyperlink r:id="rId14">
        <w:r>
          <w:rPr>
            <w:color w:val="0000EE"/>
            <w:u w:val="single"/>
          </w:rPr>
          <w:t>https://www.goodreads.com/giveaway/show/448324-first-sight-of-sun</w:t>
        </w:r>
      </w:hyperlink>
      <w:r>
        <w:t xml:space="preserve"> - A Goodreads giveaway for 'First Sight of Sun' by Kayla Gornick ran from August 18 to September 15, 2026, offering readers a chance to win one of five print copies. The novel, released on August 15, 2026, is a sapphic monster romcom that explores the relationship between a vampire and a werewolf. (</w:t>
      </w:r>
      <w:hyperlink r:id="rId17">
        <w:r>
          <w:rPr>
            <w:color w:val="0000EE"/>
            <w:u w:val="single"/>
          </w:rPr>
          <w:t>goodreads.com</w:t>
        </w:r>
      </w:hyperlink>
      <w:r>
        <w:t>)</w:t>
      </w:r>
      <w:r/>
    </w:p>
    <w:p>
      <w:pPr>
        <w:pStyle w:val="ListNumber"/>
        <w:spacing w:line="240" w:lineRule="auto"/>
        <w:ind w:left="720"/>
      </w:pPr>
      <w:r/>
      <w:hyperlink r:id="rId10">
        <w:r>
          <w:rPr>
            <w:color w:val="0000EE"/>
            <w:u w:val="single"/>
          </w:rPr>
          <w:t>https://business.walmart.com/ip/First-Sight-of-Sun-Paperback-9781633040878/20312268397</w:t>
        </w:r>
      </w:hyperlink>
      <w:r>
        <w:t xml:space="preserve"> - 'First Sight of Sun' by Kayla Gornick is available for purchase as a paperback through Walmart Business Supplies. The book, published on August 15, 2026, is listed at USD $18.50 and is expected to arrive by September 24. (</w:t>
      </w:r>
      <w:hyperlink r:id="rId18">
        <w:r>
          <w:rPr>
            <w:color w:val="0000EE"/>
            <w:u w:val="single"/>
          </w:rPr>
          <w:t>business.walmart.com</w:t>
        </w:r>
      </w:hyperlink>
      <w:r>
        <w:t>)</w:t>
      </w:r>
      <w:r/>
    </w:p>
    <w:p>
      <w:pPr>
        <w:pStyle w:val="ListNumber"/>
        <w:spacing w:line="240" w:lineRule="auto"/>
        <w:ind w:left="720"/>
      </w:pPr>
      <w:r/>
      <w:hyperlink r:id="rId13">
        <w:r>
          <w:rPr>
            <w:color w:val="0000EE"/>
            <w:u w:val="single"/>
          </w:rPr>
          <w:t>https://www.worldofbooks.com/products/first-sight-of-sun-book-kayla-gornick-9781633040878</w:t>
        </w:r>
      </w:hyperlink>
      <w:r>
        <w:t xml:space="preserve"> - World of Books offers 'First Sight of Sun' by Kayla Gornick, published on August 15, 2026. The book is available in paperback and is part of Desert Palm Press's collection. World of Books is known for selling preloved books, providing an affordable option for readers. (</w:t>
      </w:r>
      <w:hyperlink r:id="rId19">
        <w:r>
          <w:rPr>
            <w:color w:val="0000EE"/>
            <w:u w:val="single"/>
          </w:rPr>
          <w:t>worldofbooks.com</w:t>
        </w:r>
      </w:hyperlink>
      <w:r>
        <w:t>)</w:t>
      </w:r>
      <w:r/>
    </w:p>
    <w:p>
      <w:pPr>
        <w:pStyle w:val="ListNumber"/>
        <w:spacing w:line="240" w:lineRule="auto"/>
        <w:ind w:left="720"/>
      </w:pPr>
      <w:r/>
      <w:hyperlink r:id="rId11">
        <w:r>
          <w:rPr>
            <w:color w:val="0000EE"/>
            <w:u w:val="single"/>
          </w:rPr>
          <w:t>https://www.kobo.com/nl/nl/ebook/first-sight-of-sun</w:t>
        </w:r>
      </w:hyperlink>
      <w:r>
        <w:t xml:space="preserve"> - 'First Sight of Sun' by Kayla Gornick is available as an eBook in EPUB format on Kobo. The novel, published on August 15, 2026, is listed under the genres of Romantic, LGBT, Lesbian, and Fantasy. (</w:t>
      </w:r>
      <w:hyperlink r:id="rId20">
        <w:r>
          <w:rPr>
            <w:color w:val="0000EE"/>
            <w:u w:val="single"/>
          </w:rPr>
          <w:t>kobo.com</w:t>
        </w:r>
      </w:hyperlink>
      <w:r>
        <w:t>)</w:t>
      </w:r>
      <w:r/>
    </w:p>
    <w:p>
      <w:pPr>
        <w:pStyle w:val="ListNumber"/>
        <w:spacing w:line="240" w:lineRule="auto"/>
        <w:ind w:left="720"/>
      </w:pPr>
      <w:r/>
      <w:hyperlink r:id="rId12">
        <w:r>
          <w:rPr>
            <w:color w:val="0000EE"/>
            <w:u w:val="single"/>
          </w:rPr>
          <w:t>https://books.apple.com/au/book/first-sight-of-sun/id6773210795</w:t>
        </w:r>
      </w:hyperlink>
      <w:r>
        <w:t xml:space="preserve"> - Apple Books offers 'First Sight of Sun' by Kayla Gornick, released on August 15, 2026. The eBook is available for purchase and provides a detailed description of the novel's plot and themes. (</w:t>
      </w:r>
      <w:hyperlink r:id="rId21">
        <w:r>
          <w:rPr>
            <w:color w:val="0000EE"/>
            <w:u w:val="single"/>
          </w:rPr>
          <w:t>books.apple.com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odreads.com/book/show/254483232-first-sight-of-sun" TargetMode="External"/><Relationship Id="rId10" Type="http://schemas.openxmlformats.org/officeDocument/2006/relationships/hyperlink" Target="https://business.walmart.com/ip/First-Sight-of-Sun-Paperback-9781633040878/20312268397" TargetMode="External"/><Relationship Id="rId11" Type="http://schemas.openxmlformats.org/officeDocument/2006/relationships/hyperlink" Target="https://www.kobo.com/nl/nl/ebook/first-sight-of-sun" TargetMode="External"/><Relationship Id="rId12" Type="http://schemas.openxmlformats.org/officeDocument/2006/relationships/hyperlink" Target="https://books.apple.com/au/book/first-sight-of-sun/id6773210795" TargetMode="External"/><Relationship Id="rId13" Type="http://schemas.openxmlformats.org/officeDocument/2006/relationships/hyperlink" Target="https://www.worldofbooks.com/products/first-sight-of-sun-book-kayla-gornick-9781633040878" TargetMode="External"/><Relationship Id="rId14" Type="http://schemas.openxmlformats.org/officeDocument/2006/relationships/hyperlink" Target="https://www.goodreads.com/giveaway/show/448324-first-sight-of-sun" TargetMode="External"/><Relationship Id="rId15" Type="http://schemas.openxmlformats.org/officeDocument/2006/relationships/hyperlink" Target="https://iheartsapphfic.com/2026/10/03/october-3-edition-kayla-gornick-8-books-on-sale-guess-the-author-reveal-caturday-and-more/" TargetMode="External"/><Relationship Id="rId16" Type="http://schemas.openxmlformats.org/officeDocument/2006/relationships/hyperlink" Target="https://www.goodreads.com/book/show/254483232-first-sight-of-sun?utm_source=openai" TargetMode="External"/><Relationship Id="rId17" Type="http://schemas.openxmlformats.org/officeDocument/2006/relationships/hyperlink" Target="https://www.goodreads.com/giveaway/show/448324-first-sight-of-sun?utm_source=openai" TargetMode="External"/><Relationship Id="rId18" Type="http://schemas.openxmlformats.org/officeDocument/2006/relationships/hyperlink" Target="https://business.walmart.com/ip/First-Sight-of-Sun-Paperback-9781633040878/20312268397?utm_source=openai" TargetMode="External"/><Relationship Id="rId19" Type="http://schemas.openxmlformats.org/officeDocument/2006/relationships/hyperlink" Target="https://www.worldofbooks.com/products/first-sight-of-sun-book-kayla-gornick-9781633040878?utm_source=openai" TargetMode="External"/><Relationship Id="rId20" Type="http://schemas.openxmlformats.org/officeDocument/2006/relationships/hyperlink" Target="https://www.kobo.com/nl/nl/ebook/first-sight-of-sun?utm_source=openai" TargetMode="External"/><Relationship Id="rId21" Type="http://schemas.openxmlformats.org/officeDocument/2006/relationships/hyperlink" Target="https://books.apple.com/au/book/first-sight-of-sun/id677321079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