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Paris Pride 2026 podium guide: free Bastille concert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arriving in Paris for Pride 2026 can expect a lively free concert at Place de la Bastille on 3 October, following the LGBTQIA+ march. From 4pm to around 10pm, the programme brings together pop and electronic artists, DJs, drag performers and campaigners, making it one of the city’s most colourful autumn events.</w:t>
      </w:r>
      <w:r/>
    </w:p>
    <w:p>
      <w:pPr>
        <w:pStyle w:val="Heading2"/>
      </w:pPr>
      <w:r>
        <w:t>Essential Takeaways</w:t>
      </w:r>
      <w:r/>
      <w:r/>
    </w:p>
    <w:p>
      <w:pPr>
        <w:pStyle w:val="ListBullet"/>
        <w:spacing w:line="240" w:lineRule="auto"/>
        <w:ind w:left="720"/>
      </w:pPr>
      <w:r/>
      <w:r>
        <w:rPr>
          <w:b/>
        </w:rPr>
        <w:t>Free entry:</w:t>
      </w:r>
      <w:r>
        <w:t xml:space="preserve"> The Bastille podium is open to the public without a ticket.</w:t>
      </w:r>
      <w:r/>
    </w:p>
    <w:p>
      <w:pPr>
        <w:pStyle w:val="ListBullet"/>
        <w:spacing w:line="240" w:lineRule="auto"/>
        <w:ind w:left="720"/>
      </w:pPr>
      <w:r/>
      <w:r>
        <w:rPr>
          <w:b/>
        </w:rPr>
        <w:t>Date and time:</w:t>
      </w:r>
      <w:r>
        <w:t xml:space="preserve"> The event runs on Saturday 3 October 2026, from 4pm until roughly 10pm.</w:t>
      </w:r>
      <w:r/>
    </w:p>
    <w:p>
      <w:pPr>
        <w:pStyle w:val="ListBullet"/>
        <w:spacing w:line="240" w:lineRule="auto"/>
        <w:ind w:left="720"/>
      </w:pPr>
      <w:r/>
      <w:r>
        <w:rPr>
          <w:b/>
        </w:rPr>
        <w:t>Big-name appearances:</w:t>
      </w:r>
      <w:r>
        <w:t xml:space="preserve"> Piche, Lolla Wesh, Montemarco, Allanah Starr and Ruby on the Nail are among the announced performers.</w:t>
      </w:r>
      <w:r/>
    </w:p>
    <w:p>
      <w:pPr>
        <w:pStyle w:val="ListBullet"/>
        <w:spacing w:line="240" w:lineRule="auto"/>
        <w:ind w:left="720"/>
      </w:pPr>
      <w:r/>
      <w:r>
        <w:rPr>
          <w:b/>
        </w:rPr>
        <w:t>More than music:</w:t>
      </w:r>
      <w:r>
        <w:t xml:space="preserve"> Speeches, videos and community activity will keep equality and anti-discrimination at the heart of the event.</w:t>
      </w:r>
      <w:r/>
    </w:p>
    <w:p>
      <w:pPr>
        <w:pStyle w:val="ListBullet"/>
        <w:spacing w:line="240" w:lineRule="auto"/>
        <w:ind w:left="720"/>
      </w:pPr>
      <w:r/>
      <w:r>
        <w:rPr>
          <w:b/>
        </w:rPr>
        <w:t>Plan your arrival:</w:t>
      </w:r>
      <w:r>
        <w:t xml:space="preserve"> The Pride march is due to set off from Place d'Italie before finishing near Bastille.</w:t>
      </w:r>
      <w:r/>
      <w:r/>
    </w:p>
    <w:p>
      <w:pPr>
        <w:pStyle w:val="Heading2"/>
      </w:pPr>
      <w:r>
        <w:t>Bastille gets a free Pride concert</w:t>
      </w:r>
      <w:r/>
    </w:p>
    <w:p>
      <w:r/>
      <w:r>
        <w:t>Paris Pride 2026 will end with music, movement and plenty of sequins at Place de la Bastille. The free podium is scheduled for Saturday 3 October, welcoming crowds from 4pm after the march reaches the square.</w:t>
      </w:r>
      <w:r/>
    </w:p>
    <w:p>
      <w:r/>
      <w:r>
        <w:t>The atmosphere should be both celebratory and purposeful. Alongside live performances and DJ sets, the programme includes drag acts and opportunities to hear from organisations working against discrimination. According to the Paris Pride programme, the event is designed to combine entertainment with visibility and advocacy.</w:t>
      </w:r>
      <w:r/>
    </w:p>
    <w:p>
      <w:r/>
      <w:r>
        <w:t>That mix is part of what makes the Bastille gathering feel different from a conventional outdoor concert. You might arrive for the music, but stay for the community energy, the speeches and the wonderfully unpredictable people-watching.</w:t>
      </w:r>
      <w:r/>
    </w:p>
    <w:p>
      <w:pPr>
        <w:pStyle w:val="Heading2"/>
      </w:pPr>
      <w:r>
        <w:t>Who's appearing on the 2026 programme?</w:t>
      </w:r>
      <w:r/>
    </w:p>
    <w:p>
      <w:r/>
      <w:r>
        <w:t>The line-up stretches across pop, electronic music, dance and drag. Piche, a familiar name from France's alternative pop and performance scene, joins electronic artist Yann, DJ and music curator Agathe Mougin, and dance figure Tonya Loren.</w:t>
      </w:r>
      <w:r/>
    </w:p>
    <w:p>
      <w:r/>
      <w:r>
        <w:t>Montemarco, Lolla Wesh, Thea Rose and Allanah Starr are also listed, alongside Kai Iden, whose performances bring together pop-electro music, movement and visual flair. Ruby on the Nail, a finalist from the third season of Drag Race France, adds another strong drag presence to the bill.</w:t>
      </w:r>
      <w:r/>
    </w:p>
    <w:p>
      <w:r/>
      <w:r>
        <w:t>The full programme also includes The Castafion, Debbie Sparrow, Christophe Madrolle, Emii Kitty, Hanabi The K and Ameziane. Madeleine Flamboyante and La Believance from Madame Arthur, as well as La Turbulence x La Versa, promise still more theatrical colour.</w:t>
      </w:r>
      <w:r/>
    </w:p>
    <w:p>
      <w:pPr>
        <w:pStyle w:val="Heading2"/>
      </w:pPr>
      <w:r>
        <w:t>A Pride event with a message</w:t>
      </w:r>
      <w:r/>
    </w:p>
    <w:p>
      <w:r/>
      <w:r>
        <w:t>Although the podium is built around a party, the organisers are keeping the political purpose of Pride in view. The March des Fiertés programme includes talks, video screenings and awareness activities focused on equality and resistance to discrimination.</w:t>
      </w:r>
      <w:r/>
    </w:p>
    <w:p>
      <w:r/>
      <w:r>
        <w:t>The national Pride organisation's information highlights the continuing importance of public visibility and collective action for LGBTQIA+ communities. That context matters, especially when a free city-centre event can bring together regular marchers, curious visitors and people attending their first Pride.</w:t>
      </w:r>
      <w:r/>
    </w:p>
    <w:p>
      <w:r/>
      <w:r>
        <w:t>So expect more than a playlist and a stage. The Bastille programme is intended to make room for celebration while reminding the crowd why the march exists in the first place.</w:t>
      </w:r>
      <w:r/>
    </w:p>
    <w:p>
      <w:pPr>
        <w:pStyle w:val="Heading2"/>
      </w:pPr>
      <w:r>
        <w:t>How to plan your Paris Pride 2026 day</w:t>
      </w:r>
      <w:r/>
    </w:p>
    <w:p>
      <w:r/>
      <w:r>
        <w:t>The march is expected to begin at Place d'Italie before moving towards Bastille. Paris city information advises visitors to check practical details and transport arrangements close to the date, as large public events can bring diversions, crowd controls and busy stations.</w:t>
      </w:r>
      <w:r/>
    </w:p>
    <w:p>
      <w:r/>
      <w:r>
        <w:t>Arriving early is sensible if you want a clear view of the stage. Comfortable shoes, water and a charged phone will be more useful than an elaborate plan, particularly if you're joining the march before heading to the concert. A light layer is also worth packing for an October evening outdoors.</w:t>
      </w:r>
      <w:r/>
    </w:p>
    <w:p>
      <w:r/>
      <w:r>
        <w:t>Because the event is free, space near the podium is likely to fill quickly. If you're meeting friends, choose a landmark outside the busiest area and agree on a fallback meeting point. Mobile signals can become patchy when a crowd gathers, and nobody wants to spend the best DJ set playing hide-and-seek.</w:t>
      </w:r>
      <w:r/>
    </w:p>
    <w:p>
      <w:pPr>
        <w:pStyle w:val="Heading2"/>
      </w:pPr>
      <w:r>
        <w:t>A colourful finale for a changed date</w:t>
      </w:r>
      <w:r/>
    </w:p>
    <w:p>
      <w:r/>
      <w:r>
        <w:t>The 2026 march was originally planned for June but was postponed because of extreme heat. The rearranged October date gives the event a different seasonal feel, with cooler evenings likely to make the long day more comfortable for performers and visitors.</w:t>
      </w:r>
      <w:r/>
    </w:p>
    <w:p>
      <w:r/>
      <w:r>
        <w:t>The final details can still change, so it’s worth checking the official Pride and Paris listings before travelling. Queer Paris and local event guides are also useful for updates on the line-up, access arrangements and any last-minute timetable changes.</w:t>
      </w:r>
      <w:r/>
    </w:p>
    <w:p>
      <w:r/>
      <w:r>
        <w:t>For anyone looking for a free Paris concert with real atmosphere, the Bastille podium looks like a strong end to the day. Bring your best energy, but leave a little room for surprises.</w:t>
      </w:r>
      <w:r/>
    </w:p>
    <w:p>
      <w:r/>
      <w:r>
        <w:t>A joyful finale, a serious message and a stage full of personality await at Bastille.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2">
        <w:r>
          <w:rPr>
            <w:color w:val="0000EE"/>
            <w:u w:val="single"/>
          </w:rPr>
          <w:t>[3]</w:t>
        </w:r>
      </w:hyperlink>
      <w:r>
        <w:t xml:space="preserve">, </w:t>
      </w:r>
      <w:hyperlink r:id="rId15">
        <w:r>
          <w:rPr>
            <w:color w:val="0000EE"/>
            <w:u w:val="single"/>
          </w:rPr>
          <w:t>[7]</w:t>
        </w:r>
      </w:hyperlink>
      <w:r>
        <w:t xml:space="preserve">- Paragraph 12: </w:t>
      </w:r>
      <w:hyperlink r:id="rId11">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2">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https://www.sortiraparis.com/scenes/concert-musique/articles/145647-podium-de-la-marche-des-fiertes-2026-voici-le-programme-qui-vous-attend-sur-la-place-de-la-bastille</w:t>
        </w:r>
      </w:hyperlink>
      <w:r>
        <w:t xml:space="preserve"> - Please view link - unable to able to access data</w:t>
      </w:r>
      <w:r/>
    </w:p>
    <w:p>
      <w:pPr>
        <w:pStyle w:val="ListNumber"/>
        <w:spacing w:line="240" w:lineRule="auto"/>
        <w:ind w:left="720"/>
      </w:pPr>
      <w:r/>
      <w:hyperlink r:id="rId10">
        <w:r>
          <w:rPr>
            <w:color w:val="0000EE"/>
            <w:u w:val="single"/>
          </w:rPr>
          <w:t>https://www.sortiraparis.com/en/what-to-see-in-paris/concerts-music-festival/articles/145647-paris-pride-2026-the-podium-program-at-place-de-la-bastille</w:t>
        </w:r>
      </w:hyperlink>
      <w:r>
        <w:t xml:space="preserve"> - This article provides details about the 2026 Paris Pride March's Podium event at Place de la Bastille, scheduled for October 3, 2026. It highlights the lineup of artists, including Piche, Montemarco, Lolla Wesh, Thea Rose, and Allanah Starr, who will perform from 4:00 p.m. to 10:00 p.m. The event is free and aims to celebrate LGBTQIA+ rights and visibility. The article also mentions the postponement of the Pride March from June 27 to October 3 due to a heatwave.</w:t>
      </w:r>
      <w:r/>
    </w:p>
    <w:p>
      <w:pPr>
        <w:pStyle w:val="ListNumber"/>
        <w:spacing w:line="240" w:lineRule="auto"/>
        <w:ind w:left="720"/>
      </w:pPr>
      <w:r/>
      <w:hyperlink r:id="rId12">
        <w:r>
          <w:rPr>
            <w:color w:val="0000EE"/>
            <w:u w:val="single"/>
          </w:rPr>
          <w:t>https://www.marchedesfiertes.org/en</w:t>
        </w:r>
      </w:hyperlink>
      <w:r>
        <w:t xml:space="preserve"> - The official website of the Paris Pride March 2026 provides comprehensive information about the event, including the new date, timing, and itinerary. The march is scheduled for October 3, 2026, starting at 12:30 p.m. with speeches and 1:00 p.m. departure from Place d'Italie to Place de la Bastille. The website emphasizes the march's significance as a political demonstration, a moment of visibility for all LGBT+ people, and a celebration of diversity, with a focus on fighting discrimination and advocating for rights.</w:t>
      </w:r>
      <w:r/>
    </w:p>
    <w:p>
      <w:pPr>
        <w:pStyle w:val="ListNumber"/>
        <w:spacing w:line="240" w:lineRule="auto"/>
        <w:ind w:left="720"/>
      </w:pPr>
      <w:r/>
      <w:hyperlink r:id="rId11">
        <w:r>
          <w:rPr>
            <w:color w:val="0000EE"/>
            <w:u w:val="single"/>
          </w:rPr>
          <w:t>https://www.jds.fr/paris/actu/programme-de-la-marche-des-fiertes-2026-a-paris-parcours-horaires-et-concert-a-la-bastille-1733486_A</w:t>
        </w:r>
      </w:hyperlink>
      <w:r>
        <w:t xml:space="preserve"> - This article outlines the program for the 2026 Paris Pride March, detailing the parade route, schedule, and the concert at Place de la Bastille. The march is set to begin at 1:00 p.m. from Place d'Italie, culminating in a free concert at Place de la Bastille. The article provides insights into the event's organization and the significance of the Pride March in Paris.</w:t>
      </w:r>
      <w:r/>
    </w:p>
    <w:p>
      <w:pPr>
        <w:pStyle w:val="ListNumber"/>
        <w:spacing w:line="240" w:lineRule="auto"/>
        <w:ind w:left="720"/>
      </w:pPr>
      <w:r/>
      <w:hyperlink r:id="rId13">
        <w:r>
          <w:rPr>
            <w:color w:val="0000EE"/>
            <w:u w:val="single"/>
          </w:rPr>
          <w:t>https://www.paris.fr/evenements/marche-des-fiertes-84545</w:t>
        </w:r>
      </w:hyperlink>
      <w:r>
        <w:t xml:space="preserve"> - The official page from the City of Paris details the 2026 Pride March, including the date, route, and participating organizations. The march is scheduled for October 3, 2026, starting at 1:30 p.m. from Place d'Italie to Place de la Bastille. The page emphasizes the event's importance in promoting LGBTQIA+ rights and visibility, encouraging public participation.</w:t>
      </w:r>
      <w:r/>
    </w:p>
    <w:p>
      <w:pPr>
        <w:pStyle w:val="ListNumber"/>
        <w:spacing w:line="240" w:lineRule="auto"/>
        <w:ind w:left="720"/>
      </w:pPr>
      <w:r/>
      <w:hyperlink r:id="rId14">
        <w:r>
          <w:rPr>
            <w:color w:val="0000EE"/>
            <w:u w:val="single"/>
          </w:rPr>
          <w:t>https://queer.paris/Podium-Marche-des-Fiertes-2026--438117</w:t>
        </w:r>
      </w:hyperlink>
      <w:r>
        <w:t xml:space="preserve"> - This page provides information about the Podium event of the 2026 Paris Pride March, scheduled for October 3, 2026, at Place de la Bastille. It lists the lineup of artists, including La Castafion, Allanah Starr, Thea Rose, Debbie Sparrow, Yann, and Piche, among others. The page offers brief descriptions of each artist and their contributions to the LGBTQIA+ community.</w:t>
      </w:r>
      <w:r/>
    </w:p>
    <w:p>
      <w:pPr>
        <w:pStyle w:val="ListNumber"/>
        <w:spacing w:line="240" w:lineRule="auto"/>
        <w:ind w:left="720"/>
      </w:pPr>
      <w:r/>
      <w:hyperlink r:id="rId15">
        <w:r>
          <w:rPr>
            <w:color w:val="0000EE"/>
            <w:u w:val="single"/>
          </w:rPr>
          <w:t>https://queer-paris.com/Podium-Marche-des-Fiertes-2026--438117</w:t>
        </w:r>
      </w:hyperlink>
      <w:r>
        <w:t xml:space="preserve"> - Similar to the previous source, this page offers details about the Podium event of the 2026 Paris Pride March, including the date, time, and lineup of artists. It provides descriptions of the artists' backgrounds and their roles in the LGBTQIA+ community, highlighting the diversity and inclusivity of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rtiraparis.com/scenes/concert-musique/articles/145647-podium-de-la-marche-des-fiertes-2026-voici-le-programme-qui-vous-attend-sur-la-place-de-la-bastille" TargetMode="External"/><Relationship Id="rId10" Type="http://schemas.openxmlformats.org/officeDocument/2006/relationships/hyperlink" Target="https://www.sortiraparis.com/en/what-to-see-in-paris/concerts-music-festival/articles/145647-paris-pride-2026-the-podium-program-at-place-de-la-bastille" TargetMode="External"/><Relationship Id="rId11" Type="http://schemas.openxmlformats.org/officeDocument/2006/relationships/hyperlink" Target="https://www.jds.fr/paris/actu/programme-de-la-marche-des-fiertes-2026-a-paris-parcours-horaires-et-concert-a-la-bastille-1733486_A" TargetMode="External"/><Relationship Id="rId12" Type="http://schemas.openxmlformats.org/officeDocument/2006/relationships/hyperlink" Target="https://www.marchedesfiertes.org/en" TargetMode="External"/><Relationship Id="rId13" Type="http://schemas.openxmlformats.org/officeDocument/2006/relationships/hyperlink" Target="https://www.paris.fr/evenements/marche-des-fiertes-84545" TargetMode="External"/><Relationship Id="rId14" Type="http://schemas.openxmlformats.org/officeDocument/2006/relationships/hyperlink" Target="https://queer.paris/Podium-Marche-des-Fiertes-2026--438117" TargetMode="External"/><Relationship Id="rId15" Type="http://schemas.openxmlformats.org/officeDocument/2006/relationships/hyperlink" Target="https://queer-paris.com/Podium-Marche-des-Fiertes-2026--4381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