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nightlife in Washington DC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planning ahead this autumn. Washington DC's LGBTQ+ community has a packed week of drag, dancing, karaoke, DJs and low-cost drinks from 3 to 10 October 2026, giving locals and visitors plenty of reasons to trade a quiet night in for something louder.</w:t>
      </w:r>
      <w:r/>
    </w:p>
    <w:p>
      <w:pPr>
        <w:pStyle w:val="Heading2"/>
      </w:pPr>
      <w:r>
        <w:t>Essential Takeaways</w:t>
      </w:r>
      <w:r/>
      <w:r/>
    </w:p>
    <w:p>
      <w:pPr>
        <w:pStyle w:val="ListBullet"/>
        <w:spacing w:line="240" w:lineRule="auto"/>
        <w:ind w:left="720"/>
      </w:pPr>
      <w:r/>
      <w:r>
        <w:rPr>
          <w:b/>
        </w:rPr>
        <w:t>Eight venues, one busy week:</w:t>
      </w:r>
      <w:r>
        <w:t xml:space="preserve"> Popular spots across the 14th Street and U Street areas are offering events almost every night.</w:t>
      </w:r>
      <w:r/>
    </w:p>
    <w:p>
      <w:pPr>
        <w:pStyle w:val="ListBullet"/>
        <w:spacing w:line="240" w:lineRule="auto"/>
        <w:ind w:left="720"/>
      </w:pPr>
      <w:r/>
      <w:r>
        <w:rPr>
          <w:b/>
        </w:rPr>
        <w:t>Drag leads the schedule:</w:t>
      </w:r>
      <w:r>
        <w:t xml:space="preserve"> Expect live shows, bingo, watch parties and themed performances, with plenty of variety beyond the dance floor.</w:t>
      </w:r>
      <w:r/>
    </w:p>
    <w:p>
      <w:pPr>
        <w:pStyle w:val="ListBullet"/>
        <w:spacing w:line="240" w:lineRule="auto"/>
        <w:ind w:left="720"/>
      </w:pPr>
      <w:r/>
      <w:r>
        <w:rPr>
          <w:b/>
        </w:rPr>
        <w:t>Budget-friendly options abound:</w:t>
      </w:r>
      <w:r>
        <w:t xml:space="preserve"> Several venues advertise happy-hour drinks, two-for-one offers, free entry and food-led events.</w:t>
      </w:r>
      <w:r/>
    </w:p>
    <w:p>
      <w:pPr>
        <w:pStyle w:val="ListBullet"/>
        <w:spacing w:line="240" w:lineRule="auto"/>
        <w:ind w:left="720"/>
      </w:pPr>
      <w:r/>
      <w:r>
        <w:rPr>
          <w:b/>
        </w:rPr>
        <w:t>Saturday is the big one:</w:t>
      </w:r>
      <w:r>
        <w:t xml:space="preserve"> Both opening and closing Saturdays bring late-night DJs, drag and dancing, while Bunker adds ticketed themed parties.</w:t>
      </w:r>
      <w:r/>
    </w:p>
    <w:p>
      <w:pPr>
        <w:pStyle w:val="ListBullet"/>
        <w:spacing w:line="240" w:lineRule="auto"/>
        <w:ind w:left="720"/>
      </w:pPr>
      <w:r/>
      <w:r>
        <w:rPr>
          <w:b/>
        </w:rPr>
        <w:t>Check before travelling:</w:t>
      </w:r>
      <w:r>
        <w:t xml:space="preserve"> Listings can change, so confirm times, cover charges and availability directly with each venue.</w:t>
      </w:r>
      <w:r/>
      <w:r/>
    </w:p>
    <w:p>
      <w:pPr>
        <w:pStyle w:val="Heading2"/>
      </w:pPr>
      <w:r>
        <w:t>DC's LGBTQ+ nightlife calendar is unusually full</w:t>
      </w:r>
      <w:r/>
    </w:p>
    <w:p>
      <w:r/>
      <w:r>
        <w:t>The week opens with a familiar Washington formula: a little happy hour, a little drag, and a lot of music. A League of Her Own, Bunker, Crush Dance Bar, Green Lantern, JR.'s Bar, Number Nine, Pitchers and Trade all feature in the schedule, creating enough choice to make even a spontaneous night out feel carefully curated.</w:t>
      </w:r>
      <w:r/>
    </w:p>
    <w:p>
      <w:r/>
      <w:r>
        <w:t>The atmosphere shifts from relaxed drinks to full dance-floor energy as the evening progresses. For visitors, that makes the city easy to explore in stages. Start with food or a discounted drink, catch a show, then move on when the music gets louder and the heels get higher.</w:t>
      </w:r>
      <w:r/>
    </w:p>
    <w:p>
      <w:pPr>
        <w:pStyle w:val="Heading2"/>
      </w:pPr>
      <w:r>
        <w:t>Drag, karaoke and themed parties keep things moving</w:t>
      </w:r>
      <w:r/>
    </w:p>
    <w:p>
      <w:r/>
      <w:r>
        <w:t>Drag is the week's connective thread, but the programming isn't repetitive. Highlights include a live drag musical at JR.'s, drag shows at Pitchers and Trade, drag bingo at Crush, and a Thursday event at A League of Her Own combining games, prizes and performance.</w:t>
      </w:r>
      <w:r/>
    </w:p>
    <w:p>
      <w:r/>
      <w:r>
        <w:t>Music fans have plenty to choose from too. Themed nights range from Latin pop and show tunes to retro tracks, tech house, progressive tribal house and pop battles. According to listings across DC nightlife calendars, themed programming remains one of the easiest ways for venues to create a strong identity and give regulars a reason to return.</w:t>
      </w:r>
      <w:r/>
    </w:p>
    <w:p>
      <w:pPr>
        <w:pStyle w:val="Heading2"/>
      </w:pPr>
      <w:r>
        <w:t>Where to find the best value</w:t>
      </w:r>
      <w:r/>
    </w:p>
    <w:p>
      <w:r/>
      <w:r>
        <w:t>If keeping costs under control matters, happy hour is the obvious starting point. Green Lantern lists discounted rail drinks and domestic beer, Number Nine offers a two-for-one window, and Trade's XL drinks are priced like regular serves during its afternoon and evening promotion.</w:t>
      </w:r>
      <w:r/>
    </w:p>
    <w:p>
      <w:r/>
      <w:r>
        <w:t>Crush Dance Bar also leans into value, with discounted Crushes, spirits, pitchers and canned drinks on selected days. JR.'s offers weekday drink deals, while some venues add free food or snacks to the mix. That can make a difference when you're planning a full evening rather than a quick drink.</w:t>
      </w:r>
      <w:r/>
    </w:p>
    <w:p>
      <w:r/>
      <w:r>
        <w:t>Still, check the small print. Some offers are limited by time, while others depend on supplies or apply only to particular drinks. A quick look at the venue's social media before setting off could save an awkward surprise at the bar.</w:t>
      </w:r>
      <w:r/>
    </w:p>
    <w:p>
      <w:pPr>
        <w:pStyle w:val="Heading2"/>
      </w:pPr>
      <w:r>
        <w:t>A useful guide for visitors and first-timers</w:t>
      </w:r>
      <w:r/>
    </w:p>
    <w:p>
      <w:r/>
      <w:r>
        <w:t>The venues are clustered around some of DC's best-known LGBTQ+ nightlife areas, particularly along 14th Street NW, U Street NW and nearby neighbourhoods. That concentration makes a multi-stop evening realistic, although sensible shoes are still a wise investment once the dancing begins.</w:t>
      </w:r>
      <w:r/>
    </w:p>
    <w:p>
      <w:r/>
      <w:r>
        <w:t>For a low-pressure introduction, try an early happy hour, karaoke or a food-and-games venue. If you want a proper late-night experience, Friday and Saturday offer the strongest line-up of DJs, drag and dancing, with several venues staying open well into the night.</w:t>
      </w:r>
      <w:r/>
    </w:p>
    <w:p>
      <w:r/>
      <w:r>
        <w:t>OutXOut's guide to lesbian bars and welcoming spaces in Washington DC also reflects the importance of choosing a venue that matches your comfort level and social mood. The best night isn't necessarily the loudest one. Sometimes it's the place where you can actually hear your friends.</w:t>
      </w:r>
      <w:r/>
    </w:p>
    <w:p>
      <w:pPr>
        <w:pStyle w:val="Heading2"/>
      </w:pPr>
      <w:r>
        <w:t>What to expect from the week ahead</w:t>
      </w:r>
      <w:r/>
    </w:p>
    <w:p>
      <w:r/>
      <w:r>
        <w:t>The schedule suggests a nightlife scene that remains broad rather than locked into one format. There are high-energy club nights, casual patio hangs, televised entertainment, trivia, video games and community-focused events, so visitors don't have to choose between dancing and something more laid-back.</w:t>
      </w:r>
      <w:r/>
    </w:p>
    <w:p>
      <w:r/>
      <w:r>
        <w:t>That variety is good news for anyone planning around different tastes. One friend can chase a guest DJ, another can settle in for drag bingo, and everyone can regroup over a reasonably priced drink. It's the sort of flexibility that turns a list of events into a genuine night-out plan.</w:t>
      </w:r>
      <w:r/>
    </w:p>
    <w:p>
      <w:r/>
      <w:r>
        <w:t>Events and offers may change, and participating venues advise checking the latest details before travelling. Even so, October's line-up looks lively, welcoming and refreshingly difficult to fit into a single weekend.</w:t>
      </w:r>
      <w:r/>
    </w:p>
    <w:p>
      <w:r/>
      <w:r>
        <w:t>Choose the venue, check the details and let the evening unfold.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https://www.metroweekly.com/2026/10/dc-lgbtq-nightlife-guide-october-3-10-2026/</w:t>
        </w:r>
      </w:hyperlink>
      <w:r>
        <w:t xml:space="preserve"> - Please view link - unable to able to access data</w:t>
      </w:r>
      <w:r/>
    </w:p>
    <w:p>
      <w:pPr>
        <w:pStyle w:val="ListNumber"/>
        <w:spacing w:line="240" w:lineRule="auto"/>
        <w:ind w:left="720"/>
      </w:pPr>
      <w:r/>
      <w:hyperlink r:id="rId10">
        <w:r>
          <w:rPr>
            <w:color w:val="0000EE"/>
            <w:u w:val="single"/>
          </w:rPr>
          <w:t>https://www.gaytravel4u.com/event/furball-dc/</w:t>
        </w:r>
      </w:hyperlink>
      <w:r>
        <w:t xml:space="preserve"> - Furball DC 2026 is a leather, fetish, and gear party scheduled for Saturday, October 3, 2026. Hosted by Joe Fiore, the event features hot guys, a legendary DJ, and sexy go-go dancers. The venue is The Line Hotel, a neoclassical 20th-century church located near Washington, D.C.'s gay attractions. Furball is known for its themed nights during special weekends and celebrations, offering an unforgettable experience for attendees.</w:t>
      </w:r>
      <w:r/>
    </w:p>
    <w:p>
      <w:pPr>
        <w:pStyle w:val="ListNumber"/>
        <w:spacing w:line="240" w:lineRule="auto"/>
        <w:ind w:left="720"/>
      </w:pPr>
      <w:r/>
      <w:hyperlink r:id="rId11">
        <w:r>
          <w:rPr>
            <w:color w:val="0000EE"/>
            <w:u w:val="single"/>
          </w:rPr>
          <w:t>https://thingstododc.com/events/nightlife-parties/</w:t>
        </w:r>
      </w:hyperlink>
      <w:r>
        <w:t xml:space="preserve"> - ThingsToDoDC.com provides a comprehensive calendar of nightlife and party events in Washington, D.C. for October 2026. Highlights include the Annual October Kick-Off Hayride and Bonfire on October 3, 2026, and the Dueling Pianos Party on October 9, 2026. The Margarita Cruise on the Potomac on October 10, 2026, offers a scenic sailing experience with drink specials and a moonlit view of the city. The platform offers a variety of events to suit different interests.</w:t>
      </w:r>
      <w:r/>
    </w:p>
    <w:p>
      <w:pPr>
        <w:pStyle w:val="ListNumber"/>
        <w:spacing w:line="240" w:lineRule="auto"/>
        <w:ind w:left="720"/>
      </w:pPr>
      <w:r/>
      <w:hyperlink r:id="rId12">
        <w:r>
          <w:rPr>
            <w:color w:val="0000EE"/>
            <w:u w:val="single"/>
          </w:rPr>
          <w:t>https://goteventz.com/public/location/id/1496</w:t>
        </w:r>
      </w:hyperlink>
      <w:r>
        <w:t xml:space="preserve"> - Crush Dance Bar, located at 2007 14th St. NW, Washington, D.C., is a popular LGBTQ+ venue known for its vibrant nightlife. Upcoming events include DJ performances on October 3, 2026, and the Crush Fall Soiree with Drew G on the same date. The venue offers a range of events throughout the week, including happy hours, karaoke nights, and drag shows, catering to diverse tastes within the community.</w:t>
      </w:r>
      <w:r/>
    </w:p>
    <w:p>
      <w:pPr>
        <w:pStyle w:val="ListNumber"/>
        <w:spacing w:line="240" w:lineRule="auto"/>
        <w:ind w:left="720"/>
      </w:pPr>
      <w:r/>
      <w:hyperlink r:id="rId14">
        <w:r>
          <w:rPr>
            <w:color w:val="0000EE"/>
            <w:u w:val="single"/>
          </w:rPr>
          <w:t>https://outxout.com/guides/lesbian-bars-and-safe-spaces-in-washington-dc-dc</w:t>
        </w:r>
      </w:hyperlink>
      <w:r>
        <w:t xml:space="preserve"> - Out x Out provides a guide to lesbian bars and sapphic nightlife in Washington, D.C., highlighting venues that offer safe and welcoming spaces for the LGBTQ+ community. The guide includes information on upcoming events such as 'The Pregame' and 'Recession Core Dance Party' at As You Are DC on October 3, 2026, and 'Lil' Coffee Chat' and 'Shower Karaoke' on October 4, 2026. These events offer opportunities for socialising and community engagement.</w:t>
      </w:r>
      <w:r/>
    </w:p>
    <w:p>
      <w:pPr>
        <w:pStyle w:val="ListNumber"/>
        <w:spacing w:line="240" w:lineRule="auto"/>
        <w:ind w:left="720"/>
      </w:pPr>
      <w:r/>
      <w:hyperlink r:id="rId13">
        <w:r>
          <w:rPr>
            <w:color w:val="0000EE"/>
            <w:u w:val="single"/>
          </w:rPr>
          <w:t>https://www.citypopn.com/events/washington/nightlife/this-weekend</w:t>
        </w:r>
      </w:hyperlink>
      <w:r>
        <w:t xml:space="preserve"> - CityPopn offers a curated list of nightlife events in Washington, D.C. for the upcoming weekend. On Saturday, October 3, 2026, events include 'Everyday People DC' at The Bullpen, 'CLUB K-POP' at Union Stage, and performances by Dombresky and Olive F at BERHTA. The platform provides updated information on various events, ensuring attendees have access to the latest happenings in the city's nightlife scene.</w:t>
      </w:r>
      <w:r/>
    </w:p>
    <w:p>
      <w:pPr>
        <w:pStyle w:val="ListNumber"/>
        <w:spacing w:line="240" w:lineRule="auto"/>
        <w:ind w:left="720"/>
      </w:pPr>
      <w:r/>
      <w:hyperlink r:id="rId15">
        <w:r>
          <w:rPr>
            <w:color w:val="0000EE"/>
            <w:u w:val="single"/>
          </w:rPr>
          <w:t>https://www.gayout.com/usa-canada/united-states/washington-dc/events/lgbtq-coffee-spark-social-2026-10-04</w:t>
        </w:r>
      </w:hyperlink>
      <w:r>
        <w:t xml:space="preserve"> - GayOut.com lists LGBTQ+ events in Washington, D.C., including the 'LGBTQ+ Coffee @ Spark Social' event on October 4, 2026, at 4:00 PM. This free-entry gathering at Spark Social offers a relaxed atmosphere for the LGBTQ+ community to meet new people, share stories, and enjoy a friendly environment. The event is open to all, providing an opportunity for socialising and community building.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10/dc-lgbtq-nightlife-guide-october-3-10-2026/" TargetMode="External"/><Relationship Id="rId10" Type="http://schemas.openxmlformats.org/officeDocument/2006/relationships/hyperlink" Target="https://www.gaytravel4u.com/event/furball-dc/" TargetMode="External"/><Relationship Id="rId11" Type="http://schemas.openxmlformats.org/officeDocument/2006/relationships/hyperlink" Target="https://thingstododc.com/events/nightlife-parties/" TargetMode="External"/><Relationship Id="rId12" Type="http://schemas.openxmlformats.org/officeDocument/2006/relationships/hyperlink" Target="https://goteventz.com/public/location/id/1496" TargetMode="External"/><Relationship Id="rId13" Type="http://schemas.openxmlformats.org/officeDocument/2006/relationships/hyperlink" Target="https://www.citypopn.com/events/washington/nightlife/this-weekend" TargetMode="External"/><Relationship Id="rId14" Type="http://schemas.openxmlformats.org/officeDocument/2006/relationships/hyperlink" Target="https://outxout.com/guides/lesbian-bars-and-safe-spaces-in-washington-dc-dc" TargetMode="External"/><Relationship Id="rId15" Type="http://schemas.openxmlformats.org/officeDocument/2006/relationships/hyperlink" Target="https://www.gayout.com/usa-canada/united-states/washington-dc/events/lgbtq-coffee-spark-social-2026-10-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