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Curaçao Pride 2026 Guide for LGBTQ+ Caribbean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turned Willemstad into a colourful Caribbean meeting point during Curaçao Pride 2026, combining LGBTQ+ celebrations with heritage, food, nightlife and ocean views. With its “Make Waves” theme, the week offered a lively reason to visit the Dutch Caribbean island while highlighting Curaçao's growing appeal as a welcoming, culture-rich destination.</w:t>
      </w:r>
      <w:r/>
    </w:p>
    <w:p>
      <w:pPr>
        <w:pStyle w:val="Heading2"/>
      </w:pPr>
      <w:r>
        <w:t>Essential Takeaways</w:t>
      </w:r>
      <w:r/>
      <w:r/>
    </w:p>
    <w:p>
      <w:pPr>
        <w:pStyle w:val="ListBullet"/>
        <w:spacing w:line="240" w:lineRule="auto"/>
        <w:ind w:left="720"/>
      </w:pPr>
      <w:r/>
      <w:r>
        <w:rPr>
          <w:b/>
        </w:rPr>
        <w:t>A week of celebration:</w:t>
      </w:r>
      <w:r>
        <w:t xml:space="preserve"> Curaçao Pride ran from 27 September to 3 October 2026, with some closing activities listed for 4 October.</w:t>
      </w:r>
      <w:r/>
    </w:p>
    <w:p>
      <w:pPr>
        <w:pStyle w:val="ListBullet"/>
        <w:spacing w:line="240" w:lineRule="auto"/>
        <w:ind w:left="720"/>
      </w:pPr>
      <w:r/>
      <w:r>
        <w:rPr>
          <w:b/>
        </w:rPr>
        <w:t>Willemstad at the centre:</w:t>
      </w:r>
      <w:r>
        <w:t xml:space="preserve"> Events spread across Punda, Pietermaai and nearby historic districts.</w:t>
      </w:r>
      <w:r/>
    </w:p>
    <w:p>
      <w:pPr>
        <w:pStyle w:val="ListBullet"/>
        <w:spacing w:line="240" w:lineRule="auto"/>
        <w:ind w:left="720"/>
      </w:pPr>
      <w:r/>
      <w:r>
        <w:rPr>
          <w:b/>
        </w:rPr>
        <w:t>More than nightlife:</w:t>
      </w:r>
      <w:r>
        <w:t xml:space="preserve"> The programme included social gatherings, a queer history walk, daytime activities and poolside celebrations.</w:t>
      </w:r>
      <w:r/>
    </w:p>
    <w:p>
      <w:pPr>
        <w:pStyle w:val="ListBullet"/>
        <w:spacing w:line="240" w:lineRule="auto"/>
        <w:ind w:left="720"/>
      </w:pPr>
      <w:r/>
      <w:r>
        <w:rPr>
          <w:b/>
        </w:rPr>
        <w:t>A striking setting:</w:t>
      </w:r>
      <w:r>
        <w:t xml:space="preserve"> Handelskade, St Anna Bay and the Queen Emma Bridge added colourful waterfront scenery.</w:t>
      </w:r>
      <w:r/>
    </w:p>
    <w:p>
      <w:pPr>
        <w:pStyle w:val="ListBullet"/>
        <w:spacing w:line="240" w:lineRule="auto"/>
        <w:ind w:left="720"/>
      </w:pPr>
      <w:r/>
      <w:r>
        <w:rPr>
          <w:b/>
        </w:rPr>
        <w:t>Tourism is growing:</w:t>
      </w:r>
      <w:r>
        <w:t xml:space="preserve"> Curaçao recorded 788,427 stayover arrivals in 2025, although Pride's precise economic impact hasn't been separately measured.</w:t>
      </w:r>
      <w:r/>
      <w:r/>
    </w:p>
    <w:p>
      <w:pPr>
        <w:pStyle w:val="Heading2"/>
      </w:pPr>
      <w:r>
        <w:t>Willemstad gave Pride a colourful Caribbean backdrop</w:t>
      </w:r>
      <w:r/>
    </w:p>
    <w:p>
      <w:r/>
      <w:r>
        <w:t>The strongest impression of Curaçao Pride 2026 was visual: bright waterfront façades, warm evening air and busy streets leading towards music, food and late-night gatherings. Willemstad's historic centre gave the festival an unmistakable sense of place, rather than making it feel like a celebration that could happen anywhere.</w:t>
      </w:r>
      <w:r/>
    </w:p>
    <w:p>
      <w:r/>
      <w:r>
        <w:t>The official Curaçao Pride Week listing presented the event as a broad programme of community and cultural activities, while the Pride organisation's calendar highlighted gatherings across the capital. That mix matters because visitors could build a holiday around the festival instead of simply attending one parade.</w:t>
      </w:r>
      <w:r/>
    </w:p>
    <w:p>
      <w:r/>
      <w:r>
        <w:t>Punda and Pietermaai formed the natural focus. One offered heritage, shopping and harbour views; the other brought restaurants, boutique stays and an easy route into the island's evening scene.</w:t>
      </w:r>
      <w:r/>
    </w:p>
    <w:p>
      <w:pPr>
        <w:pStyle w:val="Heading2"/>
      </w:pPr>
      <w:r>
        <w:t>“Make Waves” brought community and visibility together</w:t>
      </w:r>
      <w:r/>
    </w:p>
    <w:p>
      <w:r/>
      <w:r>
        <w:t>The 2026 theme, “Make Waves”, placed visibility and inclusion at the heart of the week. The programme wasn't limited to parties, with social meet-ups and a queer history walk creating space for conversation as well as celebration.</w:t>
      </w:r>
      <w:r/>
    </w:p>
    <w:p>
      <w:r/>
      <w:r>
        <w:t>That balance gives Curaçao Pride its own character. A traveller might begin the day learning about the island's LGBTQ+ story, wander through colourful streets in the afternoon and finish with a cocktail or dance later on. It's a fuller experience than a single headline event.</w:t>
      </w:r>
      <w:r/>
    </w:p>
    <w:p>
      <w:r/>
      <w:r>
        <w:t>The official Pride listings also included a parade, making the week especially appealing to visitors looking for a visible, communal moment. For first-time guests, checking the latest timetable before booking remains sensible, as event dates and venues can change.</w:t>
      </w:r>
      <w:r/>
    </w:p>
    <w:p>
      <w:pPr>
        <w:pStyle w:val="Heading2"/>
      </w:pPr>
      <w:r>
        <w:t>Pietermaai turned into the evening hub</w:t>
      </w:r>
      <w:r/>
    </w:p>
    <w:p>
      <w:r/>
      <w:r>
        <w:t>Pietermaai is already one of Willemstad's most popular hospitality areas, with restored buildings, restaurants, bars and compact accommodation. During Pride, it became a convenient base for moving between dinner, drinks and organised events without losing the neighbourhood's relaxed, walkable feel.</w:t>
      </w:r>
      <w:r/>
    </w:p>
    <w:p>
      <w:r/>
      <w:r>
        <w:t>The published programme included the Pride Social at Pretu Cafe &amp; Cocktailbar and a range of later gatherings, including poolside and after-party events. The details give visitors useful choice: a quieter introduction for newcomers, or a livelier night for those ready to join the crowd.</w:t>
      </w:r>
      <w:r/>
    </w:p>
    <w:p>
      <w:r/>
      <w:r>
        <w:t>That flexibility is one of the festival's practical strengths. Not everyone wants a packed dance floor every night, and Curaçao offers enough cafés, waterfront corners and restaurants to make a slower evening feel just as enjoyable.</w:t>
      </w:r>
      <w:r/>
    </w:p>
    <w:p>
      <w:pPr>
        <w:pStyle w:val="Heading2"/>
      </w:pPr>
      <w:r>
        <w:t>Plan around Curaçao's heritage and waterfront</w:t>
      </w:r>
      <w:r/>
    </w:p>
    <w:p>
      <w:r/>
      <w:r>
        <w:t>Pride visitors should leave time for Willemstad itself. Handelskade's colourful buildings remain among the city's most recognisable sights, while the floating Queen Emma Bridge connects Punda and Otrobanda across St Anna Bay.</w:t>
      </w:r>
      <w:r/>
    </w:p>
    <w:p>
      <w:r/>
      <w:r>
        <w:t>The bridge opens for passing ships, so its movement is part of the harbour's normal rhythm rather than a special Pride performance. Still, catching it in motion is a memorable little piece of waterfront theatre, especially as the sun begins to drop.</w:t>
      </w:r>
      <w:r/>
    </w:p>
    <w:p>
      <w:r/>
      <w:r>
        <w:t>Curaçao's historic inner city and harbour were recognised as a UNESCO World Heritage Site in 1997. Add beaches, diving, dining and local museums, and the island offers plenty to do before and after the festival. Comfortable shoes are a surprisingly good investment: the streets are tempting to explore, but some surfaces can be uneven.</w:t>
      </w:r>
      <w:r/>
    </w:p>
    <w:p>
      <w:pPr>
        <w:pStyle w:val="Heading2"/>
      </w:pPr>
      <w:r>
        <w:t>Growing tourism adds momentum, but not every number tells the story</w:t>
      </w:r>
      <w:r/>
    </w:p>
    <w:p>
      <w:r/>
      <w:r>
        <w:t>Curaçao's wider tourism figures help explain why international events such as Pride are attracting attention. The Curaçao Tourist Board reported 788,427 stayover arrivals in 2025, up from 700,242 in 2024, while the island also recorded strong visitor numbers in early 2026.</w:t>
      </w:r>
      <w:r/>
    </w:p>
    <w:p>
      <w:r/>
      <w:r>
        <w:t>Curaçao Chronicle reported a further rise in stayover tourism during 2026, while the Tourist Board's February update showed continued interest from important markets including the Netherlands and the United States. Those trends suggest a destination with growing visibility, but they don't prove how many trips were specifically prompted by Pride.</w:t>
      </w:r>
      <w:r/>
    </w:p>
    <w:p>
      <w:r/>
      <w:r>
        <w:t>That distinction is worth keeping clear. Pride can raise a destination's profile, support restaurants and independent businesses, and encourage longer stays, but its precise effect requires dedicated event data. For travellers, the practical message is simpler: book early, compare accommodation in Punda and Pietermaai, and allow time to experience more than the official schedule.</w:t>
      </w:r>
      <w:r/>
    </w:p>
    <w:p>
      <w:r/>
      <w:r>
        <w:t>Curaçao Pride's lasting appeal may be that it connects celebration with place. As one visitor put it in spirit, the best memories aren't always the loudest ones; sometimes they're a warm walk beside the harbour after the music fades.</w:t>
      </w:r>
      <w:r/>
    </w:p>
    <w:p>
      <w:r/>
      <w:r>
        <w:t>It's a small island with a big, bright invitation: make space for Pride, history and a little sea air.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https://www.travelandtourworld.com/news/article/fd8uypnqaqd1/</w:t>
        </w:r>
      </w:hyperlink>
      <w:r>
        <w:t xml:space="preserve"> - Please view link - unable to able to access data</w:t>
      </w:r>
      <w:r/>
    </w:p>
    <w:p>
      <w:pPr>
        <w:pStyle w:val="ListNumber"/>
        <w:spacing w:line="240" w:lineRule="auto"/>
        <w:ind w:left="720"/>
      </w:pPr>
      <w:r/>
      <w:hyperlink r:id="rId10">
        <w:r>
          <w:rPr>
            <w:color w:val="0000EE"/>
            <w:u w:val="single"/>
          </w:rPr>
          <w:t>https://www.curacao.com/en/event/curacao-pride-week-2026</w:t>
        </w:r>
      </w:hyperlink>
      <w:r>
        <w:t xml:space="preserve"> - The Curaçao Pride Week 2026, held from September 27 to October 3, 2026, in Willemstad, featured a variety of events celebrating LGBTQ+ culture and diversity. The theme 'Make Waves' emphasised visibility, self-expression, and inclusion. The programme included meetups, a queer history walk, morning celebrations, nightlife events, and a closing pool party at Pietermaai. The festival attracted both locals and tourists, highlighting Willemstad's unique Dutch Caribbean architecture and vibrant cultural mix.</w:t>
      </w:r>
      <w:r/>
    </w:p>
    <w:p>
      <w:pPr>
        <w:pStyle w:val="ListNumber"/>
        <w:spacing w:line="240" w:lineRule="auto"/>
        <w:ind w:left="720"/>
      </w:pPr>
      <w:r/>
      <w:hyperlink r:id="rId12">
        <w:r>
          <w:rPr>
            <w:color w:val="0000EE"/>
            <w:u w:val="single"/>
          </w:rPr>
          <w:t>https://www.curacao.com/en/event/curacao-pride-parade-2026</w:t>
        </w:r>
      </w:hyperlink>
      <w:r>
        <w:t xml:space="preserve"> - The Curaçao Pride Parade 2026 took place on October 1, 2026, in downtown Willemstad. This colourful celebration featured music, entertainment, and a vibrant atmosphere as the parade traversed the city's streets. The event was part of the broader Curaçao Pride Week, which ran from September 27 to October 3, 2026, offering a week-long series of LGBTQ+ celebrations and cultural events.</w:t>
      </w:r>
      <w:r/>
    </w:p>
    <w:p>
      <w:pPr>
        <w:pStyle w:val="ListNumber"/>
        <w:spacing w:line="240" w:lineRule="auto"/>
        <w:ind w:left="720"/>
      </w:pPr>
      <w:r/>
      <w:hyperlink r:id="rId11">
        <w:r>
          <w:rPr>
            <w:color w:val="0000EE"/>
            <w:u w:val="single"/>
          </w:rPr>
          <w:t>https://www.curacaopride.org/events/</w:t>
        </w:r>
      </w:hyperlink>
      <w:r>
        <w:t xml:space="preserve"> - The Curaçao Pride 2026 event schedule included various activities such as the Pride Social on October 2 at Pretu Café &amp; Cocktailbar, Mondi Morning Club: Pride Edition on October 3 at Sonesta Hotel &amp; Resorts Livingstone Curaçao, and Freskura: Red Light District on October 3 in Punda. These events provided opportunities for community connection, celebration, and greater respect, aligning with the festival's theme of 'Make Waves'.</w:t>
      </w:r>
      <w:r/>
    </w:p>
    <w:p>
      <w:pPr>
        <w:pStyle w:val="ListNumber"/>
        <w:spacing w:line="240" w:lineRule="auto"/>
        <w:ind w:left="720"/>
      </w:pPr>
      <w:r/>
      <w:hyperlink r:id="rId14">
        <w:r>
          <w:rPr>
            <w:color w:val="0000EE"/>
            <w:u w:val="single"/>
          </w:rPr>
          <w:t>https://www.curacaochronicle.com/post/unknown/curacao-tourism-surges-10-as-island-approaches-580000-stayover-visitors-in-eight-months</w:t>
        </w:r>
      </w:hyperlink>
      <w:r>
        <w:t xml:space="preserve"> - Curaçao's tourism industry experienced significant growth in 2026, with stayover visitors increasing by 10% compared to the same period in 2025. By August 2026, the island had welcomed 578,814 stayover visitors, contributing to nearly 1.19 million visitors when combined with cruise passengers and day-trippers. This surge underscores the destination's growing appeal and the positive impact of events like Curaçao Pride Week on the local economy.</w:t>
      </w:r>
      <w:r/>
    </w:p>
    <w:p>
      <w:pPr>
        <w:pStyle w:val="ListNumber"/>
        <w:spacing w:line="240" w:lineRule="auto"/>
        <w:ind w:left="720"/>
      </w:pPr>
      <w:r/>
      <w:hyperlink r:id="rId13">
        <w:r>
          <w:rPr>
            <w:color w:val="0000EE"/>
            <w:u w:val="single"/>
          </w:rPr>
          <w:t>https://www.curacaotouristboard.com/2026/01/13/a-successful-year-for-curacao-tourism-stayover-arrivals-reach-record-of-788000-in-2025/</w:t>
        </w:r>
      </w:hyperlink>
      <w:r>
        <w:t xml:space="preserve"> - In 2025, Curaçao achieved a record 788,427 stayover arrivals, marking a 13% increase from 2024. This growth highlights the island's vibrant culture, landscapes, and warm hospitality. The Curaçao Tourist Board's strategic initiatives to maintain strong visibility in key source markets have successfully reinforced Curaçao's positioning as a destination where travelers can truly 'Feel it for yourself'.</w:t>
      </w:r>
      <w:r/>
    </w:p>
    <w:p>
      <w:pPr>
        <w:pStyle w:val="ListNumber"/>
        <w:spacing w:line="240" w:lineRule="auto"/>
        <w:ind w:left="720"/>
      </w:pPr>
      <w:r/>
      <w:hyperlink r:id="rId15">
        <w:r>
          <w:rPr>
            <w:color w:val="0000EE"/>
            <w:u w:val="single"/>
          </w:rPr>
          <w:t>https://www.curacaotouristboard.com/2026/03/13/curacao-welcomed-74591-stayover-visitors-in-february-2026/</w:t>
        </w:r>
      </w:hyperlink>
      <w:r>
        <w:t xml:space="preserve"> - In February 2026, Curaçao welcomed 74,591 stayover visitors, reflecting a 7% increase compared to February 2025. This consistent performance underscores the destination's ongoing appeal during the winter travel season. The growth was supported by solid demand across key source markets, with Europe remaining the leading source region, followed closely by North America and South America.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fd8uypnqaqd1/" TargetMode="External"/><Relationship Id="rId10" Type="http://schemas.openxmlformats.org/officeDocument/2006/relationships/hyperlink" Target="https://www.curacao.com/en/event/curacao-pride-week-2026" TargetMode="External"/><Relationship Id="rId11" Type="http://schemas.openxmlformats.org/officeDocument/2006/relationships/hyperlink" Target="https://www.curacaopride.org/events/" TargetMode="External"/><Relationship Id="rId12" Type="http://schemas.openxmlformats.org/officeDocument/2006/relationships/hyperlink" Target="https://www.curacao.com/en/event/curacao-pride-parade-2026" TargetMode="External"/><Relationship Id="rId13" Type="http://schemas.openxmlformats.org/officeDocument/2006/relationships/hyperlink" Target="https://www.curacaotouristboard.com/2026/01/13/a-successful-year-for-curacao-tourism-stayover-arrivals-reach-record-of-788000-in-2025/" TargetMode="External"/><Relationship Id="rId14" Type="http://schemas.openxmlformats.org/officeDocument/2006/relationships/hyperlink" Target="https://www.curacaochronicle.com/post/unknown/curacao-tourism-surges-10-as-island-approaches-580000-stayover-visitors-in-eight-months" TargetMode="External"/><Relationship Id="rId15" Type="http://schemas.openxmlformats.org/officeDocument/2006/relationships/hyperlink" Target="https://www.curacaotouristboard.com/2026/03/13/curacao-welcomed-74591-stayover-visitors-in-februar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