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Bisexual Dating Advice for Curious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Men exploring bisexuality are finding more ways to connect, ask questions and meet people without rushing into a label. From phone chat lines and men-only events to welcoming bars and sexual-health services, the growing conversation matters because curiosity deserves privacy, respect and room to develop.</w:t>
      </w:r>
      <w:r/>
    </w:p>
    <w:p>
      <w:pPr>
        <w:pStyle w:val="Heading2"/>
      </w:pPr>
      <w:r>
        <w:t>Essential Takeaways</w:t>
      </w:r>
      <w:r/>
      <w:r/>
    </w:p>
    <w:p>
      <w:pPr>
        <w:pStyle w:val="ListBullet"/>
        <w:spacing w:line="240" w:lineRule="auto"/>
        <w:ind w:left="720"/>
      </w:pPr>
      <w:r/>
      <w:r>
        <w:rPr>
          <w:b/>
        </w:rPr>
        <w:t>Curiosity is valid:</w:t>
      </w:r>
      <w:r>
        <w:t xml:space="preserve"> You don't need a fixed label before exploring attraction.</w:t>
      </w:r>
      <w:r/>
    </w:p>
    <w:p>
      <w:pPr>
        <w:pStyle w:val="ListBullet"/>
        <w:spacing w:line="240" w:lineRule="auto"/>
        <w:ind w:left="720"/>
      </w:pPr>
      <w:r/>
      <w:r>
        <w:rPr>
          <w:b/>
        </w:rPr>
        <w:t>Connection is broadening:</w:t>
      </w:r>
      <w:r>
        <w:t xml:space="preserve"> Phone chats, dating spaces and in-person events offer different levels of comfort.</w:t>
      </w:r>
      <w:r/>
    </w:p>
    <w:p>
      <w:pPr>
        <w:pStyle w:val="ListBullet"/>
        <w:spacing w:line="240" w:lineRule="auto"/>
        <w:ind w:left="720"/>
      </w:pPr>
      <w:r/>
      <w:r>
        <w:rPr>
          <w:b/>
        </w:rPr>
        <w:t>Privacy still matters:</w:t>
      </w:r>
      <w:r>
        <w:t xml:space="preserve"> Start with settings that let you control how much you share.</w:t>
      </w:r>
      <w:r/>
    </w:p>
    <w:p>
      <w:pPr>
        <w:pStyle w:val="ListBullet"/>
        <w:spacing w:line="240" w:lineRule="auto"/>
        <w:ind w:left="720"/>
      </w:pPr>
      <w:r/>
      <w:r>
        <w:rPr>
          <w:b/>
        </w:rPr>
        <w:t>Community helps:</w:t>
      </w:r>
      <w:r>
        <w:t xml:space="preserve"> Welcoming venues and LGBTQ+ services can make exploration feel less isolating.</w:t>
      </w:r>
      <w:r/>
    </w:p>
    <w:p>
      <w:pPr>
        <w:pStyle w:val="ListBullet"/>
        <w:spacing w:line="240" w:lineRule="auto"/>
        <w:ind w:left="720"/>
      </w:pPr>
      <w:r/>
      <w:r>
        <w:rPr>
          <w:b/>
        </w:rPr>
        <w:t>Health belongs in the conversation:</w:t>
      </w:r>
      <w:r>
        <w:t xml:space="preserve"> Reliable sexual-health advice should be accessible, discreet and judgement-free.</w:t>
      </w:r>
      <w:r/>
      <w:r/>
    </w:p>
    <w:p>
      <w:pPr>
        <w:pStyle w:val="Heading2"/>
      </w:pPr>
      <w:r>
        <w:t>Curiosity doesn't need a deadline</w:t>
      </w:r>
      <w:r/>
    </w:p>
    <w:p>
      <w:r/>
      <w:r>
        <w:t>Exploring bisexuality can feel exciting, awkward and strangely ordinary all at once. Attraction rarely arrives with a neat instruction manual, and many men may want to talk things through before deciding how they identify.</w:t>
      </w:r>
      <w:r/>
    </w:p>
    <w:p>
      <w:r/>
      <w:r>
        <w:t>That is where bisexual dating advice for curious men becomes useful. The best guidance isn't about pushing anyone towards a label or a particular experience. It's about consent, honesty and finding a pace that feels comfortable, whether that starts with conversation or a first date.</w:t>
      </w:r>
      <w:r/>
    </w:p>
    <w:p>
      <w:pPr>
        <w:pStyle w:val="Heading2"/>
      </w:pPr>
      <w:r>
        <w:t>From private chats to real-world connection</w:t>
      </w:r>
      <w:r/>
    </w:p>
    <w:p>
      <w:r/>
      <w:r>
        <w:t>A phone chat line can offer a gentler first step than a dating app or crowded venue. According to QX Magazine's bisexual phone-chat coverage, these services create space for conversation, which can be especially helpful for people who aren't ready to be visible online or in person.</w:t>
      </w:r>
      <w:r/>
    </w:p>
    <w:p>
      <w:r/>
      <w:r>
        <w:t>Digital dating has also made it easier to meet people beyond familiar circles. QX Magazine's guide to bisexual dating points towards a wider social landscape, but the basics remain reassuringly simple: be clear about what you're looking for, avoid making assumptions and treat every match as a person rather than a curiosity.</w:t>
      </w:r>
      <w:r/>
    </w:p>
    <w:p>
      <w:pPr>
        <w:pStyle w:val="Heading2"/>
      </w:pPr>
      <w:r>
        <w:t>Why men-only events are finding an audience</w:t>
      </w:r>
      <w:r/>
    </w:p>
    <w:p>
      <w:r/>
      <w:r>
        <w:t>A dedicated event can remove some of the uncertainty that comes with entering a new social scene. QX Magazine previously highlighted KK Homme, a men-only gathering shaped around bisexual and bi-curious guests, showing how niche events can provide a more focused environment for meeting others.</w:t>
      </w:r>
      <w:r/>
    </w:p>
    <w:p>
      <w:r/>
      <w:r>
        <w:t>That doesn't mean every attendee wants the same thing. Some may be looking for flirtation, others friendship, and plenty will simply be testing the atmosphere. A good event makes those differences feel normal rather than turning them into a negotiation conducted under nightclub lighting.</w:t>
      </w:r>
      <w:r/>
    </w:p>
    <w:p>
      <w:pPr>
        <w:pStyle w:val="Heading2"/>
      </w:pPr>
      <w:r>
        <w:t>Bars, community and the value of feeling welcome</w:t>
      </w:r>
      <w:r/>
    </w:p>
    <w:p>
      <w:r/>
      <w:r>
        <w:t>Physical venues still matter, particularly when online conversations begin to feel repetitive or transactional. QX Magazine's feature on The Vault points to the continuing role of LGBTQ+ bars as places where people can relax, socialise and discover community in a more spontaneous way.</w:t>
      </w:r>
      <w:r/>
    </w:p>
    <w:p>
      <w:r/>
      <w:r>
        <w:t>For someone questioning their sexuality, a friendly room can be surprisingly powerful. You don't have to announce your identity at the door, and sometimes simply seeing a range of people enjoying themselves makes the whole subject feel less daunting.</w:t>
      </w:r>
      <w:r/>
    </w:p>
    <w:p>
      <w:pPr>
        <w:pStyle w:val="Heading2"/>
      </w:pPr>
      <w:r>
        <w:t>Sexual health should be part of the journey</w:t>
      </w:r>
      <w:r/>
    </w:p>
    <w:p>
      <w:r/>
      <w:r>
        <w:t>Exploration should come with practical support, not just romantic advice. QX Magazine reported on Friend of Dorothy, a gay-owned digital pharmacy designed to improve access to sexual-health treatment, reflecting a broader push for services that feel discreet, approachable and relevant to LGBTQ+ communities.</w:t>
      </w:r>
      <w:r/>
    </w:p>
    <w:p>
      <w:r/>
      <w:r>
        <w:t>That matters whether you're meeting someone through a chat line, dating platform or event. Discuss boundaries, contraception and testing before things become heated, and use reputable health services when you need guidance. Pride season may bring louder celebrations, as QX Magazine's coverage suggests, but looking after yourself is useful all year round.</w:t>
      </w:r>
      <w:r/>
    </w:p>
    <w:p>
      <w:pPr>
        <w:pStyle w:val="Heading2"/>
      </w:pPr>
      <w:r>
        <w:t>A more relaxed way forward</w:t>
      </w:r>
      <w:r/>
    </w:p>
    <w:p>
      <w:r/>
      <w:r>
        <w:t>The most helpful shift is cultural rather than technological: men are being given more room to be curious without being cross-examined. There is no prize for deciding quickly, and no requirement to turn one experience into a permanent identity.</w:t>
      </w:r>
      <w:r/>
    </w:p>
    <w:p>
      <w:r/>
      <w:r>
        <w:t>Take small steps, communicate plainly and choose spaces that respect your privacy. A good connection should leave you feeling more yourself, not less.</w:t>
      </w:r>
      <w:r/>
    </w:p>
    <w:p>
      <w:r/>
      <w:r>
        <w:t>Explore options that let curiosity unfold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https://www.qxmagazine.com/2026/10/for-our-bi-sexual-brothers-the-questioning-curious/</w:t>
        </w:r>
      </w:hyperlink>
      <w:r>
        <w:t xml:space="preserve"> - Please view link - unable to able to access data</w:t>
      </w:r>
      <w:r/>
    </w:p>
    <w:p>
      <w:pPr>
        <w:pStyle w:val="ListNumber"/>
        <w:spacing w:line="240" w:lineRule="auto"/>
        <w:ind w:left="720"/>
      </w:pPr>
      <w:r/>
      <w:hyperlink r:id="rId10">
        <w:r>
          <w:rPr>
            <w:color w:val="0000EE"/>
            <w:u w:val="single"/>
          </w:rPr>
          <w:t>https://www.qxmagazine.com/bisexual-phone-chat-line/</w:t>
        </w:r>
      </w:hyperlink>
      <w:r>
        <w:t xml:space="preserve"> - QX Magazine offers a bisexual phone chat line called QXConnect, providing a safe and anonymous space for bisexual and bi-curious individuals to connect. Calls cost 13p per minute plus network access charges, with no registration required. Users can record introductions, browse other greetings, and engage in private 1-2-1 chats. The service emphasizes privacy, anonymity, and security, ensuring that personal data remains confidential. QXConnect operates daily from 1pm to 1am, catering to gay and bisexual men seeking connections over the phone.</w:t>
      </w:r>
      <w:r/>
    </w:p>
    <w:p>
      <w:pPr>
        <w:pStyle w:val="ListNumber"/>
        <w:spacing w:line="240" w:lineRule="auto"/>
        <w:ind w:left="720"/>
      </w:pPr>
      <w:r/>
      <w:hyperlink r:id="rId12">
        <w:r>
          <w:rPr>
            <w:color w:val="0000EE"/>
            <w:u w:val="single"/>
          </w:rPr>
          <w:t>https://www.qxmagazine.com/2024/08/kk-homme-a-new-men-only-event-tailored-to-bi-curious-guys-19-oct-24/</w:t>
        </w:r>
      </w:hyperlink>
      <w:r>
        <w:t xml:space="preserve"> - KK Homme is a men-only event tailored for bi-curious individuals, scheduled for 19 October 2024 at a country estate near Windsor. The event aims to create a safe space for gay and bisexual men to explore their sexuality without shame or judgment. It features erotic performances and playrooms to enhance the experience. The launch party collaborates with Gaydar, a dating platform for the LGBTQ+ community, offering ticket giveaways and advice for bi-curious men navigating dating apps. Gaydar emphasizes inclusivity and provides features like Incognito Mode to help users explore at their own pace.</w:t>
      </w:r>
      <w:r/>
    </w:p>
    <w:p>
      <w:pPr>
        <w:pStyle w:val="ListNumber"/>
        <w:spacing w:line="240" w:lineRule="auto"/>
        <w:ind w:left="720"/>
      </w:pPr>
      <w:r/>
      <w:hyperlink r:id="rId13">
        <w:r>
          <w:rPr>
            <w:color w:val="0000EE"/>
            <w:u w:val="single"/>
          </w:rPr>
          <w:t>https://www.qxmagazine.com/2023/11/cruise-bar-vault-139/</w:t>
        </w:r>
      </w:hyperlink>
      <w:r>
        <w:t xml:space="preserve"> - Vault 139 is London's longest-running cruise bar, operating for over a decade as a popular destination for gay, bi, and bi-curious men. Located in a basement with a dark and sexy vibe, the bar hosts a variety of weekly events. Open daily from 1pm to 1am, Vault 139 offers a friendly atmosphere and dedicated team, welcoming a diverse range of attractive men each night. The venue is known for its regular events, including NKD (short for NAKED) on Mondays and Thursdays, encouraging patrons to socialize in the buff.</w:t>
      </w:r>
      <w:r/>
    </w:p>
    <w:p>
      <w:pPr>
        <w:pStyle w:val="ListNumber"/>
        <w:spacing w:line="240" w:lineRule="auto"/>
        <w:ind w:left="720"/>
      </w:pPr>
      <w:r/>
      <w:hyperlink r:id="rId15">
        <w:r>
          <w:rPr>
            <w:color w:val="0000EE"/>
            <w:u w:val="single"/>
          </w:rPr>
          <w:t>https://www.qxmagazine.com/2026/04/friend-of-dorothy-wellness-worlds-first-fully-gay-owned-digital-pharmacy-launches-to-improve-access-to-sexual-health-treatment/</w:t>
        </w:r>
      </w:hyperlink>
      <w:r>
        <w:t xml:space="preserve"> - Friend of Dorothy Wellness is the world's first fully gay-owned and operated digital pharmacy, launched in the UK to improve access to sexual health treatments for gay men. The online clinic allows patients to consult with qualified clinicians and receive treatments without visiting a GP or pharmacy in person. Services include erectile dysfunction, hair loss, and weight management support. The name 'Friend of Dorothy' reflects LGBTQ+ cultural history, symbolizing openness and shared understanding within the community. The platform aims to address barriers many gay men face when accessing healthcare, particularly concerning sexual health.</w:t>
      </w:r>
      <w:r/>
    </w:p>
    <w:p>
      <w:pPr>
        <w:pStyle w:val="ListNumber"/>
        <w:spacing w:line="240" w:lineRule="auto"/>
        <w:ind w:left="720"/>
      </w:pPr>
      <w:r/>
      <w:hyperlink r:id="rId11">
        <w:r>
          <w:rPr>
            <w:color w:val="0000EE"/>
            <w:u w:val="single"/>
          </w:rPr>
          <w:t>https://www.qxmagazine.com/2021/09/bisexual-dating/</w:t>
        </w:r>
      </w:hyperlink>
      <w:r>
        <w:t xml:space="preserve"> - In an article by Lewis Oakley, the challenges of dating as a bisexual man are discussed, highlighting the phenomenon known as the 'androcentric desire hypothesis,' where bisexual men are often perceived as more attracted to men. The piece emphasizes the importance of honesty in bisexual dating and addresses the struggles of being taken seriously within the LGBTQ+ community. The article also touches upon the significance of Bi Visibility Day, marking 20 years of celebration and recognition for bisexual individuals.</w:t>
      </w:r>
      <w:r/>
    </w:p>
    <w:p>
      <w:pPr>
        <w:pStyle w:val="ListNumber"/>
        <w:spacing w:line="240" w:lineRule="auto"/>
        <w:ind w:left="720"/>
      </w:pPr>
      <w:r/>
      <w:hyperlink r:id="rId14">
        <w:r>
          <w:rPr>
            <w:color w:val="0000EE"/>
            <w:u w:val="single"/>
          </w:rPr>
          <w:t>https://www.qxmagazine.com/2026/06/pride-is-on-its-way-and-honestly-were-already-losing-our-minds-about-it-by-oliver-at-esmale/</w:t>
        </w:r>
      </w:hyperlink>
      <w:r>
        <w:t xml:space="preserve"> - Oliver from Esmale discusses preparations for Pride, emphasizing the importance of sorting out essentials like flags, outfits, and glitter in advance. The article suggests that starting small with the right anal toys can enhance the first experience, providing a guide for beginners. Esmale is highlighted as a leading retailer for gay sex toys in the UK, offering a range specifically designed for men, accompanied by genuine advice. The piece underscores the excitement and anticipation surrounding Pride events and the preparations involved.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0/for-our-bi-sexual-brothers-the-questioning-curious/" TargetMode="External"/><Relationship Id="rId10" Type="http://schemas.openxmlformats.org/officeDocument/2006/relationships/hyperlink" Target="https://www.qxmagazine.com/bisexual-phone-chat-line/" TargetMode="External"/><Relationship Id="rId11" Type="http://schemas.openxmlformats.org/officeDocument/2006/relationships/hyperlink" Target="https://www.qxmagazine.com/2021/09/bisexual-dating/" TargetMode="External"/><Relationship Id="rId12" Type="http://schemas.openxmlformats.org/officeDocument/2006/relationships/hyperlink" Target="https://www.qxmagazine.com/2024/08/kk-homme-a-new-men-only-event-tailored-to-bi-curious-guys-19-oct-24/" TargetMode="External"/><Relationship Id="rId13" Type="http://schemas.openxmlformats.org/officeDocument/2006/relationships/hyperlink" Target="https://www.qxmagazine.com/2023/11/cruise-bar-vault-139/" TargetMode="External"/><Relationship Id="rId14" Type="http://schemas.openxmlformats.org/officeDocument/2006/relationships/hyperlink" Target="https://www.qxmagazine.com/2026/06/pride-is-on-its-way-and-honestly-were-already-losing-our-minds-about-it-by-oliver-at-esmale/" TargetMode="External"/><Relationship Id="rId15" Type="http://schemas.openxmlformats.org/officeDocument/2006/relationships/hyperlink" Target="https://www.qxmagazine.com/2026/04/friend-of-dorothy-wellness-worlds-first-fully-gay-owned-digital-pharmacy-launches-to-improve-access-to-sexual-health-treat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