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Aubrey O’Day Leads Palm Springs Pride 2026 Line-Up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Festival-goers in Palm Springs can look forward to Aubrey O’Day and The Cowgays headlining the city’s 40th annual Pride celebration from 6 to 8 November 2026. The free downtown weekend will mix pop, country, drag, DJs and community events, making it a standout LGBTQ+ gathering for residents, visitors and allies alike.</w:t>
      </w:r>
      <w:r/>
    </w:p>
    <w:p>
      <w:pPr>
        <w:pStyle w:val="Heading2"/>
      </w:pPr>
      <w:r>
        <w:t>Essential Takeaways</w:t>
      </w:r>
      <w:r/>
      <w:r/>
    </w:p>
    <w:p>
      <w:pPr>
        <w:pStyle w:val="ListBullet"/>
        <w:spacing w:line="240" w:lineRule="auto"/>
        <w:ind w:left="720"/>
      </w:pPr>
      <w:r/>
      <w:r>
        <w:rPr>
          <w:b/>
        </w:rPr>
        <w:t>Two major headliners:</w:t>
      </w:r>
      <w:r>
        <w:t xml:space="preserve"> Aubrey O’Day and queer country trio The Cowgays will lead the entertainment.</w:t>
      </w:r>
      <w:r/>
    </w:p>
    <w:p>
      <w:pPr>
        <w:pStyle w:val="ListBullet"/>
        <w:spacing w:line="240" w:lineRule="auto"/>
        <w:ind w:left="720"/>
      </w:pPr>
      <w:r/>
      <w:r>
        <w:rPr>
          <w:b/>
        </w:rPr>
        <w:t>Free to attend:</w:t>
      </w:r>
      <w:r>
        <w:t xml:space="preserve"> The festival is open to everyone without an admission ticket.</w:t>
      </w:r>
      <w:r/>
    </w:p>
    <w:p>
      <w:pPr>
        <w:pStyle w:val="ListBullet"/>
        <w:spacing w:line="240" w:lineRule="auto"/>
        <w:ind w:left="720"/>
      </w:pPr>
      <w:r/>
      <w:r>
        <w:rPr>
          <w:b/>
        </w:rPr>
        <w:t>Three stages:</w:t>
      </w:r>
      <w:r>
        <w:t xml:space="preserve"> Expect live music, drag performances, DJs and special appearances across downtown Palm Springs and the Arenas District.</w:t>
      </w:r>
      <w:r/>
    </w:p>
    <w:p>
      <w:pPr>
        <w:pStyle w:val="ListBullet"/>
        <w:spacing w:line="240" w:lineRule="auto"/>
        <w:ind w:left="720"/>
      </w:pPr>
      <w:r/>
      <w:r>
        <w:rPr>
          <w:b/>
        </w:rPr>
        <w:t>Big anniversary:</w:t>
      </w:r>
      <w:r>
        <w:t xml:space="preserve"> The event marks four decades of Palm Springs Pride.</w:t>
      </w:r>
      <w:r/>
    </w:p>
    <w:p>
      <w:pPr>
        <w:pStyle w:val="ListBullet"/>
        <w:spacing w:line="240" w:lineRule="auto"/>
        <w:ind w:left="720"/>
      </w:pPr>
      <w:r/>
      <w:r>
        <w:rPr>
          <w:b/>
        </w:rPr>
        <w:t>Parade details:</w:t>
      </w:r>
      <w:r>
        <w:t xml:space="preserve"> The 2026 parade is scheduled for 10am on Sunday, 8 November, along Palm Canyon Drive.</w:t>
      </w:r>
      <w:r/>
      <w:r/>
    </w:p>
    <w:p>
      <w:pPr>
        <w:pStyle w:val="Heading2"/>
      </w:pPr>
      <w:r>
        <w:t>Palm Springs Pride gets a starry 40th birthday</w:t>
      </w:r>
      <w:r/>
    </w:p>
    <w:p>
      <w:r/>
      <w:r>
        <w:t xml:space="preserve">Palm Springs Pride is going big for its 40th anniversary, and the first headliners already give the weekend plenty of sparkle. Aubrey O’Day, known for her work with Danity Kane and dumblonde, will bring pop performance flair to the desert celebration, while The Cowgays offer a very different but equally joyful flavour. According to KESQ, the pair of bookings forms the first glimpse of a broader 2026 entertainment programme. </w:t>
      </w:r>
      <w:hyperlink r:id="rId9">
        <w:r>
          <w:rPr>
            <w:color w:val="0000EE"/>
            <w:u w:val="single"/>
          </w:rPr>
          <w:t>[2]</w:t>
        </w:r>
      </w:hyperlink>
      <w:r/>
    </w:p>
    <w:p>
      <w:r/>
      <w:r>
        <w:t xml:space="preserve">The festival will run from Friday 6 November to Sunday 8 November in downtown Palm Springs and the Arenas District. Gay Desert Guide reported that further performers are expected to be announced, so the published line-up is more opening act than finished picture. </w:t>
      </w:r>
      <w:hyperlink r:id="rId10">
        <w:r>
          <w:rPr>
            <w:color w:val="0000EE"/>
            <w:u w:val="single"/>
          </w:rPr>
          <w:t>[3]</w:t>
        </w:r>
      </w:hyperlink>
      <w:r/>
    </w:p>
    <w:p>
      <w:pPr>
        <w:pStyle w:val="Heading2"/>
      </w:pPr>
      <w:r>
        <w:t>Why these headliners make an entertaining match</w:t>
      </w:r>
      <w:r/>
    </w:p>
    <w:p>
      <w:r/>
      <w:r>
        <w:t xml:space="preserve">O’Day has built a career across music, television, Broadway and creative work. Her early success came with Danity Kane, whose first two albums both reached No. 1 on the Billboard 200, giving her a strong pop pedigree for a festival known for lively, high-energy performances. </w:t>
      </w:r>
      <w:hyperlink r:id="rId11">
        <w:r>
          <w:rPr>
            <w:color w:val="0000EE"/>
            <w:u w:val="single"/>
          </w:rPr>
          <w:t>[4]</w:t>
        </w:r>
      </w:hyperlink>
      <w:r/>
    </w:p>
    <w:p>
      <w:r/>
      <w:r>
        <w:t xml:space="preserve">The Cowgays bring a warm country contrast. The Nashville-based supergroup features Adam Mac, Brooke Eden and Chris Housman, combining three-part harmonies with humour, theatricality and a proudly queer take on the country tradition. It sounds like the sort of booking that could have audiences singing along before they realise they know every word. </w:t>
      </w:r>
      <w:hyperlink r:id="rId11">
        <w:r>
          <w:rPr>
            <w:color w:val="0000EE"/>
            <w:u w:val="single"/>
          </w:rPr>
          <w:t>[4]</w:t>
        </w:r>
      </w:hyperlink>
      <w:r/>
    </w:p>
    <w:p>
      <w:pPr>
        <w:pStyle w:val="Heading2"/>
      </w:pPr>
      <w:r>
        <w:t>Three stages, plenty of room for discovery</w:t>
      </w:r>
      <w:r/>
    </w:p>
    <w:p>
      <w:r/>
      <w:r>
        <w:t xml:space="preserve">Palm Springs Pride won't be relying on its headline names alone. The weekend is set to include live music, drag entertainment, DJs and special performances spread across three stages, with regional favourites and emerging artists also expected to feature. The official Pride announcement said the programme will represent talent from within the LGBTQ+ community and beyond. </w:t>
      </w:r>
      <w:hyperlink r:id="rId11">
        <w:r>
          <w:rPr>
            <w:color w:val="0000EE"/>
            <w:u w:val="single"/>
          </w:rPr>
          <w:t>[4]</w:t>
        </w:r>
      </w:hyperlink>
      <w:r/>
    </w:p>
    <w:p>
      <w:r/>
      <w:r>
        <w:t xml:space="preserve">That variety matters. A festival this size works best when visitors can move between sounds and moods, perhaps catching a dance set one minute and a polished country harmony the next. Palm Springs Life lists the event as a major fixture in the city's annual calendar, reinforcing its appeal beyond a single evening concert. </w:t>
      </w:r>
      <w:hyperlink r:id="rId12">
        <w:r>
          <w:rPr>
            <w:color w:val="0000EE"/>
            <w:u w:val="single"/>
          </w:rPr>
          <w:t>[5]</w:t>
        </w:r>
      </w:hyperlink>
      <w:r/>
    </w:p>
    <w:p>
      <w:pPr>
        <w:pStyle w:val="Heading2"/>
      </w:pPr>
      <w:r>
        <w:t>The free festival is part of the appeal</w:t>
      </w:r>
      <w:r/>
    </w:p>
    <w:p>
      <w:r/>
      <w:r>
        <w:t xml:space="preserve">There’s no admission charge for the main celebration, which means visitors can explore the entertainment, marketplace and community organisations without committing to a ticketed event. According to the organisers, keeping Pride free is central to making the weekend welcoming and accessible. </w:t>
      </w:r>
      <w:hyperlink r:id="rId13">
        <w:r>
          <w:rPr>
            <w:color w:val="0000EE"/>
            <w:u w:val="single"/>
          </w:rPr>
          <w:t>[6]</w:t>
        </w:r>
      </w:hyperlink>
      <w:r/>
    </w:p>
    <w:p>
      <w:r/>
      <w:r>
        <w:t>For visitors, that also makes planning simpler. You can build a day around the performances you most want to see, then leave room for food, shopping and the Arenas District without feeling you've wasted a costly entry fee. Comfortable shoes, sun protection and a flexible schedule will probably prove more useful than a tightly packed itinerary.</w:t>
      </w:r>
      <w:r/>
    </w:p>
    <w:p>
      <w:pPr>
        <w:pStyle w:val="Heading2"/>
      </w:pPr>
      <w:r>
        <w:t>What to know before the 2026 weekend</w:t>
      </w:r>
      <w:r/>
    </w:p>
    <w:p>
      <w:r/>
      <w:r>
        <w:t xml:space="preserve">The festival culminates with the Palm Springs Pride Parade at 10am on Sunday 8 November, travelling along Palm Canyon Drive. The City of Palm Springs lists the celebration among its key community events, so visitors should expect busy streets, crowds and possible travel changes around the parade route. </w:t>
      </w:r>
      <w:hyperlink r:id="rId14">
        <w:r>
          <w:rPr>
            <w:color w:val="0000EE"/>
            <w:u w:val="single"/>
          </w:rPr>
          <w:t>[7]</w:t>
        </w:r>
      </w:hyperlink>
      <w:r/>
    </w:p>
    <w:p>
      <w:r/>
      <w:r>
        <w:t xml:space="preserve">The theme for the anniversary year is "Be Included", a phrase that doubles as both welcome and challenge. Greater Palm Springs Pride says it wants LGBTQ+ people and allies to feel not merely admitted, but actively represented and celebrated. For a milestone weekend, that may be the most important headline of all. </w:t>
      </w:r>
      <w:hyperlink r:id="rId13">
        <w:r>
          <w:rPr>
            <w:color w:val="0000EE"/>
            <w:u w:val="single"/>
          </w:rPr>
          <w:t>[6]</w:t>
        </w:r>
      </w:hyperlink>
      <w:r/>
    </w:p>
    <w:p>
      <w:r/>
      <w:r>
        <w:t xml:space="preserve">More performers, stage schedules and practical updates are due in the coming weeks. Until then, the combination of pop nostalgia, queer country and a free city-wide celebration looks like a promising way to mark 40 years of Pride in Palm Springs. </w:t>
      </w:r>
      <w:hyperlink r:id="rId9">
        <w:r>
          <w:rPr>
            <w:color w:val="0000EE"/>
            <w:u w:val="single"/>
          </w:rPr>
          <w:t>[2]</w:t>
        </w:r>
      </w:hyperlink>
      <w:r/>
    </w:p>
    <w:p>
      <w:r/>
      <w:r>
        <w:t>A free, star-led anniversary weekend could make Palm Springs Pride 2026 one to remember.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Paragraph 4: </w:t>
      </w:r>
      <w:hyperlink r:id="rId11">
        <w:r>
          <w:rPr>
            <w:color w:val="0000EE"/>
            <w:u w:val="single"/>
          </w:rPr>
          <w:t>[4]</w:t>
        </w:r>
      </w:hyperlink>
      <w:r>
        <w:t xml:space="preserve">- Paragraph 5: </w:t>
      </w:r>
      <w:hyperlink r:id="rId12">
        <w:r>
          <w:rPr>
            <w:color w:val="0000EE"/>
            <w:u w:val="single"/>
          </w:rPr>
          <w:t>[5]</w:t>
        </w:r>
      </w:hyperlink>
      <w:r>
        <w:t xml:space="preserve">- Paragraph 6: </w:t>
      </w:r>
      <w:hyperlink r:id="rId13">
        <w:r>
          <w:rPr>
            <w:color w:val="0000EE"/>
            <w:u w:val="single"/>
          </w:rPr>
          <w:t>[6]</w:t>
        </w:r>
      </w:hyperlink>
      <w:r>
        <w:t xml:space="preserve">- Paragraph 7: </w:t>
      </w:r>
      <w:hyperlink r:id="rId14">
        <w:r>
          <w:rPr>
            <w:color w:val="0000EE"/>
            <w:u w:val="single"/>
          </w:rPr>
          <w:t>[7]</w:t>
        </w:r>
      </w:hyperlink>
      <w:r>
        <w:t xml:space="preserve">- Paragraph 8: </w:t>
      </w:r>
      <w:hyperlink r:id="rId13">
        <w:r>
          <w:rPr>
            <w:color w:val="0000EE"/>
            <w:u w:val="single"/>
          </w:rPr>
          <w:t>[6]</w:t>
        </w:r>
      </w:hyperlink>
      <w:r>
        <w:t xml:space="preserve">- Paragraph 9: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https://ukenreport.com/aubrey-oday-to-headline-local-pride-festival/</w:t>
        </w:r>
      </w:hyperlink>
      <w:r>
        <w:t xml:space="preserve"> - Please view link - unable to able to access data</w:t>
      </w:r>
      <w:r/>
    </w:p>
    <w:p>
      <w:pPr>
        <w:pStyle w:val="ListNumber"/>
        <w:spacing w:line="240" w:lineRule="auto"/>
        <w:ind w:left="720"/>
      </w:pPr>
      <w:r/>
      <w:hyperlink r:id="rId9">
        <w:r>
          <w:rPr>
            <w:color w:val="0000EE"/>
            <w:u w:val="single"/>
          </w:rPr>
          <w:t>https://kesq.com/pride/2026/10/02/aubrey-oday-the-cowgays-to-headline-40th-annual-palm-springs-pride-celebration/</w:t>
        </w:r>
      </w:hyperlink>
      <w:r>
        <w:t xml:space="preserve"> - KESQ reports that recording artist and television personality Aubrey O’Day, along with country supergroup The Cowgays, have been announced as headliners for the 40th annual Palm Springs Pride celebration. The event is scheduled for November 6–8, 2026, in downtown Palm Springs. Organisers have indicated that this announcement offers an early look at a diverse entertainment lineup being assembled for the milestone celebration. Additional performers will be announced in the coming weeks, bringing together regional favourites, emerging artists, and diverse talent from across the LGBTQ+ community and beyond. Across three stages, Pride weekend will feature live music, drag entertainment, DJs, and special performances spanning a range of genres and styles, all in downtown Palm Springs and the Arenas District.</w:t>
      </w:r>
      <w:r/>
    </w:p>
    <w:p>
      <w:pPr>
        <w:pStyle w:val="ListNumber"/>
        <w:spacing w:line="240" w:lineRule="auto"/>
        <w:ind w:left="720"/>
      </w:pPr>
      <w:r/>
      <w:hyperlink r:id="rId10">
        <w:r>
          <w:rPr>
            <w:color w:val="0000EE"/>
            <w:u w:val="single"/>
          </w:rPr>
          <w:t>https://gaydesertguide.com/palm-springs-pride-announces-2026-headliners-aubrey-oday-and-the-cowgays/</w:t>
        </w:r>
      </w:hyperlink>
      <w:r>
        <w:t xml:space="preserve"> - Gay Desert Guide announces that Greater Palm Springs Pride has revealed the first major performers for its landmark 40th anniversary celebration, naming recording artist and television personality Aubrey O’Day and country supergroup The Cowgays as headliners for the 2026 festival. The three-day event returns to downtown Palm Springs and the Arenas District November 6–8, 2026, bringing an expanded mix of live music, drag, DJs, and special performances across three stages. This initial announcement offers a preview of the diverse entertainment lineup being curated for the milestone year. More performers—including regional favourites, emerging artists, and talent from across and beyond the LGBTQ+ community—will be announced soon.</w:t>
      </w:r>
      <w:r/>
    </w:p>
    <w:p>
      <w:pPr>
        <w:pStyle w:val="ListNumber"/>
        <w:spacing w:line="240" w:lineRule="auto"/>
        <w:ind w:left="720"/>
      </w:pPr>
      <w:r/>
      <w:hyperlink r:id="rId11">
        <w:r>
          <w:rPr>
            <w:color w:val="0000EE"/>
            <w:u w:val="single"/>
          </w:rPr>
          <w:t>https://www.pspride.org/post/aubrey-o-day-and-the-cowgays-to-headline-2026-palm-springs-pride-festival</w:t>
        </w:r>
      </w:hyperlink>
      <w:r>
        <w:t xml:space="preserve"> - The official Palm Springs Pride website announces that recording artist and television personality Aubrey O’Day and country supergroup The Cowgays are headliners for the 40th annual Palm Springs Pride celebration, scheduled for November 6–8, 2026, in downtown Palm Springs. The two acts offer an early look at a diverse entertainment lineup being assembled for the milestone celebration. Additional performers will be announced in the coming weeks, bringing together regional favourites, emerging artists, and diverse talent from across the LGBTQ+ community and beyond. Across three stages, Pride weekend will feature live music, drag entertainment, DJs, and special performances spanning a range of genres and styles all in the heart of downtown Palm Springs and the Arenas District.</w:t>
      </w:r>
      <w:r/>
    </w:p>
    <w:p>
      <w:pPr>
        <w:pStyle w:val="ListNumber"/>
        <w:spacing w:line="240" w:lineRule="auto"/>
        <w:ind w:left="720"/>
      </w:pPr>
      <w:r/>
      <w:hyperlink r:id="rId12">
        <w:r>
          <w:rPr>
            <w:color w:val="0000EE"/>
            <w:u w:val="single"/>
          </w:rPr>
          <w:t>https://www.palmspringslife.com/event/greater-palm-springs-pride/</w:t>
        </w:r>
      </w:hyperlink>
      <w:r>
        <w:t xml:space="preserve"> - Palm Springs Life provides details about the Greater Palm Springs Pride event, marking its 40th annual celebration from November 6–8, 2026, in downtown Palm Springs and the Arenas District. The weekend brings stages, community organizations, vendors, nightlife, and public gatherings together under the 2026 theme “Be Included.” The signature Pride Parade steps off at 10 a.m. Sunday, Nov. 8, traveling south on Palm Canyon Drive from Tachevah Drive toward downtown. Four decades after Palm Springs’ first Pride celebrations, the weekend remains both a party and a highly visible expression of the city’s LGBTQ+ community, allies, businesses, and civic life.</w:t>
      </w:r>
      <w:r/>
    </w:p>
    <w:p>
      <w:pPr>
        <w:pStyle w:val="ListNumber"/>
        <w:spacing w:line="240" w:lineRule="auto"/>
        <w:ind w:left="720"/>
      </w:pPr>
      <w:r/>
      <w:hyperlink r:id="rId13">
        <w:r>
          <w:rPr>
            <w:color w:val="0000EE"/>
            <w:u w:val="single"/>
          </w:rPr>
          <w:t>https://www.pspride.org/news</w:t>
        </w:r>
      </w:hyperlink>
      <w:r>
        <w:t xml:space="preserve"> - The official Palm Springs Pride website's news section includes updates on the 2026 festival, including the announcement of Aubrey O’Day and The Cowgays as headliners. The 40th Anniversary Celebration brings three stages of live music, drag, and DJs to downtown Palm Springs November 6–8. The theme for this year's event is 'Be Included,' reflecting Pride’s commitment to creating spaces where LGBTQ+ people and allies are not simply welcomed, but actively included, represented, and celebrated.</w:t>
      </w:r>
      <w:r/>
    </w:p>
    <w:p>
      <w:pPr>
        <w:pStyle w:val="ListNumber"/>
        <w:spacing w:line="240" w:lineRule="auto"/>
        <w:ind w:left="720"/>
      </w:pPr>
      <w:r/>
      <w:hyperlink r:id="rId14">
        <w:r>
          <w:rPr>
            <w:color w:val="0000EE"/>
            <w:u w:val="single"/>
          </w:rPr>
          <w:t>https://www.palmspringsca.gov/Home/Components/News/News/8700/551?npage=3</w:t>
        </w:r>
      </w:hyperlink>
      <w:r>
        <w:t xml:space="preserve"> - The City of Palm Springs' official website announces the 2026 theme for Greater Palm Springs Pride as 'Be Included,' a call for solidarity, cultural power, and radical joy. The 40th annual Pride celebration is scheduled for November 6–8, 2026. The theme reflects the organisation's role as an essential civil rights advocate and a vital economic pillar for Palm Springs, aiming to create spaces where LGBTQ+ people and allies are not simply welcomed, but actively included, represented, and celebrated.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esq.com/pride/2026/10/02/aubrey-oday-the-cowgays-to-headline-40th-annual-palm-springs-pride-celebration/" TargetMode="External"/><Relationship Id="rId10" Type="http://schemas.openxmlformats.org/officeDocument/2006/relationships/hyperlink" Target="https://gaydesertguide.com/palm-springs-pride-announces-2026-headliners-aubrey-oday-and-the-cowgays/" TargetMode="External"/><Relationship Id="rId11" Type="http://schemas.openxmlformats.org/officeDocument/2006/relationships/hyperlink" Target="https://www.pspride.org/post/aubrey-o-day-and-the-cowgays-to-headline-2026-palm-springs-pride-festival" TargetMode="External"/><Relationship Id="rId12" Type="http://schemas.openxmlformats.org/officeDocument/2006/relationships/hyperlink" Target="https://www.palmspringslife.com/event/greater-palm-springs-pride/" TargetMode="External"/><Relationship Id="rId13" Type="http://schemas.openxmlformats.org/officeDocument/2006/relationships/hyperlink" Target="https://www.pspride.org/news" TargetMode="External"/><Relationship Id="rId14" Type="http://schemas.openxmlformats.org/officeDocument/2006/relationships/hyperlink" Target="https://www.palmspringsca.gov/Home/Components/News/News/8700/551?npage=3" TargetMode="External"/><Relationship Id="rId15" Type="http://schemas.openxmlformats.org/officeDocument/2006/relationships/hyperlink" Target="https://ukenreport.com/aubrey-oday-to-headline-local-pride-festi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